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B02A0" w14:textId="10F1DBE1" w:rsidR="006C464F" w:rsidRDefault="00000000">
      <w:pPr>
        <w:pStyle w:val="Nzev"/>
      </w:pPr>
      <w:proofErr w:type="spellStart"/>
      <w:r>
        <w:t>Všeobecné</w:t>
      </w:r>
      <w:proofErr w:type="spellEnd"/>
      <w:r>
        <w:t xml:space="preserve"> </w:t>
      </w:r>
      <w:proofErr w:type="spellStart"/>
      <w:r>
        <w:t>obchodní</w:t>
      </w:r>
      <w:proofErr w:type="spellEnd"/>
      <w:r>
        <w:t xml:space="preserve"> </w:t>
      </w:r>
      <w:proofErr w:type="spellStart"/>
      <w:r>
        <w:t>podmínky</w:t>
      </w:r>
      <w:proofErr w:type="spellEnd"/>
    </w:p>
    <w:p w14:paraId="4040B766" w14:textId="77777777" w:rsidR="006C464F" w:rsidRDefault="00000000">
      <w:r>
        <w:t>Prague Stream s.r.o. | Účinnost od 1. 10. 2026</w:t>
      </w:r>
    </w:p>
    <w:p w14:paraId="65B71C58" w14:textId="77777777" w:rsidR="006C464F" w:rsidRDefault="00000000">
      <w:pPr>
        <w:pStyle w:val="Nadpis1"/>
      </w:pPr>
      <w:r>
        <w:t xml:space="preserve">1 </w:t>
      </w:r>
      <w:proofErr w:type="spellStart"/>
      <w:r>
        <w:t>Poskytovatel</w:t>
      </w:r>
      <w:proofErr w:type="spellEnd"/>
      <w:r>
        <w:t xml:space="preserve"> a </w:t>
      </w:r>
      <w:proofErr w:type="spellStart"/>
      <w:r>
        <w:t>působnost</w:t>
      </w:r>
      <w:proofErr w:type="spellEnd"/>
      <w:r>
        <w:t xml:space="preserve"> podmínek</w:t>
      </w:r>
    </w:p>
    <w:p w14:paraId="3CC7398E" w14:textId="77777777" w:rsidR="006C464F" w:rsidRDefault="00000000">
      <w:r>
        <w:t>1.1. Poskytovatelem služeb je Prague Stream s.r.o., IČO 17984556, se sídlem Perucká 2481/5, Vinohrady, 120 00 Praha 2, zapsaná v obchodním rejstříku vedeném Městským soudem v Praze, oddíl C, vložka 379692 (dále jen „poskytovatel“).</w:t>
      </w:r>
    </w:p>
    <w:p w14:paraId="41F7D168" w14:textId="77777777" w:rsidR="006C464F" w:rsidRPr="00AD4C67" w:rsidRDefault="00000000">
      <w:pPr>
        <w:rPr>
          <w:lang w:val="pl-PL"/>
        </w:rPr>
      </w:pPr>
      <w:proofErr w:type="spellStart"/>
      <w:r w:rsidRPr="00AD4C67">
        <w:rPr>
          <w:lang w:val="pl-PL"/>
        </w:rPr>
        <w:t>Kontaktní</w:t>
      </w:r>
      <w:proofErr w:type="spellEnd"/>
      <w:r w:rsidRPr="00AD4C67">
        <w:rPr>
          <w:lang w:val="pl-PL"/>
        </w:rPr>
        <w:t xml:space="preserve"> </w:t>
      </w:r>
      <w:proofErr w:type="spellStart"/>
      <w:r w:rsidRPr="00AD4C67">
        <w:rPr>
          <w:lang w:val="pl-PL"/>
        </w:rPr>
        <w:t>údaje</w:t>
      </w:r>
      <w:proofErr w:type="spellEnd"/>
      <w:r w:rsidRPr="00AD4C67">
        <w:rPr>
          <w:lang w:val="pl-PL"/>
        </w:rPr>
        <w:t>:</w:t>
      </w:r>
    </w:p>
    <w:p w14:paraId="5B294DEF" w14:textId="77777777" w:rsidR="006C464F" w:rsidRPr="00AD4C67" w:rsidRDefault="00000000">
      <w:pPr>
        <w:rPr>
          <w:lang w:val="pl-PL"/>
        </w:rPr>
      </w:pPr>
      <w:r w:rsidRPr="00AD4C67">
        <w:rPr>
          <w:lang w:val="pl-PL"/>
        </w:rPr>
        <w:t>web: https://www.praguestream.com,</w:t>
      </w:r>
    </w:p>
    <w:p w14:paraId="5A9FAAC8" w14:textId="77777777" w:rsidR="006C464F" w:rsidRDefault="00000000">
      <w:r>
        <w:t>e-mail: info@praguestream.com,</w:t>
      </w:r>
    </w:p>
    <w:p w14:paraId="3A679625" w14:textId="77777777" w:rsidR="006C464F" w:rsidRDefault="00000000">
      <w:r>
        <w:t>Rezervace, poptávky a dotazy: +420 792 759 529.</w:t>
      </w:r>
    </w:p>
    <w:p w14:paraId="32F7DAF7" w14:textId="77777777" w:rsidR="006C464F" w:rsidRDefault="00000000">
      <w:r>
        <w:t>Management, marketing a spolupráce: +420 775 571 119.</w:t>
      </w:r>
    </w:p>
    <w:p w14:paraId="6998012E" w14:textId="77777777" w:rsidR="006C464F" w:rsidRDefault="00000000">
      <w:r>
        <w:t>Poskytovatel je plátcem DPH. DIČ: CZ17984556.</w:t>
      </w:r>
    </w:p>
    <w:p w14:paraId="07723E8C" w14:textId="77777777" w:rsidR="006C464F" w:rsidRDefault="00000000">
      <w:r>
        <w:t>1.2. Tyto všeobecné obchodní podmínky (dále jen „VOP“) upravují sjednávání a poskytování soukromých plaveb s kapitánem, využití plavidel při stání a souvisejících služeb, zejména občerstvení, nápojů, obsluhy, dekorací a programů pro soukromé a firemní akce. Doplňující pravidla pro dárkové poukazy obsahuje článek 15.</w:t>
      </w:r>
    </w:p>
    <w:p w14:paraId="44D62580" w14:textId="77777777" w:rsidR="006C464F" w:rsidRDefault="00000000">
      <w:r>
        <w:t>1.3. Zákazníkem je fyzická nebo právnická osoba, která s poskytovatelem uzavírá smlouvu. Spotřebitelem je fyzická osoba jednající mimo rámec svého podnikání nebo samostatného výkonu povolání. Účastníkem je osoba, která se akce nebo plavby účastní.</w:t>
      </w:r>
    </w:p>
    <w:p w14:paraId="66697285" w14:textId="77777777" w:rsidR="006C464F" w:rsidRDefault="00000000">
      <w:r>
        <w:t>1.4. Rozhodující je sjednaný obsah služby. Označení „pronájem lodě“ na webu samo o sobě neznamená předání plavidla zákazníkovi k samostatnému řízení nebo provozování. Tyto VOP se nevztahují na pronájem bez posádky.</w:t>
      </w:r>
    </w:p>
    <w:p w14:paraId="765B3C0B" w14:textId="77777777" w:rsidR="006C464F" w:rsidRDefault="00000000">
      <w:r>
        <w:t>1.5. VOP včetně přílohy č. 1 „Ceník náhrad za vybavení a mimořádného úklidu“ jsou součástí smlouvy, pokud s nimi byl zákazník seznámen před jejím uzavřením. Výslovná individuální dohoda má přednost před VOP, musí však být písemně potvrzena oběma stranami v e-mailové komunikaci. Z komunikace musí být patrný dohodnutý obsah, totožnost jednajících osob a souhlas zákazníka i poskytovatele, případně jeho oprávněného zástupce; potvrzení musí být možné uchovat a opakovaně zobrazit. Jednostranná poznámka či nepotvrzený požadavek zákazníka individuální dohodu nezakládají. Tento požadavek se týká individuálních dohod a změn smlouvy, nikoli jednostranného uplatnění zákonného práva, například odstoupení nebo reklamace. Kogentní zákonná práva zákazníka nejsou dotčena.</w:t>
      </w:r>
    </w:p>
    <w:p w14:paraId="251B6922" w14:textId="77777777" w:rsidR="006C464F" w:rsidRDefault="00000000">
      <w:pPr>
        <w:pStyle w:val="Nadpis1"/>
      </w:pPr>
      <w:r>
        <w:t>2 Poptávka, blokace termínu a uzavření smlouvy</w:t>
      </w:r>
    </w:p>
    <w:p w14:paraId="279D1000" w14:textId="77777777" w:rsidR="006C464F" w:rsidRDefault="00000000">
      <w:r>
        <w:t>2.1. Zákazník může zaslat poptávku prostřednictvím webového formuláře, e-mailem nebo telefonicky. V poptávce uvede zejména plavidlo, termín, čas a délku služby, počet osob, požadované doplňky a kontaktní a fakturační údaje. Před odesláním webového formuláře může zadané údaje zkontrolovat a opravit.</w:t>
      </w:r>
    </w:p>
    <w:p w14:paraId="4F7B90E3" w14:textId="77777777" w:rsidR="006C464F" w:rsidRDefault="00000000">
      <w:r>
        <w:t>2.2. Odeslání formuláře je nezávaznou poptávkou. Samotné přijetí poptávky, automatická zpráva ani zobrazení volného termínu nepředstavují uzavření smlouvy či závazné potvrzení plavby. Výslednou dostupnost a proveditelnost požadavků ověřuje poskytovatel.</w:t>
      </w:r>
    </w:p>
    <w:p w14:paraId="527239D8" w14:textId="77777777" w:rsidR="006C464F" w:rsidRDefault="00000000">
      <w:r>
        <w:lastRenderedPageBreak/>
        <w:t>2.3. Závazná rezervace termínu vzniká včasným přijetím zálohy ve výši 100 % sjednané ceny plavby nebo samostatného využití plavidla při stání podle nabídky poskytovatele. Při bankovním převodu je rozhodující připsání částky na účet poskytovatele; při předem dohodnuté platbě v hotovosti její převzetí poskytovatelem a při předem dohodnuté platbě kartou úspěšné provedení platby. Záloha musí být vždy uhrazena před začátkem akce. Do přijetí zálohy může systém termín předběžně blokovat na 72 hodin od úspěšného založení poptávky. Nejde o závaznou rezervaci. Vznik a přesný konec blokace se zákazníkovi zobrazí nebo sdělí e-mailem. U akcí poptávaných méně než 72 hodin před začátkem poskytovatel předem sdělí kratší platební lhůtu. Platební lhůta a konec blokace musí být vzájemně slučitelné.</w:t>
      </w:r>
    </w:p>
    <w:p w14:paraId="0321E418" w14:textId="77777777" w:rsidR="006C464F" w:rsidRDefault="00000000">
      <w:r>
        <w:t>2.4. Poskytovatel zašle zákazníkovi konkrétní nabídku s určením služby, termínu, počtu osob, celkové ceny, zálohy, splatnosti, storno podmínek a doby platnosti nabídky. K nabídce připojí příslušnou verzi VOP v příloze umožňující uložení a opakované zobrazení, nebo jejich úplné znění uvede přímo v e-mailu. Odkaz na web může připojit navíc. Změny oproti poptávce zřetelně uvede. Zákazník musí mít možnost se s podmínkami seznámit před úhradou. Zvlášť upozorní na pravidla zrušení, případné smluvní pokuty a případy, ve kterých není zákonné právo odstoupit do 14 dnů. Je-li ceník zasílán samostatně, připojí poskytovatel také úplnou přílohu č. 1 ve verzi platné pro danou smlouvu; samotný odkaz v itineráři nebo sdělení až na palubě nenahrazují seznámení před uzavřením smlouvy.</w:t>
      </w:r>
    </w:p>
    <w:p w14:paraId="46383147" w14:textId="77777777" w:rsidR="006C464F" w:rsidRDefault="00000000">
      <w:r>
        <w:t>2.5. Přijetím zálohy podle článku 2.3 vzniká zároveň smlouva o sjednaných službách a závazná rezervace. Samostatná podepsaná listina není nutná, pokud ji zákon nebo individuální dohoda nevyžaduje. Nabídka zákazníka výslovně upozorní, že její přijetí úhradou zálohy zakládá povinnost zaplatit celou sjednanou cenu všech objednaných služeb. Samotná poptávka ani nezaplacené odsouhlasení nabídky závaznou rezervaci nezakládají. Mlčení není přijetím nabídky. Zvláštní pravidla pro koupi poukazu obsahuje článek 15.</w:t>
      </w:r>
    </w:p>
    <w:p w14:paraId="74C75259" w14:textId="77777777" w:rsidR="006C464F" w:rsidRDefault="00000000">
      <w:r>
        <w:t>2.6. Poskytovatel bez zbytečného odkladu po přijetí zálohy zašle e-mailem potvrzení sjednaných služeb a závazné rezervace. Potvrzení obsahuje termín, cenu, přijatou zálohu, případný doplatek a platební a storno podmínky. Připojí úplné znění příslušné verze VOP v příloze nebo v textu zprávy; samotný odkaz na měnitelný web je nenahrazuje. Povinné smluvní informace musí být zákazníkovi poskytnuty v uchovatelné textové podobě. Ruční zápis úhrady v systému má pouze evidenční význam. Včasná platba a vzniklá rezervace nejsou dotčeny opožděným zápisem ani chybným automatickým uvolněním termínu. Je-li ceník zasílán samostatně, připojí poskytovatel také úplnou přílohu č. 1 ve verzi platné pro danou smlouvu; samotný odkaz v itineráři nebo sdělení až na palubě nenahrazují seznámení před uzavřením smlouvy.</w:t>
      </w:r>
    </w:p>
    <w:p w14:paraId="1DAF2435" w14:textId="77777777" w:rsidR="006C464F" w:rsidRDefault="00000000">
      <w:r>
        <w:t>2.7. Pokud smlouva ve stanovené lhůtě nevznikne a blokace nebyla prodloužena, termín se uvolní bez storno poplatku. Samostatné upozornění na konec předběžné blokace se neposílá. V konkrétní nabídce může poskytovatel blokaci prodloužit; její konec a platební lhůta musí být vzájemně slučitelné.</w:t>
      </w:r>
    </w:p>
    <w:p w14:paraId="630CD31A" w14:textId="77777777" w:rsidR="006C464F" w:rsidRDefault="00000000">
      <w:r>
        <w:t>2.8. Platba přijatá po skončení platnosti nabídky nezakládá automaticky nárok na původní termín. Poskytovatel ověří dostupnost a navrhne další postup. Nedojde-li k nové dohodě, vrátí platbu bez zbytečného odkladu, nejpozději do 14 dnů.</w:t>
      </w:r>
    </w:p>
    <w:p w14:paraId="7E0B8214" w14:textId="77777777" w:rsidR="006C464F" w:rsidRPr="00AD4C67" w:rsidRDefault="00000000">
      <w:pPr>
        <w:rPr>
          <w:lang w:val="pl-PL"/>
        </w:rPr>
      </w:pPr>
      <w:r>
        <w:t xml:space="preserve">2.9. Zákazník může změny a opravy údajů zaslat na kontaktní e-mail. Změna již uzavřené smlouvy vyžaduje písemné potvrzení oběma stranami podle článku 1.5. Smlouva se uzavírá v češtině, případně v jiném výslovně dohodnutém jazyce. </w:t>
      </w:r>
      <w:proofErr w:type="spellStart"/>
      <w:r w:rsidRPr="00AD4C67">
        <w:rPr>
          <w:lang w:val="pl-PL"/>
        </w:rPr>
        <w:t>Poskytovatel</w:t>
      </w:r>
      <w:proofErr w:type="spellEnd"/>
      <w:r w:rsidRPr="00AD4C67">
        <w:rPr>
          <w:lang w:val="pl-PL"/>
        </w:rPr>
        <w:t xml:space="preserve"> </w:t>
      </w:r>
      <w:proofErr w:type="spellStart"/>
      <w:r w:rsidRPr="00AD4C67">
        <w:rPr>
          <w:lang w:val="pl-PL"/>
        </w:rPr>
        <w:t>uchovává</w:t>
      </w:r>
      <w:proofErr w:type="spellEnd"/>
      <w:r w:rsidRPr="00AD4C67">
        <w:rPr>
          <w:lang w:val="pl-PL"/>
        </w:rPr>
        <w:t xml:space="preserve"> </w:t>
      </w:r>
      <w:proofErr w:type="spellStart"/>
      <w:r w:rsidRPr="00AD4C67">
        <w:rPr>
          <w:lang w:val="pl-PL"/>
        </w:rPr>
        <w:t>smluvní</w:t>
      </w:r>
      <w:proofErr w:type="spellEnd"/>
      <w:r w:rsidRPr="00AD4C67">
        <w:rPr>
          <w:lang w:val="pl-PL"/>
        </w:rPr>
        <w:t xml:space="preserve"> </w:t>
      </w:r>
      <w:proofErr w:type="spellStart"/>
      <w:r w:rsidRPr="00AD4C67">
        <w:rPr>
          <w:lang w:val="pl-PL"/>
        </w:rPr>
        <w:t>dokumentaci</w:t>
      </w:r>
      <w:proofErr w:type="spellEnd"/>
      <w:r w:rsidRPr="00AD4C67">
        <w:rPr>
          <w:lang w:val="pl-PL"/>
        </w:rPr>
        <w:t xml:space="preserve"> </w:t>
      </w:r>
      <w:proofErr w:type="spellStart"/>
      <w:r w:rsidRPr="00AD4C67">
        <w:rPr>
          <w:lang w:val="pl-PL"/>
        </w:rPr>
        <w:t>elektronicky</w:t>
      </w:r>
      <w:proofErr w:type="spellEnd"/>
      <w:r w:rsidRPr="00AD4C67">
        <w:rPr>
          <w:lang w:val="pl-PL"/>
        </w:rPr>
        <w:t xml:space="preserve"> a na </w:t>
      </w:r>
      <w:proofErr w:type="spellStart"/>
      <w:r w:rsidRPr="00AD4C67">
        <w:rPr>
          <w:lang w:val="pl-PL"/>
        </w:rPr>
        <w:t>žádost</w:t>
      </w:r>
      <w:proofErr w:type="spellEnd"/>
      <w:r w:rsidRPr="00AD4C67">
        <w:rPr>
          <w:lang w:val="pl-PL"/>
        </w:rPr>
        <w:t xml:space="preserve"> </w:t>
      </w:r>
      <w:proofErr w:type="spellStart"/>
      <w:r w:rsidRPr="00AD4C67">
        <w:rPr>
          <w:lang w:val="pl-PL"/>
        </w:rPr>
        <w:t>zákazníkovi</w:t>
      </w:r>
      <w:proofErr w:type="spellEnd"/>
      <w:r w:rsidRPr="00AD4C67">
        <w:rPr>
          <w:lang w:val="pl-PL"/>
        </w:rPr>
        <w:t xml:space="preserve"> </w:t>
      </w:r>
      <w:proofErr w:type="spellStart"/>
      <w:r w:rsidRPr="00AD4C67">
        <w:rPr>
          <w:lang w:val="pl-PL"/>
        </w:rPr>
        <w:t>poskytne</w:t>
      </w:r>
      <w:proofErr w:type="spellEnd"/>
      <w:r w:rsidRPr="00AD4C67">
        <w:rPr>
          <w:lang w:val="pl-PL"/>
        </w:rPr>
        <w:t xml:space="preserve"> </w:t>
      </w:r>
      <w:proofErr w:type="spellStart"/>
      <w:r w:rsidRPr="00AD4C67">
        <w:rPr>
          <w:lang w:val="pl-PL"/>
        </w:rPr>
        <w:t>její</w:t>
      </w:r>
      <w:proofErr w:type="spellEnd"/>
      <w:r w:rsidRPr="00AD4C67">
        <w:rPr>
          <w:lang w:val="pl-PL"/>
        </w:rPr>
        <w:t xml:space="preserve"> kopii. </w:t>
      </w:r>
      <w:proofErr w:type="spellStart"/>
      <w:r w:rsidRPr="00AD4C67">
        <w:rPr>
          <w:lang w:val="pl-PL"/>
        </w:rPr>
        <w:t>Náklady</w:t>
      </w:r>
      <w:proofErr w:type="spellEnd"/>
      <w:r w:rsidRPr="00AD4C67">
        <w:rPr>
          <w:lang w:val="pl-PL"/>
        </w:rPr>
        <w:t xml:space="preserve"> na </w:t>
      </w:r>
      <w:proofErr w:type="spellStart"/>
      <w:r w:rsidRPr="00AD4C67">
        <w:rPr>
          <w:lang w:val="pl-PL"/>
        </w:rPr>
        <w:t>komunikaci</w:t>
      </w:r>
      <w:proofErr w:type="spellEnd"/>
      <w:r w:rsidRPr="00AD4C67">
        <w:rPr>
          <w:lang w:val="pl-PL"/>
        </w:rPr>
        <w:t xml:space="preserve"> na </w:t>
      </w:r>
      <w:proofErr w:type="spellStart"/>
      <w:r w:rsidRPr="00AD4C67">
        <w:rPr>
          <w:lang w:val="pl-PL"/>
        </w:rPr>
        <w:t>dálku</w:t>
      </w:r>
      <w:proofErr w:type="spellEnd"/>
      <w:r w:rsidRPr="00AD4C67">
        <w:rPr>
          <w:lang w:val="pl-PL"/>
        </w:rPr>
        <w:t xml:space="preserve"> </w:t>
      </w:r>
      <w:proofErr w:type="spellStart"/>
      <w:r w:rsidRPr="00AD4C67">
        <w:rPr>
          <w:lang w:val="pl-PL"/>
        </w:rPr>
        <w:t>hradí</w:t>
      </w:r>
      <w:proofErr w:type="spellEnd"/>
      <w:r w:rsidRPr="00AD4C67">
        <w:rPr>
          <w:lang w:val="pl-PL"/>
        </w:rPr>
        <w:t xml:space="preserve"> </w:t>
      </w:r>
      <w:proofErr w:type="spellStart"/>
      <w:r w:rsidRPr="00AD4C67">
        <w:rPr>
          <w:lang w:val="pl-PL"/>
        </w:rPr>
        <w:t>zákazník</w:t>
      </w:r>
      <w:proofErr w:type="spellEnd"/>
      <w:r w:rsidRPr="00AD4C67">
        <w:rPr>
          <w:lang w:val="pl-PL"/>
        </w:rPr>
        <w:t xml:space="preserve"> podle </w:t>
      </w:r>
      <w:proofErr w:type="spellStart"/>
      <w:r w:rsidRPr="00AD4C67">
        <w:rPr>
          <w:lang w:val="pl-PL"/>
        </w:rPr>
        <w:t>běžného</w:t>
      </w:r>
      <w:proofErr w:type="spellEnd"/>
      <w:r w:rsidRPr="00AD4C67">
        <w:rPr>
          <w:lang w:val="pl-PL"/>
        </w:rPr>
        <w:t xml:space="preserve"> </w:t>
      </w:r>
      <w:proofErr w:type="spellStart"/>
      <w:r w:rsidRPr="00AD4C67">
        <w:rPr>
          <w:lang w:val="pl-PL"/>
        </w:rPr>
        <w:t>tarifu</w:t>
      </w:r>
      <w:proofErr w:type="spellEnd"/>
      <w:r w:rsidRPr="00AD4C67">
        <w:rPr>
          <w:lang w:val="pl-PL"/>
        </w:rPr>
        <w:t xml:space="preserve"> </w:t>
      </w:r>
      <w:proofErr w:type="spellStart"/>
      <w:r w:rsidRPr="00AD4C67">
        <w:rPr>
          <w:lang w:val="pl-PL"/>
        </w:rPr>
        <w:t>svého</w:t>
      </w:r>
      <w:proofErr w:type="spellEnd"/>
      <w:r w:rsidRPr="00AD4C67">
        <w:rPr>
          <w:lang w:val="pl-PL"/>
        </w:rPr>
        <w:t xml:space="preserve"> </w:t>
      </w:r>
      <w:proofErr w:type="spellStart"/>
      <w:r w:rsidRPr="00AD4C67">
        <w:rPr>
          <w:lang w:val="pl-PL"/>
        </w:rPr>
        <w:t>operátora</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neúčtuje</w:t>
      </w:r>
      <w:proofErr w:type="spellEnd"/>
      <w:r w:rsidRPr="00AD4C67">
        <w:rPr>
          <w:lang w:val="pl-PL"/>
        </w:rPr>
        <w:t xml:space="preserve"> </w:t>
      </w:r>
      <w:proofErr w:type="spellStart"/>
      <w:r w:rsidRPr="00AD4C67">
        <w:rPr>
          <w:lang w:val="pl-PL"/>
        </w:rPr>
        <w:t>zvláštní</w:t>
      </w:r>
      <w:proofErr w:type="spellEnd"/>
      <w:r w:rsidRPr="00AD4C67">
        <w:rPr>
          <w:lang w:val="pl-PL"/>
        </w:rPr>
        <w:t xml:space="preserve"> </w:t>
      </w:r>
      <w:proofErr w:type="spellStart"/>
      <w:r w:rsidRPr="00AD4C67">
        <w:rPr>
          <w:lang w:val="pl-PL"/>
        </w:rPr>
        <w:t>komunikační</w:t>
      </w:r>
      <w:proofErr w:type="spellEnd"/>
      <w:r w:rsidRPr="00AD4C67">
        <w:rPr>
          <w:lang w:val="pl-PL"/>
        </w:rPr>
        <w:t xml:space="preserve"> </w:t>
      </w:r>
      <w:proofErr w:type="spellStart"/>
      <w:r w:rsidRPr="00AD4C67">
        <w:rPr>
          <w:lang w:val="pl-PL"/>
        </w:rPr>
        <w:t>poplatek</w:t>
      </w:r>
      <w:proofErr w:type="spellEnd"/>
      <w:r w:rsidRPr="00AD4C67">
        <w:rPr>
          <w:lang w:val="pl-PL"/>
        </w:rPr>
        <w:t>.</w:t>
      </w:r>
    </w:p>
    <w:p w14:paraId="1A8A4037" w14:textId="77777777" w:rsidR="006C464F" w:rsidRPr="00AD4C67" w:rsidRDefault="00000000">
      <w:pPr>
        <w:pStyle w:val="Nadpis1"/>
        <w:rPr>
          <w:lang w:val="pl-PL"/>
        </w:rPr>
      </w:pPr>
      <w:r w:rsidRPr="00AD4C67">
        <w:rPr>
          <w:lang w:val="pl-PL"/>
        </w:rPr>
        <w:lastRenderedPageBreak/>
        <w:t xml:space="preserve">3 Cena a </w:t>
      </w:r>
      <w:proofErr w:type="spellStart"/>
      <w:r w:rsidRPr="00AD4C67">
        <w:rPr>
          <w:lang w:val="pl-PL"/>
        </w:rPr>
        <w:t>platební</w:t>
      </w:r>
      <w:proofErr w:type="spellEnd"/>
      <w:r w:rsidRPr="00AD4C67">
        <w:rPr>
          <w:lang w:val="pl-PL"/>
        </w:rPr>
        <w:t xml:space="preserve"> </w:t>
      </w:r>
      <w:proofErr w:type="spellStart"/>
      <w:r w:rsidRPr="00AD4C67">
        <w:rPr>
          <w:lang w:val="pl-PL"/>
        </w:rPr>
        <w:t>podmínky</w:t>
      </w:r>
      <w:proofErr w:type="spellEnd"/>
    </w:p>
    <w:p w14:paraId="44CE36B4" w14:textId="77777777" w:rsidR="006C464F" w:rsidRPr="00AD4C67" w:rsidRDefault="00000000">
      <w:pPr>
        <w:rPr>
          <w:lang w:val="pl-PL"/>
        </w:rPr>
      </w:pPr>
      <w:r w:rsidRPr="00AD4C67">
        <w:rPr>
          <w:lang w:val="pl-PL"/>
        </w:rPr>
        <w:t xml:space="preserve">3.1. Ceny </w:t>
      </w:r>
      <w:proofErr w:type="spellStart"/>
      <w:r w:rsidRPr="00AD4C67">
        <w:rPr>
          <w:lang w:val="pl-PL"/>
        </w:rPr>
        <w:t>jsou</w:t>
      </w:r>
      <w:proofErr w:type="spellEnd"/>
      <w:r w:rsidRPr="00AD4C67">
        <w:rPr>
          <w:lang w:val="pl-PL"/>
        </w:rPr>
        <w:t xml:space="preserve"> </w:t>
      </w:r>
      <w:proofErr w:type="spellStart"/>
      <w:r w:rsidRPr="00AD4C67">
        <w:rPr>
          <w:lang w:val="pl-PL"/>
        </w:rPr>
        <w:t>uváděny</w:t>
      </w:r>
      <w:proofErr w:type="spellEnd"/>
      <w:r w:rsidRPr="00AD4C67">
        <w:rPr>
          <w:lang w:val="pl-PL"/>
        </w:rPr>
        <w:t xml:space="preserve"> v </w:t>
      </w:r>
      <w:proofErr w:type="spellStart"/>
      <w:r w:rsidRPr="00AD4C67">
        <w:rPr>
          <w:lang w:val="pl-PL"/>
        </w:rPr>
        <w:t>českých</w:t>
      </w:r>
      <w:proofErr w:type="spellEnd"/>
      <w:r w:rsidRPr="00AD4C67">
        <w:rPr>
          <w:lang w:val="pl-PL"/>
        </w:rPr>
        <w:t xml:space="preserve"> </w:t>
      </w:r>
      <w:proofErr w:type="spellStart"/>
      <w:r w:rsidRPr="00AD4C67">
        <w:rPr>
          <w:lang w:val="pl-PL"/>
        </w:rPr>
        <w:t>korunách</w:t>
      </w:r>
      <w:proofErr w:type="spellEnd"/>
      <w:r w:rsidRPr="00AD4C67">
        <w:rPr>
          <w:lang w:val="pl-PL"/>
        </w:rPr>
        <w:t xml:space="preserve">. Ceny </w:t>
      </w:r>
      <w:proofErr w:type="spellStart"/>
      <w:r w:rsidRPr="00AD4C67">
        <w:rPr>
          <w:lang w:val="pl-PL"/>
        </w:rPr>
        <w:t>určené</w:t>
      </w:r>
      <w:proofErr w:type="spellEnd"/>
      <w:r w:rsidRPr="00AD4C67">
        <w:rPr>
          <w:lang w:val="pl-PL"/>
        </w:rPr>
        <w:t xml:space="preserve"> </w:t>
      </w:r>
      <w:proofErr w:type="spellStart"/>
      <w:r w:rsidRPr="00AD4C67">
        <w:rPr>
          <w:lang w:val="pl-PL"/>
        </w:rPr>
        <w:t>spotřebitelům</w:t>
      </w:r>
      <w:proofErr w:type="spellEnd"/>
      <w:r w:rsidRPr="00AD4C67">
        <w:rPr>
          <w:lang w:val="pl-PL"/>
        </w:rPr>
        <w:t xml:space="preserve"> </w:t>
      </w:r>
      <w:proofErr w:type="spellStart"/>
      <w:r w:rsidRPr="00AD4C67">
        <w:rPr>
          <w:lang w:val="pl-PL"/>
        </w:rPr>
        <w:t>jsou</w:t>
      </w:r>
      <w:proofErr w:type="spellEnd"/>
      <w:r w:rsidRPr="00AD4C67">
        <w:rPr>
          <w:lang w:val="pl-PL"/>
        </w:rPr>
        <w:t xml:space="preserve"> </w:t>
      </w:r>
      <w:proofErr w:type="spellStart"/>
      <w:r w:rsidRPr="00AD4C67">
        <w:rPr>
          <w:lang w:val="pl-PL"/>
        </w:rPr>
        <w:t>konečné</w:t>
      </w:r>
      <w:proofErr w:type="spellEnd"/>
      <w:r w:rsidRPr="00AD4C67">
        <w:rPr>
          <w:lang w:val="pl-PL"/>
        </w:rPr>
        <w:t xml:space="preserve"> a </w:t>
      </w:r>
      <w:proofErr w:type="spellStart"/>
      <w:r w:rsidRPr="00AD4C67">
        <w:rPr>
          <w:lang w:val="pl-PL"/>
        </w:rPr>
        <w:t>zahrnují</w:t>
      </w:r>
      <w:proofErr w:type="spellEnd"/>
      <w:r w:rsidRPr="00AD4C67">
        <w:rPr>
          <w:lang w:val="pl-PL"/>
        </w:rPr>
        <w:t xml:space="preserve"> </w:t>
      </w:r>
      <w:proofErr w:type="spellStart"/>
      <w:r w:rsidRPr="00AD4C67">
        <w:rPr>
          <w:lang w:val="pl-PL"/>
        </w:rPr>
        <w:t>veškeré</w:t>
      </w:r>
      <w:proofErr w:type="spellEnd"/>
      <w:r w:rsidRPr="00AD4C67">
        <w:rPr>
          <w:lang w:val="pl-PL"/>
        </w:rPr>
        <w:t xml:space="preserve"> </w:t>
      </w:r>
      <w:proofErr w:type="spellStart"/>
      <w:r w:rsidRPr="00AD4C67">
        <w:rPr>
          <w:lang w:val="pl-PL"/>
        </w:rPr>
        <w:t>příslušné</w:t>
      </w:r>
      <w:proofErr w:type="spellEnd"/>
      <w:r w:rsidRPr="00AD4C67">
        <w:rPr>
          <w:lang w:val="pl-PL"/>
        </w:rPr>
        <w:t xml:space="preserve"> </w:t>
      </w:r>
      <w:proofErr w:type="spellStart"/>
      <w:r w:rsidRPr="00AD4C67">
        <w:rPr>
          <w:lang w:val="pl-PL"/>
        </w:rPr>
        <w:t>daně</w:t>
      </w:r>
      <w:proofErr w:type="spellEnd"/>
      <w:r w:rsidRPr="00AD4C67">
        <w:rPr>
          <w:lang w:val="pl-PL"/>
        </w:rPr>
        <w:t xml:space="preserve"> a </w:t>
      </w:r>
      <w:proofErr w:type="spellStart"/>
      <w:r w:rsidRPr="00AD4C67">
        <w:rPr>
          <w:lang w:val="pl-PL"/>
        </w:rPr>
        <w:t>povinné</w:t>
      </w:r>
      <w:proofErr w:type="spellEnd"/>
      <w:r w:rsidRPr="00AD4C67">
        <w:rPr>
          <w:lang w:val="pl-PL"/>
        </w:rPr>
        <w:t xml:space="preserve"> </w:t>
      </w:r>
      <w:proofErr w:type="spellStart"/>
      <w:r w:rsidRPr="00AD4C67">
        <w:rPr>
          <w:lang w:val="pl-PL"/>
        </w:rPr>
        <w:t>poplatky</w:t>
      </w:r>
      <w:proofErr w:type="spellEnd"/>
      <w:r w:rsidRPr="00AD4C67">
        <w:rPr>
          <w:lang w:val="pl-PL"/>
        </w:rPr>
        <w:t xml:space="preserve">. </w:t>
      </w:r>
      <w:proofErr w:type="spellStart"/>
      <w:r w:rsidRPr="00AD4C67">
        <w:rPr>
          <w:lang w:val="pl-PL"/>
        </w:rPr>
        <w:t>Závazná</w:t>
      </w:r>
      <w:proofErr w:type="spellEnd"/>
      <w:r w:rsidRPr="00AD4C67">
        <w:rPr>
          <w:lang w:val="pl-PL"/>
        </w:rPr>
        <w:t xml:space="preserve"> je cena </w:t>
      </w:r>
      <w:proofErr w:type="spellStart"/>
      <w:r w:rsidRPr="00AD4C67">
        <w:rPr>
          <w:lang w:val="pl-PL"/>
        </w:rPr>
        <w:t>nabídky</w:t>
      </w:r>
      <w:proofErr w:type="spellEnd"/>
      <w:r w:rsidRPr="00AD4C67">
        <w:rPr>
          <w:lang w:val="pl-PL"/>
        </w:rPr>
        <w:t xml:space="preserve"> </w:t>
      </w:r>
      <w:proofErr w:type="spellStart"/>
      <w:r w:rsidRPr="00AD4C67">
        <w:rPr>
          <w:lang w:val="pl-PL"/>
        </w:rPr>
        <w:t>přijaté</w:t>
      </w:r>
      <w:proofErr w:type="spellEnd"/>
      <w:r w:rsidRPr="00AD4C67">
        <w:rPr>
          <w:lang w:val="pl-PL"/>
        </w:rPr>
        <w:t xml:space="preserve"> </w:t>
      </w:r>
      <w:proofErr w:type="spellStart"/>
      <w:r w:rsidRPr="00AD4C67">
        <w:rPr>
          <w:lang w:val="pl-PL"/>
        </w:rPr>
        <w:t>zákazníkem</w:t>
      </w:r>
      <w:proofErr w:type="spellEnd"/>
      <w:r w:rsidRPr="00AD4C67">
        <w:rPr>
          <w:lang w:val="pl-PL"/>
        </w:rPr>
        <w:t xml:space="preserve">. </w:t>
      </w:r>
      <w:proofErr w:type="spellStart"/>
      <w:r w:rsidRPr="00AD4C67">
        <w:rPr>
          <w:lang w:val="pl-PL"/>
        </w:rPr>
        <w:t>Pozdější</w:t>
      </w:r>
      <w:proofErr w:type="spellEnd"/>
      <w:r w:rsidRPr="00AD4C67">
        <w:rPr>
          <w:lang w:val="pl-PL"/>
        </w:rPr>
        <w:t xml:space="preserve"> </w:t>
      </w:r>
      <w:proofErr w:type="spellStart"/>
      <w:r w:rsidRPr="00AD4C67">
        <w:rPr>
          <w:lang w:val="pl-PL"/>
        </w:rPr>
        <w:t>změna</w:t>
      </w:r>
      <w:proofErr w:type="spellEnd"/>
      <w:r w:rsidRPr="00AD4C67">
        <w:rPr>
          <w:lang w:val="pl-PL"/>
        </w:rPr>
        <w:t xml:space="preserve"> </w:t>
      </w:r>
      <w:proofErr w:type="spellStart"/>
      <w:r w:rsidRPr="00AD4C67">
        <w:rPr>
          <w:lang w:val="pl-PL"/>
        </w:rPr>
        <w:t>webového</w:t>
      </w:r>
      <w:proofErr w:type="spellEnd"/>
      <w:r w:rsidRPr="00AD4C67">
        <w:rPr>
          <w:lang w:val="pl-PL"/>
        </w:rPr>
        <w:t xml:space="preserve"> </w:t>
      </w:r>
      <w:proofErr w:type="spellStart"/>
      <w:r w:rsidRPr="00AD4C67">
        <w:rPr>
          <w:lang w:val="pl-PL"/>
        </w:rPr>
        <w:t>ceníku</w:t>
      </w:r>
      <w:proofErr w:type="spellEnd"/>
      <w:r w:rsidRPr="00AD4C67">
        <w:rPr>
          <w:lang w:val="pl-PL"/>
        </w:rPr>
        <w:t xml:space="preserve"> </w:t>
      </w:r>
      <w:proofErr w:type="spellStart"/>
      <w:r w:rsidRPr="00AD4C67">
        <w:rPr>
          <w:lang w:val="pl-PL"/>
        </w:rPr>
        <w:t>sjednanou</w:t>
      </w:r>
      <w:proofErr w:type="spellEnd"/>
      <w:r w:rsidRPr="00AD4C67">
        <w:rPr>
          <w:lang w:val="pl-PL"/>
        </w:rPr>
        <w:t xml:space="preserve"> </w:t>
      </w:r>
      <w:proofErr w:type="spellStart"/>
      <w:r w:rsidRPr="00AD4C67">
        <w:rPr>
          <w:lang w:val="pl-PL"/>
        </w:rPr>
        <w:t>cenu</w:t>
      </w:r>
      <w:proofErr w:type="spellEnd"/>
      <w:r w:rsidRPr="00AD4C67">
        <w:rPr>
          <w:lang w:val="pl-PL"/>
        </w:rPr>
        <w:t xml:space="preserve"> </w:t>
      </w:r>
      <w:proofErr w:type="spellStart"/>
      <w:r w:rsidRPr="00AD4C67">
        <w:rPr>
          <w:lang w:val="pl-PL"/>
        </w:rPr>
        <w:t>nemění</w:t>
      </w:r>
      <w:proofErr w:type="spellEnd"/>
      <w:r w:rsidRPr="00AD4C67">
        <w:rPr>
          <w:lang w:val="pl-PL"/>
        </w:rPr>
        <w:t>.</w:t>
      </w:r>
    </w:p>
    <w:p w14:paraId="36155E20" w14:textId="77777777" w:rsidR="006C464F" w:rsidRPr="00AD4C67" w:rsidRDefault="00000000">
      <w:pPr>
        <w:rPr>
          <w:lang w:val="pl-PL"/>
        </w:rPr>
      </w:pPr>
      <w:r w:rsidRPr="00AD4C67">
        <w:rPr>
          <w:lang w:val="pl-PL"/>
        </w:rPr>
        <w:t xml:space="preserve">3.2. </w:t>
      </w:r>
      <w:proofErr w:type="spellStart"/>
      <w:r w:rsidRPr="00AD4C67">
        <w:rPr>
          <w:lang w:val="pl-PL"/>
        </w:rPr>
        <w:t>Záloha</w:t>
      </w:r>
      <w:proofErr w:type="spellEnd"/>
      <w:r w:rsidRPr="00AD4C67">
        <w:rPr>
          <w:lang w:val="pl-PL"/>
        </w:rPr>
        <w:t xml:space="preserve"> </w:t>
      </w:r>
      <w:proofErr w:type="spellStart"/>
      <w:r w:rsidRPr="00AD4C67">
        <w:rPr>
          <w:lang w:val="pl-PL"/>
        </w:rPr>
        <w:t>činí</w:t>
      </w:r>
      <w:proofErr w:type="spellEnd"/>
      <w:r w:rsidRPr="00AD4C67">
        <w:rPr>
          <w:lang w:val="pl-PL"/>
        </w:rPr>
        <w:t xml:space="preserve"> 100 % </w:t>
      </w:r>
      <w:proofErr w:type="spellStart"/>
      <w:r w:rsidRPr="00AD4C67">
        <w:rPr>
          <w:lang w:val="pl-PL"/>
        </w:rPr>
        <w:t>sjednané</w:t>
      </w:r>
      <w:proofErr w:type="spellEnd"/>
      <w:r w:rsidRPr="00AD4C67">
        <w:rPr>
          <w:lang w:val="pl-PL"/>
        </w:rPr>
        <w:t xml:space="preserve"> ceny </w:t>
      </w:r>
      <w:proofErr w:type="spellStart"/>
      <w:r w:rsidRPr="00AD4C67">
        <w:rPr>
          <w:lang w:val="pl-PL"/>
        </w:rPr>
        <w:t>plavby</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samostatného</w:t>
      </w:r>
      <w:proofErr w:type="spellEnd"/>
      <w:r w:rsidRPr="00AD4C67">
        <w:rPr>
          <w:lang w:val="pl-PL"/>
        </w:rPr>
        <w:t xml:space="preserve"> </w:t>
      </w:r>
      <w:proofErr w:type="spellStart"/>
      <w:r w:rsidRPr="00AD4C67">
        <w:rPr>
          <w:lang w:val="pl-PL"/>
        </w:rPr>
        <w:t>využití</w:t>
      </w:r>
      <w:proofErr w:type="spellEnd"/>
      <w:r w:rsidRPr="00AD4C67">
        <w:rPr>
          <w:lang w:val="pl-PL"/>
        </w:rPr>
        <w:t xml:space="preserve"> </w:t>
      </w:r>
      <w:proofErr w:type="spellStart"/>
      <w:r w:rsidRPr="00AD4C67">
        <w:rPr>
          <w:lang w:val="pl-PL"/>
        </w:rPr>
        <w:t>plavidla</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stání</w:t>
      </w:r>
      <w:proofErr w:type="spellEnd"/>
      <w:r w:rsidRPr="00AD4C67">
        <w:rPr>
          <w:lang w:val="pl-PL"/>
        </w:rPr>
        <w:t xml:space="preserve"> a </w:t>
      </w:r>
      <w:proofErr w:type="spellStart"/>
      <w:r w:rsidRPr="00AD4C67">
        <w:rPr>
          <w:lang w:val="pl-PL"/>
        </w:rPr>
        <w:t>započítává</w:t>
      </w:r>
      <w:proofErr w:type="spellEnd"/>
      <w:r w:rsidRPr="00AD4C67">
        <w:rPr>
          <w:lang w:val="pl-PL"/>
        </w:rPr>
        <w:t xml:space="preserve"> </w:t>
      </w:r>
      <w:proofErr w:type="spellStart"/>
      <w:r w:rsidRPr="00AD4C67">
        <w:rPr>
          <w:lang w:val="pl-PL"/>
        </w:rPr>
        <w:t>se</w:t>
      </w:r>
      <w:proofErr w:type="spellEnd"/>
      <w:r w:rsidRPr="00AD4C67">
        <w:rPr>
          <w:lang w:val="pl-PL"/>
        </w:rPr>
        <w:t xml:space="preserve"> na tuto </w:t>
      </w:r>
      <w:proofErr w:type="spellStart"/>
      <w:r w:rsidRPr="00AD4C67">
        <w:rPr>
          <w:lang w:val="pl-PL"/>
        </w:rPr>
        <w:t>cenu</w:t>
      </w:r>
      <w:proofErr w:type="spellEnd"/>
      <w:r w:rsidRPr="00AD4C67">
        <w:rPr>
          <w:lang w:val="pl-PL"/>
        </w:rPr>
        <w:t xml:space="preserve">. </w:t>
      </w:r>
      <w:proofErr w:type="spellStart"/>
      <w:r w:rsidRPr="00AD4C67">
        <w:rPr>
          <w:lang w:val="pl-PL"/>
        </w:rPr>
        <w:t>Platí</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zpravidla</w:t>
      </w:r>
      <w:proofErr w:type="spellEnd"/>
      <w:r w:rsidRPr="00AD4C67">
        <w:rPr>
          <w:lang w:val="pl-PL"/>
        </w:rPr>
        <w:t xml:space="preserve"> </w:t>
      </w:r>
      <w:proofErr w:type="spellStart"/>
      <w:r w:rsidRPr="00AD4C67">
        <w:rPr>
          <w:lang w:val="pl-PL"/>
        </w:rPr>
        <w:t>bankovním</w:t>
      </w:r>
      <w:proofErr w:type="spellEnd"/>
      <w:r w:rsidRPr="00AD4C67">
        <w:rPr>
          <w:lang w:val="pl-PL"/>
        </w:rPr>
        <w:t xml:space="preserve"> </w:t>
      </w:r>
      <w:proofErr w:type="spellStart"/>
      <w:r w:rsidRPr="00AD4C67">
        <w:rPr>
          <w:lang w:val="pl-PL"/>
        </w:rPr>
        <w:t>převodem</w:t>
      </w:r>
      <w:proofErr w:type="spellEnd"/>
      <w:r w:rsidRPr="00AD4C67">
        <w:rPr>
          <w:lang w:val="pl-PL"/>
        </w:rPr>
        <w:t xml:space="preserve"> podle </w:t>
      </w:r>
      <w:proofErr w:type="spellStart"/>
      <w:r w:rsidRPr="00AD4C67">
        <w:rPr>
          <w:lang w:val="pl-PL"/>
        </w:rPr>
        <w:t>platebních</w:t>
      </w:r>
      <w:proofErr w:type="spellEnd"/>
      <w:r w:rsidRPr="00AD4C67">
        <w:rPr>
          <w:lang w:val="pl-PL"/>
        </w:rPr>
        <w:t xml:space="preserve"> </w:t>
      </w:r>
      <w:proofErr w:type="spellStart"/>
      <w:r w:rsidRPr="00AD4C67">
        <w:rPr>
          <w:lang w:val="pl-PL"/>
        </w:rPr>
        <w:t>údajů</w:t>
      </w:r>
      <w:proofErr w:type="spellEnd"/>
      <w:r w:rsidRPr="00AD4C67">
        <w:rPr>
          <w:lang w:val="pl-PL"/>
        </w:rPr>
        <w:t xml:space="preserve"> na </w:t>
      </w:r>
      <w:proofErr w:type="spellStart"/>
      <w:r w:rsidRPr="00AD4C67">
        <w:rPr>
          <w:lang w:val="pl-PL"/>
        </w:rPr>
        <w:t>zálohovém</w:t>
      </w:r>
      <w:proofErr w:type="spellEnd"/>
      <w:r w:rsidRPr="00AD4C67">
        <w:rPr>
          <w:lang w:val="pl-PL"/>
        </w:rPr>
        <w:t xml:space="preserve"> </w:t>
      </w:r>
      <w:proofErr w:type="spellStart"/>
      <w:r w:rsidRPr="00AD4C67">
        <w:rPr>
          <w:lang w:val="pl-PL"/>
        </w:rPr>
        <w:t>dokladu</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faktuře</w:t>
      </w:r>
      <w:proofErr w:type="spellEnd"/>
      <w:r w:rsidRPr="00AD4C67">
        <w:rPr>
          <w:lang w:val="pl-PL"/>
        </w:rPr>
        <w:t xml:space="preserve">; po </w:t>
      </w:r>
      <w:proofErr w:type="spellStart"/>
      <w:r w:rsidRPr="00AD4C67">
        <w:rPr>
          <w:lang w:val="pl-PL"/>
        </w:rPr>
        <w:t>předchozí</w:t>
      </w:r>
      <w:proofErr w:type="spellEnd"/>
      <w:r w:rsidRPr="00AD4C67">
        <w:rPr>
          <w:lang w:val="pl-PL"/>
        </w:rPr>
        <w:t xml:space="preserve"> </w:t>
      </w:r>
      <w:proofErr w:type="spellStart"/>
      <w:r w:rsidRPr="00AD4C67">
        <w:rPr>
          <w:lang w:val="pl-PL"/>
        </w:rPr>
        <w:t>dohodě</w:t>
      </w:r>
      <w:proofErr w:type="spellEnd"/>
      <w:r w:rsidRPr="00AD4C67">
        <w:rPr>
          <w:lang w:val="pl-PL"/>
        </w:rPr>
        <w:t xml:space="preserve"> </w:t>
      </w:r>
      <w:proofErr w:type="spellStart"/>
      <w:r w:rsidRPr="00AD4C67">
        <w:rPr>
          <w:lang w:val="pl-PL"/>
        </w:rPr>
        <w:t>lze</w:t>
      </w:r>
      <w:proofErr w:type="spellEnd"/>
      <w:r w:rsidRPr="00AD4C67">
        <w:rPr>
          <w:lang w:val="pl-PL"/>
        </w:rPr>
        <w:t xml:space="preserve"> </w:t>
      </w:r>
      <w:proofErr w:type="spellStart"/>
      <w:r w:rsidRPr="00AD4C67">
        <w:rPr>
          <w:lang w:val="pl-PL"/>
        </w:rPr>
        <w:t>platit</w:t>
      </w:r>
      <w:proofErr w:type="spellEnd"/>
      <w:r w:rsidRPr="00AD4C67">
        <w:rPr>
          <w:lang w:val="pl-PL"/>
        </w:rPr>
        <w:t xml:space="preserve"> </w:t>
      </w:r>
      <w:proofErr w:type="spellStart"/>
      <w:r w:rsidRPr="00AD4C67">
        <w:rPr>
          <w:lang w:val="pl-PL"/>
        </w:rPr>
        <w:t>také</w:t>
      </w:r>
      <w:proofErr w:type="spellEnd"/>
      <w:r w:rsidRPr="00AD4C67">
        <w:rPr>
          <w:lang w:val="pl-PL"/>
        </w:rPr>
        <w:t xml:space="preserve"> </w:t>
      </w:r>
      <w:proofErr w:type="spellStart"/>
      <w:r w:rsidRPr="00AD4C67">
        <w:rPr>
          <w:lang w:val="pl-PL"/>
        </w:rPr>
        <w:t>hotově</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kartou</w:t>
      </w:r>
      <w:proofErr w:type="spellEnd"/>
      <w:r w:rsidRPr="00AD4C67">
        <w:rPr>
          <w:lang w:val="pl-PL"/>
        </w:rPr>
        <w:t xml:space="preserve">. </w:t>
      </w:r>
      <w:proofErr w:type="spellStart"/>
      <w:r w:rsidRPr="00AD4C67">
        <w:rPr>
          <w:lang w:val="pl-PL"/>
        </w:rPr>
        <w:t>Možnost</w:t>
      </w:r>
      <w:proofErr w:type="spellEnd"/>
      <w:r w:rsidRPr="00AD4C67">
        <w:rPr>
          <w:lang w:val="pl-PL"/>
        </w:rPr>
        <w:t xml:space="preserve"> </w:t>
      </w:r>
      <w:proofErr w:type="spellStart"/>
      <w:r w:rsidRPr="00AD4C67">
        <w:rPr>
          <w:lang w:val="pl-PL"/>
        </w:rPr>
        <w:t>zaplatit</w:t>
      </w:r>
      <w:proofErr w:type="spellEnd"/>
      <w:r w:rsidRPr="00AD4C67">
        <w:rPr>
          <w:lang w:val="pl-PL"/>
        </w:rPr>
        <w:t xml:space="preserve"> na </w:t>
      </w:r>
      <w:proofErr w:type="spellStart"/>
      <w:r w:rsidRPr="00AD4C67">
        <w:rPr>
          <w:lang w:val="pl-PL"/>
        </w:rPr>
        <w:t>lodi</w:t>
      </w:r>
      <w:proofErr w:type="spellEnd"/>
      <w:r w:rsidRPr="00AD4C67">
        <w:rPr>
          <w:lang w:val="pl-PL"/>
        </w:rPr>
        <w:t xml:space="preserve"> </w:t>
      </w:r>
      <w:proofErr w:type="spellStart"/>
      <w:r w:rsidRPr="00AD4C67">
        <w:rPr>
          <w:lang w:val="pl-PL"/>
        </w:rPr>
        <w:t>nemění</w:t>
      </w:r>
      <w:proofErr w:type="spellEnd"/>
      <w:r w:rsidRPr="00AD4C67">
        <w:rPr>
          <w:lang w:val="pl-PL"/>
        </w:rPr>
        <w:t xml:space="preserve"> </w:t>
      </w:r>
      <w:proofErr w:type="spellStart"/>
      <w:r w:rsidRPr="00AD4C67">
        <w:rPr>
          <w:lang w:val="pl-PL"/>
        </w:rPr>
        <w:t>povinnost</w:t>
      </w:r>
      <w:proofErr w:type="spellEnd"/>
      <w:r w:rsidRPr="00AD4C67">
        <w:rPr>
          <w:lang w:val="pl-PL"/>
        </w:rPr>
        <w:t xml:space="preserve"> </w:t>
      </w:r>
      <w:proofErr w:type="spellStart"/>
      <w:r w:rsidRPr="00AD4C67">
        <w:rPr>
          <w:lang w:val="pl-PL"/>
        </w:rPr>
        <w:t>uhradit</w:t>
      </w:r>
      <w:proofErr w:type="spellEnd"/>
      <w:r w:rsidRPr="00AD4C67">
        <w:rPr>
          <w:lang w:val="pl-PL"/>
        </w:rPr>
        <w:t xml:space="preserve"> </w:t>
      </w:r>
      <w:proofErr w:type="spellStart"/>
      <w:r w:rsidRPr="00AD4C67">
        <w:rPr>
          <w:lang w:val="pl-PL"/>
        </w:rPr>
        <w:t>zálohu</w:t>
      </w:r>
      <w:proofErr w:type="spellEnd"/>
      <w:r w:rsidRPr="00AD4C67">
        <w:rPr>
          <w:lang w:val="pl-PL"/>
        </w:rPr>
        <w:t xml:space="preserve"> </w:t>
      </w:r>
      <w:proofErr w:type="spellStart"/>
      <w:r w:rsidRPr="00AD4C67">
        <w:rPr>
          <w:lang w:val="pl-PL"/>
        </w:rPr>
        <w:t>předem</w:t>
      </w:r>
      <w:proofErr w:type="spellEnd"/>
      <w:r w:rsidRPr="00AD4C67">
        <w:rPr>
          <w:lang w:val="pl-PL"/>
        </w:rPr>
        <w:t xml:space="preserve"> pro </w:t>
      </w:r>
      <w:proofErr w:type="spellStart"/>
      <w:r w:rsidRPr="00AD4C67">
        <w:rPr>
          <w:lang w:val="pl-PL"/>
        </w:rPr>
        <w:t>vznik</w:t>
      </w:r>
      <w:proofErr w:type="spellEnd"/>
      <w:r w:rsidRPr="00AD4C67">
        <w:rPr>
          <w:lang w:val="pl-PL"/>
        </w:rPr>
        <w:t xml:space="preserve"> </w:t>
      </w:r>
      <w:proofErr w:type="spellStart"/>
      <w:r w:rsidRPr="00AD4C67">
        <w:rPr>
          <w:lang w:val="pl-PL"/>
        </w:rPr>
        <w:t>závazné</w:t>
      </w:r>
      <w:proofErr w:type="spellEnd"/>
      <w:r w:rsidRPr="00AD4C67">
        <w:rPr>
          <w:lang w:val="pl-PL"/>
        </w:rPr>
        <w:t xml:space="preserve"> </w:t>
      </w:r>
      <w:proofErr w:type="spellStart"/>
      <w:r w:rsidRPr="00AD4C67">
        <w:rPr>
          <w:lang w:val="pl-PL"/>
        </w:rPr>
        <w:t>rezervace</w:t>
      </w:r>
      <w:proofErr w:type="spellEnd"/>
      <w:r w:rsidRPr="00AD4C67">
        <w:rPr>
          <w:lang w:val="pl-PL"/>
        </w:rPr>
        <w:t xml:space="preserve">. Cena </w:t>
      </w:r>
      <w:proofErr w:type="spellStart"/>
      <w:r w:rsidRPr="00AD4C67">
        <w:rPr>
          <w:lang w:val="pl-PL"/>
        </w:rPr>
        <w:t>objednaného</w:t>
      </w:r>
      <w:proofErr w:type="spellEnd"/>
      <w:r w:rsidRPr="00AD4C67">
        <w:rPr>
          <w:lang w:val="pl-PL"/>
        </w:rPr>
        <w:t xml:space="preserve"> cateringu je </w:t>
      </w:r>
      <w:proofErr w:type="spellStart"/>
      <w:r w:rsidRPr="00AD4C67">
        <w:rPr>
          <w:lang w:val="pl-PL"/>
        </w:rPr>
        <w:t>splatná</w:t>
      </w:r>
      <w:proofErr w:type="spellEnd"/>
      <w:r w:rsidRPr="00AD4C67">
        <w:rPr>
          <w:lang w:val="pl-PL"/>
        </w:rPr>
        <w:t xml:space="preserve"> </w:t>
      </w:r>
      <w:proofErr w:type="spellStart"/>
      <w:r w:rsidRPr="00AD4C67">
        <w:rPr>
          <w:lang w:val="pl-PL"/>
        </w:rPr>
        <w:t>před</w:t>
      </w:r>
      <w:proofErr w:type="spellEnd"/>
      <w:r w:rsidRPr="00AD4C67">
        <w:rPr>
          <w:lang w:val="pl-PL"/>
        </w:rPr>
        <w:t xml:space="preserve"> </w:t>
      </w:r>
      <w:proofErr w:type="spellStart"/>
      <w:r w:rsidRPr="00AD4C67">
        <w:rPr>
          <w:lang w:val="pl-PL"/>
        </w:rPr>
        <w:t>začátkem</w:t>
      </w:r>
      <w:proofErr w:type="spellEnd"/>
      <w:r w:rsidRPr="00AD4C67">
        <w:rPr>
          <w:lang w:val="pl-PL"/>
        </w:rPr>
        <w:t xml:space="preserve"> </w:t>
      </w:r>
      <w:proofErr w:type="spellStart"/>
      <w:r w:rsidRPr="00AD4C67">
        <w:rPr>
          <w:lang w:val="pl-PL"/>
        </w:rPr>
        <w:t>akce</w:t>
      </w:r>
      <w:proofErr w:type="spellEnd"/>
      <w:r w:rsidRPr="00AD4C67">
        <w:rPr>
          <w:lang w:val="pl-PL"/>
        </w:rPr>
        <w:t xml:space="preserve">, a to </w:t>
      </w:r>
      <w:proofErr w:type="spellStart"/>
      <w:r w:rsidRPr="00AD4C67">
        <w:rPr>
          <w:lang w:val="pl-PL"/>
        </w:rPr>
        <w:t>převodem</w:t>
      </w:r>
      <w:proofErr w:type="spellEnd"/>
      <w:r w:rsidRPr="00AD4C67">
        <w:rPr>
          <w:lang w:val="pl-PL"/>
        </w:rPr>
        <w:t xml:space="preserve">, </w:t>
      </w:r>
      <w:proofErr w:type="spellStart"/>
      <w:r w:rsidRPr="00AD4C67">
        <w:rPr>
          <w:lang w:val="pl-PL"/>
        </w:rPr>
        <w:t>hotově</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kartou</w:t>
      </w:r>
      <w:proofErr w:type="spellEnd"/>
      <w:r w:rsidRPr="00AD4C67">
        <w:rPr>
          <w:lang w:val="pl-PL"/>
        </w:rPr>
        <w:t xml:space="preserve"> podle </w:t>
      </w:r>
      <w:proofErr w:type="spellStart"/>
      <w:r w:rsidRPr="00AD4C67">
        <w:rPr>
          <w:lang w:val="pl-PL"/>
        </w:rPr>
        <w:t>dohody</w:t>
      </w:r>
      <w:proofErr w:type="spellEnd"/>
      <w:r w:rsidRPr="00AD4C67">
        <w:rPr>
          <w:lang w:val="pl-PL"/>
        </w:rPr>
        <w:t xml:space="preserve">. Cena </w:t>
      </w:r>
      <w:proofErr w:type="spellStart"/>
      <w:r w:rsidRPr="00AD4C67">
        <w:rPr>
          <w:lang w:val="pl-PL"/>
        </w:rPr>
        <w:t>nápojů</w:t>
      </w:r>
      <w:proofErr w:type="spellEnd"/>
      <w:r w:rsidRPr="00AD4C67">
        <w:rPr>
          <w:lang w:val="pl-PL"/>
        </w:rPr>
        <w:t xml:space="preserve"> a </w:t>
      </w:r>
      <w:proofErr w:type="spellStart"/>
      <w:r w:rsidRPr="00AD4C67">
        <w:rPr>
          <w:lang w:val="pl-PL"/>
        </w:rPr>
        <w:t>ostatních</w:t>
      </w:r>
      <w:proofErr w:type="spellEnd"/>
      <w:r w:rsidRPr="00AD4C67">
        <w:rPr>
          <w:lang w:val="pl-PL"/>
        </w:rPr>
        <w:t xml:space="preserve"> </w:t>
      </w:r>
      <w:proofErr w:type="spellStart"/>
      <w:r w:rsidRPr="00AD4C67">
        <w:rPr>
          <w:lang w:val="pl-PL"/>
        </w:rPr>
        <w:t>doplňků</w:t>
      </w:r>
      <w:proofErr w:type="spellEnd"/>
      <w:r w:rsidRPr="00AD4C67">
        <w:rPr>
          <w:lang w:val="pl-PL"/>
        </w:rPr>
        <w:t xml:space="preserve">, </w:t>
      </w:r>
      <w:proofErr w:type="spellStart"/>
      <w:r w:rsidRPr="00AD4C67">
        <w:rPr>
          <w:lang w:val="pl-PL"/>
        </w:rPr>
        <w:t>případné</w:t>
      </w:r>
      <w:proofErr w:type="spellEnd"/>
      <w:r w:rsidRPr="00AD4C67">
        <w:rPr>
          <w:lang w:val="pl-PL"/>
        </w:rPr>
        <w:t xml:space="preserve"> </w:t>
      </w:r>
      <w:proofErr w:type="spellStart"/>
      <w:r w:rsidRPr="00AD4C67">
        <w:rPr>
          <w:lang w:val="pl-PL"/>
        </w:rPr>
        <w:t>zálohy</w:t>
      </w:r>
      <w:proofErr w:type="spellEnd"/>
      <w:r w:rsidRPr="00AD4C67">
        <w:rPr>
          <w:lang w:val="pl-PL"/>
        </w:rPr>
        <w:t xml:space="preserve"> a </w:t>
      </w:r>
      <w:proofErr w:type="spellStart"/>
      <w:r w:rsidRPr="00AD4C67">
        <w:rPr>
          <w:lang w:val="pl-PL"/>
        </w:rPr>
        <w:t>splatnost</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uvedou</w:t>
      </w:r>
      <w:proofErr w:type="spellEnd"/>
      <w:r w:rsidRPr="00AD4C67">
        <w:rPr>
          <w:lang w:val="pl-PL"/>
        </w:rPr>
        <w:t xml:space="preserve"> v </w:t>
      </w:r>
      <w:proofErr w:type="spellStart"/>
      <w:r w:rsidRPr="00AD4C67">
        <w:rPr>
          <w:lang w:val="pl-PL"/>
        </w:rPr>
        <w:t>nabídce</w:t>
      </w:r>
      <w:proofErr w:type="spellEnd"/>
      <w:r w:rsidRPr="00AD4C67">
        <w:rPr>
          <w:lang w:val="pl-PL"/>
        </w:rPr>
        <w:t xml:space="preserve">; u </w:t>
      </w:r>
      <w:proofErr w:type="spellStart"/>
      <w:r w:rsidRPr="00AD4C67">
        <w:rPr>
          <w:lang w:val="pl-PL"/>
        </w:rPr>
        <w:t>průběžně</w:t>
      </w:r>
      <w:proofErr w:type="spellEnd"/>
      <w:r w:rsidRPr="00AD4C67">
        <w:rPr>
          <w:lang w:val="pl-PL"/>
        </w:rPr>
        <w:t xml:space="preserve"> </w:t>
      </w:r>
      <w:proofErr w:type="spellStart"/>
      <w:r w:rsidRPr="00AD4C67">
        <w:rPr>
          <w:lang w:val="pl-PL"/>
        </w:rPr>
        <w:t>objednávané</w:t>
      </w:r>
      <w:proofErr w:type="spellEnd"/>
      <w:r w:rsidRPr="00AD4C67">
        <w:rPr>
          <w:lang w:val="pl-PL"/>
        </w:rPr>
        <w:t xml:space="preserve"> </w:t>
      </w:r>
      <w:proofErr w:type="spellStart"/>
      <w:r w:rsidRPr="00AD4C67">
        <w:rPr>
          <w:lang w:val="pl-PL"/>
        </w:rPr>
        <w:t>spotřeby</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předem</w:t>
      </w:r>
      <w:proofErr w:type="spellEnd"/>
      <w:r w:rsidRPr="00AD4C67">
        <w:rPr>
          <w:lang w:val="pl-PL"/>
        </w:rPr>
        <w:t xml:space="preserve"> </w:t>
      </w:r>
      <w:proofErr w:type="spellStart"/>
      <w:r w:rsidRPr="00AD4C67">
        <w:rPr>
          <w:lang w:val="pl-PL"/>
        </w:rPr>
        <w:t>sdělí</w:t>
      </w:r>
      <w:proofErr w:type="spellEnd"/>
      <w:r w:rsidRPr="00AD4C67">
        <w:rPr>
          <w:lang w:val="pl-PL"/>
        </w:rPr>
        <w:t xml:space="preserve"> </w:t>
      </w:r>
      <w:proofErr w:type="spellStart"/>
      <w:r w:rsidRPr="00AD4C67">
        <w:rPr>
          <w:lang w:val="pl-PL"/>
        </w:rPr>
        <w:t>jednotkové</w:t>
      </w:r>
      <w:proofErr w:type="spellEnd"/>
      <w:r w:rsidRPr="00AD4C67">
        <w:rPr>
          <w:lang w:val="pl-PL"/>
        </w:rPr>
        <w:t xml:space="preserve"> ceny a </w:t>
      </w:r>
      <w:proofErr w:type="spellStart"/>
      <w:r w:rsidRPr="00AD4C67">
        <w:rPr>
          <w:lang w:val="pl-PL"/>
        </w:rPr>
        <w:t>způsob</w:t>
      </w:r>
      <w:proofErr w:type="spellEnd"/>
      <w:r w:rsidRPr="00AD4C67">
        <w:rPr>
          <w:lang w:val="pl-PL"/>
        </w:rPr>
        <w:t xml:space="preserve"> </w:t>
      </w:r>
      <w:proofErr w:type="spellStart"/>
      <w:r w:rsidRPr="00AD4C67">
        <w:rPr>
          <w:lang w:val="pl-PL"/>
        </w:rPr>
        <w:t>vyúčtování</w:t>
      </w:r>
      <w:proofErr w:type="spellEnd"/>
      <w:r w:rsidRPr="00AD4C67">
        <w:rPr>
          <w:lang w:val="pl-PL"/>
        </w:rPr>
        <w:t xml:space="preserve">. </w:t>
      </w:r>
      <w:proofErr w:type="spellStart"/>
      <w:r w:rsidRPr="00AD4C67">
        <w:rPr>
          <w:lang w:val="pl-PL"/>
        </w:rPr>
        <w:t>Záloha</w:t>
      </w:r>
      <w:proofErr w:type="spellEnd"/>
      <w:r w:rsidRPr="00AD4C67">
        <w:rPr>
          <w:lang w:val="pl-PL"/>
        </w:rPr>
        <w:t xml:space="preserve"> sama o </w:t>
      </w:r>
      <w:proofErr w:type="spellStart"/>
      <w:r w:rsidRPr="00AD4C67">
        <w:rPr>
          <w:lang w:val="pl-PL"/>
        </w:rPr>
        <w:t>sobě</w:t>
      </w:r>
      <w:proofErr w:type="spellEnd"/>
      <w:r w:rsidRPr="00AD4C67">
        <w:rPr>
          <w:lang w:val="pl-PL"/>
        </w:rPr>
        <w:t xml:space="preserve"> </w:t>
      </w:r>
      <w:proofErr w:type="spellStart"/>
      <w:r w:rsidRPr="00AD4C67">
        <w:rPr>
          <w:lang w:val="pl-PL"/>
        </w:rPr>
        <w:t>není</w:t>
      </w:r>
      <w:proofErr w:type="spellEnd"/>
      <w:r w:rsidRPr="00AD4C67">
        <w:rPr>
          <w:lang w:val="pl-PL"/>
        </w:rPr>
        <w:t xml:space="preserve"> storno </w:t>
      </w:r>
      <w:proofErr w:type="spellStart"/>
      <w:r w:rsidRPr="00AD4C67">
        <w:rPr>
          <w:lang w:val="pl-PL"/>
        </w:rPr>
        <w:t>poplatkem</w:t>
      </w:r>
      <w:proofErr w:type="spellEnd"/>
      <w:r w:rsidRPr="00AD4C67">
        <w:rPr>
          <w:lang w:val="pl-PL"/>
        </w:rPr>
        <w:t xml:space="preserve">; </w:t>
      </w:r>
      <w:proofErr w:type="spellStart"/>
      <w:r w:rsidRPr="00AD4C67">
        <w:rPr>
          <w:lang w:val="pl-PL"/>
        </w:rPr>
        <w:t>její</w:t>
      </w:r>
      <w:proofErr w:type="spellEnd"/>
      <w:r w:rsidRPr="00AD4C67">
        <w:rPr>
          <w:lang w:val="pl-PL"/>
        </w:rPr>
        <w:t xml:space="preserve"> </w:t>
      </w:r>
      <w:proofErr w:type="spellStart"/>
      <w:r w:rsidRPr="00AD4C67">
        <w:rPr>
          <w:lang w:val="pl-PL"/>
        </w:rPr>
        <w:t>vypořádání</w:t>
      </w:r>
      <w:proofErr w:type="spellEnd"/>
      <w:r w:rsidRPr="00AD4C67">
        <w:rPr>
          <w:lang w:val="pl-PL"/>
        </w:rPr>
        <w:t xml:space="preserve"> </w:t>
      </w:r>
      <w:proofErr w:type="spellStart"/>
      <w:r w:rsidRPr="00AD4C67">
        <w:rPr>
          <w:lang w:val="pl-PL"/>
        </w:rPr>
        <w:t>upravují</w:t>
      </w:r>
      <w:proofErr w:type="spellEnd"/>
      <w:r w:rsidRPr="00AD4C67">
        <w:rPr>
          <w:lang w:val="pl-PL"/>
        </w:rPr>
        <w:t xml:space="preserve"> </w:t>
      </w:r>
      <w:proofErr w:type="spellStart"/>
      <w:r w:rsidRPr="00AD4C67">
        <w:rPr>
          <w:lang w:val="pl-PL"/>
        </w:rPr>
        <w:t>články</w:t>
      </w:r>
      <w:proofErr w:type="spellEnd"/>
      <w:r w:rsidRPr="00AD4C67">
        <w:rPr>
          <w:lang w:val="pl-PL"/>
        </w:rPr>
        <w:t xml:space="preserve"> 7 a 8. </w:t>
      </w:r>
      <w:proofErr w:type="spellStart"/>
      <w:r w:rsidRPr="00AD4C67">
        <w:rPr>
          <w:lang w:val="pl-PL"/>
        </w:rPr>
        <w:t>Platby</w:t>
      </w:r>
      <w:proofErr w:type="spellEnd"/>
      <w:r w:rsidRPr="00AD4C67">
        <w:rPr>
          <w:lang w:val="pl-PL"/>
        </w:rPr>
        <w:t xml:space="preserve"> za </w:t>
      </w:r>
      <w:proofErr w:type="spellStart"/>
      <w:r w:rsidRPr="00AD4C67">
        <w:rPr>
          <w:lang w:val="pl-PL"/>
        </w:rPr>
        <w:t>poukazy</w:t>
      </w:r>
      <w:proofErr w:type="spellEnd"/>
      <w:r w:rsidRPr="00AD4C67">
        <w:rPr>
          <w:lang w:val="pl-PL"/>
        </w:rPr>
        <w:t xml:space="preserve"> </w:t>
      </w:r>
      <w:proofErr w:type="spellStart"/>
      <w:r w:rsidRPr="00AD4C67">
        <w:rPr>
          <w:lang w:val="pl-PL"/>
        </w:rPr>
        <w:t>upravuje</w:t>
      </w:r>
      <w:proofErr w:type="spellEnd"/>
      <w:r w:rsidRPr="00AD4C67">
        <w:rPr>
          <w:lang w:val="pl-PL"/>
        </w:rPr>
        <w:t xml:space="preserve"> </w:t>
      </w:r>
      <w:proofErr w:type="spellStart"/>
      <w:r w:rsidRPr="00AD4C67">
        <w:rPr>
          <w:lang w:val="pl-PL"/>
        </w:rPr>
        <w:t>též</w:t>
      </w:r>
      <w:proofErr w:type="spellEnd"/>
      <w:r w:rsidRPr="00AD4C67">
        <w:rPr>
          <w:lang w:val="pl-PL"/>
        </w:rPr>
        <w:t xml:space="preserve"> </w:t>
      </w:r>
      <w:proofErr w:type="spellStart"/>
      <w:r w:rsidRPr="00AD4C67">
        <w:rPr>
          <w:lang w:val="pl-PL"/>
        </w:rPr>
        <w:t>článek</w:t>
      </w:r>
      <w:proofErr w:type="spellEnd"/>
      <w:r w:rsidRPr="00AD4C67">
        <w:rPr>
          <w:lang w:val="pl-PL"/>
        </w:rPr>
        <w:t xml:space="preserve"> 15.</w:t>
      </w:r>
    </w:p>
    <w:p w14:paraId="6CC8B715" w14:textId="77777777" w:rsidR="006C464F" w:rsidRPr="00AD4C67" w:rsidRDefault="00000000">
      <w:pPr>
        <w:rPr>
          <w:lang w:val="pl-PL"/>
        </w:rPr>
      </w:pPr>
      <w:r w:rsidRPr="00AD4C67">
        <w:rPr>
          <w:lang w:val="pl-PL"/>
        </w:rPr>
        <w:t xml:space="preserve">3.3. </w:t>
      </w:r>
      <w:proofErr w:type="spellStart"/>
      <w:r w:rsidRPr="00AD4C67">
        <w:rPr>
          <w:lang w:val="pl-PL"/>
        </w:rPr>
        <w:t>Doplňkové</w:t>
      </w:r>
      <w:proofErr w:type="spellEnd"/>
      <w:r w:rsidRPr="00AD4C67">
        <w:rPr>
          <w:lang w:val="pl-PL"/>
        </w:rPr>
        <w:t xml:space="preserve"> </w:t>
      </w:r>
      <w:proofErr w:type="spellStart"/>
      <w:r w:rsidRPr="00AD4C67">
        <w:rPr>
          <w:lang w:val="pl-PL"/>
        </w:rPr>
        <w:t>služby</w:t>
      </w:r>
      <w:proofErr w:type="spellEnd"/>
      <w:r w:rsidRPr="00AD4C67">
        <w:rPr>
          <w:lang w:val="pl-PL"/>
        </w:rPr>
        <w:t xml:space="preserve">, </w:t>
      </w:r>
      <w:proofErr w:type="spellStart"/>
      <w:r w:rsidRPr="00AD4C67">
        <w:rPr>
          <w:lang w:val="pl-PL"/>
        </w:rPr>
        <w:t>další</w:t>
      </w:r>
      <w:proofErr w:type="spellEnd"/>
      <w:r w:rsidRPr="00AD4C67">
        <w:rPr>
          <w:lang w:val="pl-PL"/>
        </w:rPr>
        <w:t xml:space="preserve"> osoby v </w:t>
      </w:r>
      <w:proofErr w:type="spellStart"/>
      <w:r w:rsidRPr="00AD4C67">
        <w:rPr>
          <w:lang w:val="pl-PL"/>
        </w:rPr>
        <w:t>přípustné</w:t>
      </w:r>
      <w:proofErr w:type="spellEnd"/>
      <w:r w:rsidRPr="00AD4C67">
        <w:rPr>
          <w:lang w:val="pl-PL"/>
        </w:rPr>
        <w:t xml:space="preserve"> </w:t>
      </w:r>
      <w:proofErr w:type="spellStart"/>
      <w:r w:rsidRPr="00AD4C67">
        <w:rPr>
          <w:lang w:val="pl-PL"/>
        </w:rPr>
        <w:t>kapacitě</w:t>
      </w:r>
      <w:proofErr w:type="spellEnd"/>
      <w:r w:rsidRPr="00AD4C67">
        <w:rPr>
          <w:lang w:val="pl-PL"/>
        </w:rPr>
        <w:t xml:space="preserve">, </w:t>
      </w:r>
      <w:proofErr w:type="spellStart"/>
      <w:r w:rsidRPr="00AD4C67">
        <w:rPr>
          <w:lang w:val="pl-PL"/>
        </w:rPr>
        <w:t>zvláštní</w:t>
      </w:r>
      <w:proofErr w:type="spellEnd"/>
      <w:r w:rsidRPr="00AD4C67">
        <w:rPr>
          <w:lang w:val="pl-PL"/>
        </w:rPr>
        <w:t xml:space="preserve"> </w:t>
      </w:r>
      <w:proofErr w:type="spellStart"/>
      <w:r w:rsidRPr="00AD4C67">
        <w:rPr>
          <w:lang w:val="pl-PL"/>
        </w:rPr>
        <w:t>nástupní</w:t>
      </w:r>
      <w:proofErr w:type="spellEnd"/>
      <w:r w:rsidRPr="00AD4C67">
        <w:rPr>
          <w:lang w:val="pl-PL"/>
        </w:rPr>
        <w:t xml:space="preserve"> </w:t>
      </w:r>
      <w:proofErr w:type="spellStart"/>
      <w:r w:rsidRPr="00AD4C67">
        <w:rPr>
          <w:lang w:val="pl-PL"/>
        </w:rPr>
        <w:t>místo</w:t>
      </w:r>
      <w:proofErr w:type="spellEnd"/>
      <w:r w:rsidRPr="00AD4C67">
        <w:rPr>
          <w:lang w:val="pl-PL"/>
        </w:rPr>
        <w:t xml:space="preserve">, </w:t>
      </w:r>
      <w:proofErr w:type="spellStart"/>
      <w:r w:rsidRPr="00AD4C67">
        <w:rPr>
          <w:lang w:val="pl-PL"/>
        </w:rPr>
        <w:t>průjezd</w:t>
      </w:r>
      <w:proofErr w:type="spellEnd"/>
      <w:r w:rsidRPr="00AD4C67">
        <w:rPr>
          <w:lang w:val="pl-PL"/>
        </w:rPr>
        <w:t xml:space="preserve"> </w:t>
      </w:r>
      <w:proofErr w:type="spellStart"/>
      <w:r w:rsidRPr="00AD4C67">
        <w:rPr>
          <w:lang w:val="pl-PL"/>
        </w:rPr>
        <w:t>komorou</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prodloužení</w:t>
      </w:r>
      <w:proofErr w:type="spellEnd"/>
      <w:r w:rsidRPr="00AD4C67">
        <w:rPr>
          <w:lang w:val="pl-PL"/>
        </w:rPr>
        <w:t xml:space="preserve"> </w:t>
      </w:r>
      <w:proofErr w:type="spellStart"/>
      <w:r w:rsidRPr="00AD4C67">
        <w:rPr>
          <w:lang w:val="pl-PL"/>
        </w:rPr>
        <w:t>lze</w:t>
      </w:r>
      <w:proofErr w:type="spellEnd"/>
      <w:r w:rsidRPr="00AD4C67">
        <w:rPr>
          <w:lang w:val="pl-PL"/>
        </w:rPr>
        <w:t xml:space="preserve"> </w:t>
      </w:r>
      <w:proofErr w:type="spellStart"/>
      <w:r w:rsidRPr="00AD4C67">
        <w:rPr>
          <w:lang w:val="pl-PL"/>
        </w:rPr>
        <w:t>účtovat</w:t>
      </w:r>
      <w:proofErr w:type="spellEnd"/>
      <w:r w:rsidRPr="00AD4C67">
        <w:rPr>
          <w:lang w:val="pl-PL"/>
        </w:rPr>
        <w:t xml:space="preserve"> </w:t>
      </w:r>
      <w:proofErr w:type="spellStart"/>
      <w:r w:rsidRPr="00AD4C67">
        <w:rPr>
          <w:lang w:val="pl-PL"/>
        </w:rPr>
        <w:t>pouze</w:t>
      </w:r>
      <w:proofErr w:type="spellEnd"/>
      <w:r w:rsidRPr="00AD4C67">
        <w:rPr>
          <w:lang w:val="pl-PL"/>
        </w:rPr>
        <w:t xml:space="preserve"> </w:t>
      </w:r>
      <w:proofErr w:type="spellStart"/>
      <w:r w:rsidRPr="00AD4C67">
        <w:rPr>
          <w:lang w:val="pl-PL"/>
        </w:rPr>
        <w:t>tehdy</w:t>
      </w:r>
      <w:proofErr w:type="spellEnd"/>
      <w:r w:rsidRPr="00AD4C67">
        <w:rPr>
          <w:lang w:val="pl-PL"/>
        </w:rPr>
        <w:t xml:space="preserve">, </w:t>
      </w:r>
      <w:proofErr w:type="spellStart"/>
      <w:r w:rsidRPr="00AD4C67">
        <w:rPr>
          <w:lang w:val="pl-PL"/>
        </w:rPr>
        <w:t>pokud</w:t>
      </w:r>
      <w:proofErr w:type="spellEnd"/>
      <w:r w:rsidRPr="00AD4C67">
        <w:rPr>
          <w:lang w:val="pl-PL"/>
        </w:rPr>
        <w:t xml:space="preserve"> </w:t>
      </w:r>
      <w:proofErr w:type="spellStart"/>
      <w:r w:rsidRPr="00AD4C67">
        <w:rPr>
          <w:lang w:val="pl-PL"/>
        </w:rPr>
        <w:t>zákazník</w:t>
      </w:r>
      <w:proofErr w:type="spellEnd"/>
      <w:r w:rsidRPr="00AD4C67">
        <w:rPr>
          <w:lang w:val="pl-PL"/>
        </w:rPr>
        <w:t xml:space="preserve"> </w:t>
      </w:r>
      <w:proofErr w:type="spellStart"/>
      <w:r w:rsidRPr="00AD4C67">
        <w:rPr>
          <w:lang w:val="pl-PL"/>
        </w:rPr>
        <w:t>předem</w:t>
      </w:r>
      <w:proofErr w:type="spellEnd"/>
      <w:r w:rsidRPr="00AD4C67">
        <w:rPr>
          <w:lang w:val="pl-PL"/>
        </w:rPr>
        <w:t xml:space="preserve"> </w:t>
      </w:r>
      <w:proofErr w:type="spellStart"/>
      <w:r w:rsidRPr="00AD4C67">
        <w:rPr>
          <w:lang w:val="pl-PL"/>
        </w:rPr>
        <w:t>odsouhlasí</w:t>
      </w:r>
      <w:proofErr w:type="spellEnd"/>
      <w:r w:rsidRPr="00AD4C67">
        <w:rPr>
          <w:lang w:val="pl-PL"/>
        </w:rPr>
        <w:t xml:space="preserve"> </w:t>
      </w:r>
      <w:proofErr w:type="spellStart"/>
      <w:r w:rsidRPr="00AD4C67">
        <w:rPr>
          <w:lang w:val="pl-PL"/>
        </w:rPr>
        <w:t>jejich</w:t>
      </w:r>
      <w:proofErr w:type="spellEnd"/>
      <w:r w:rsidRPr="00AD4C67">
        <w:rPr>
          <w:lang w:val="pl-PL"/>
        </w:rPr>
        <w:t xml:space="preserve"> </w:t>
      </w:r>
      <w:proofErr w:type="spellStart"/>
      <w:r w:rsidRPr="00AD4C67">
        <w:rPr>
          <w:lang w:val="pl-PL"/>
        </w:rPr>
        <w:t>cenu</w:t>
      </w:r>
      <w:proofErr w:type="spellEnd"/>
      <w:r w:rsidRPr="00AD4C67">
        <w:rPr>
          <w:lang w:val="pl-PL"/>
        </w:rPr>
        <w:t xml:space="preserve"> </w:t>
      </w:r>
      <w:proofErr w:type="spellStart"/>
      <w:r w:rsidRPr="00AD4C67">
        <w:rPr>
          <w:lang w:val="pl-PL"/>
        </w:rPr>
        <w:t>či</w:t>
      </w:r>
      <w:proofErr w:type="spellEnd"/>
      <w:r w:rsidRPr="00AD4C67">
        <w:rPr>
          <w:lang w:val="pl-PL"/>
        </w:rPr>
        <w:t xml:space="preserve"> </w:t>
      </w:r>
      <w:proofErr w:type="spellStart"/>
      <w:r w:rsidRPr="00AD4C67">
        <w:rPr>
          <w:lang w:val="pl-PL"/>
        </w:rPr>
        <w:t>způsob</w:t>
      </w:r>
      <w:proofErr w:type="spellEnd"/>
      <w:r w:rsidRPr="00AD4C67">
        <w:rPr>
          <w:lang w:val="pl-PL"/>
        </w:rPr>
        <w:t xml:space="preserve"> </w:t>
      </w:r>
      <w:proofErr w:type="spellStart"/>
      <w:r w:rsidRPr="00AD4C67">
        <w:rPr>
          <w:lang w:val="pl-PL"/>
        </w:rPr>
        <w:t>výpočtu</w:t>
      </w:r>
      <w:proofErr w:type="spellEnd"/>
      <w:r w:rsidRPr="00AD4C67">
        <w:rPr>
          <w:lang w:val="pl-PL"/>
        </w:rPr>
        <w:t xml:space="preserve">. </w:t>
      </w:r>
      <w:proofErr w:type="spellStart"/>
      <w:r w:rsidRPr="00AD4C67">
        <w:rPr>
          <w:lang w:val="pl-PL"/>
        </w:rPr>
        <w:t>Zvláštní</w:t>
      </w:r>
      <w:proofErr w:type="spellEnd"/>
      <w:r w:rsidRPr="00AD4C67">
        <w:rPr>
          <w:lang w:val="pl-PL"/>
        </w:rPr>
        <w:t xml:space="preserve"> </w:t>
      </w:r>
      <w:proofErr w:type="spellStart"/>
      <w:r w:rsidRPr="00AD4C67">
        <w:rPr>
          <w:lang w:val="pl-PL"/>
        </w:rPr>
        <w:t>požadavky</w:t>
      </w:r>
      <w:proofErr w:type="spellEnd"/>
      <w:r w:rsidRPr="00AD4C67">
        <w:rPr>
          <w:lang w:val="pl-PL"/>
        </w:rPr>
        <w:t xml:space="preserve"> </w:t>
      </w:r>
      <w:proofErr w:type="spellStart"/>
      <w:r w:rsidRPr="00AD4C67">
        <w:rPr>
          <w:lang w:val="pl-PL"/>
        </w:rPr>
        <w:t>napsané</w:t>
      </w:r>
      <w:proofErr w:type="spellEnd"/>
      <w:r w:rsidRPr="00AD4C67">
        <w:rPr>
          <w:lang w:val="pl-PL"/>
        </w:rPr>
        <w:t xml:space="preserve"> do </w:t>
      </w:r>
      <w:proofErr w:type="spellStart"/>
      <w:r w:rsidRPr="00AD4C67">
        <w:rPr>
          <w:lang w:val="pl-PL"/>
        </w:rPr>
        <w:t>poznámky</w:t>
      </w:r>
      <w:proofErr w:type="spellEnd"/>
      <w:r w:rsidRPr="00AD4C67">
        <w:rPr>
          <w:lang w:val="pl-PL"/>
        </w:rPr>
        <w:t xml:space="preserve"> </w:t>
      </w:r>
      <w:proofErr w:type="spellStart"/>
      <w:r w:rsidRPr="00AD4C67">
        <w:rPr>
          <w:lang w:val="pl-PL"/>
        </w:rPr>
        <w:t>formuláře</w:t>
      </w:r>
      <w:proofErr w:type="spellEnd"/>
      <w:r w:rsidRPr="00AD4C67">
        <w:rPr>
          <w:lang w:val="pl-PL"/>
        </w:rPr>
        <w:t xml:space="preserve"> </w:t>
      </w:r>
      <w:proofErr w:type="spellStart"/>
      <w:r w:rsidRPr="00AD4C67">
        <w:rPr>
          <w:lang w:val="pl-PL"/>
        </w:rPr>
        <w:t>nejsou</w:t>
      </w:r>
      <w:proofErr w:type="spellEnd"/>
      <w:r w:rsidRPr="00AD4C67">
        <w:rPr>
          <w:lang w:val="pl-PL"/>
        </w:rPr>
        <w:t xml:space="preserve"> </w:t>
      </w:r>
      <w:proofErr w:type="spellStart"/>
      <w:r w:rsidRPr="00AD4C67">
        <w:rPr>
          <w:lang w:val="pl-PL"/>
        </w:rPr>
        <w:t>automaticky</w:t>
      </w:r>
      <w:proofErr w:type="spellEnd"/>
      <w:r w:rsidRPr="00AD4C67">
        <w:rPr>
          <w:lang w:val="pl-PL"/>
        </w:rPr>
        <w:t xml:space="preserve"> </w:t>
      </w:r>
      <w:proofErr w:type="spellStart"/>
      <w:r w:rsidRPr="00AD4C67">
        <w:rPr>
          <w:lang w:val="pl-PL"/>
        </w:rPr>
        <w:t>přijaté</w:t>
      </w:r>
      <w:proofErr w:type="spellEnd"/>
      <w:r w:rsidRPr="00AD4C67">
        <w:rPr>
          <w:lang w:val="pl-PL"/>
        </w:rPr>
        <w:t>.</w:t>
      </w:r>
    </w:p>
    <w:p w14:paraId="6B248914" w14:textId="77777777" w:rsidR="006C464F" w:rsidRPr="00AD4C67" w:rsidRDefault="00000000">
      <w:pPr>
        <w:rPr>
          <w:lang w:val="pl-PL"/>
        </w:rPr>
      </w:pPr>
      <w:r w:rsidRPr="00AD4C67">
        <w:rPr>
          <w:lang w:val="pl-PL"/>
        </w:rPr>
        <w:t xml:space="preserve">3.4. </w:t>
      </w:r>
      <w:proofErr w:type="spellStart"/>
      <w:r w:rsidRPr="00AD4C67">
        <w:rPr>
          <w:lang w:val="pl-PL"/>
        </w:rPr>
        <w:t>Prodloužení</w:t>
      </w:r>
      <w:proofErr w:type="spellEnd"/>
      <w:r w:rsidRPr="00AD4C67">
        <w:rPr>
          <w:lang w:val="pl-PL"/>
        </w:rPr>
        <w:t xml:space="preserve"> </w:t>
      </w:r>
      <w:proofErr w:type="spellStart"/>
      <w:r w:rsidRPr="00AD4C67">
        <w:rPr>
          <w:lang w:val="pl-PL"/>
        </w:rPr>
        <w:t>akce</w:t>
      </w:r>
      <w:proofErr w:type="spellEnd"/>
      <w:r w:rsidRPr="00AD4C67">
        <w:rPr>
          <w:lang w:val="pl-PL"/>
        </w:rPr>
        <w:t xml:space="preserve"> je </w:t>
      </w:r>
      <w:proofErr w:type="spellStart"/>
      <w:r w:rsidRPr="00AD4C67">
        <w:rPr>
          <w:lang w:val="pl-PL"/>
        </w:rPr>
        <w:t>možné</w:t>
      </w:r>
      <w:proofErr w:type="spellEnd"/>
      <w:r w:rsidRPr="00AD4C67">
        <w:rPr>
          <w:lang w:val="pl-PL"/>
        </w:rPr>
        <w:t xml:space="preserve"> podle </w:t>
      </w:r>
      <w:proofErr w:type="spellStart"/>
      <w:r w:rsidRPr="00AD4C67">
        <w:rPr>
          <w:lang w:val="pl-PL"/>
        </w:rPr>
        <w:t>dostupnosti</w:t>
      </w:r>
      <w:proofErr w:type="spellEnd"/>
      <w:r w:rsidRPr="00AD4C67">
        <w:rPr>
          <w:lang w:val="pl-PL"/>
        </w:rPr>
        <w:t xml:space="preserve"> </w:t>
      </w:r>
      <w:proofErr w:type="spellStart"/>
      <w:r w:rsidRPr="00AD4C67">
        <w:rPr>
          <w:lang w:val="pl-PL"/>
        </w:rPr>
        <w:t>plavidla</w:t>
      </w:r>
      <w:proofErr w:type="spellEnd"/>
      <w:r w:rsidRPr="00AD4C67">
        <w:rPr>
          <w:lang w:val="pl-PL"/>
        </w:rPr>
        <w:t xml:space="preserve">, </w:t>
      </w:r>
      <w:proofErr w:type="spellStart"/>
      <w:r w:rsidRPr="00AD4C67">
        <w:rPr>
          <w:lang w:val="pl-PL"/>
        </w:rPr>
        <w:t>posádky</w:t>
      </w:r>
      <w:proofErr w:type="spellEnd"/>
      <w:r w:rsidRPr="00AD4C67">
        <w:rPr>
          <w:lang w:val="pl-PL"/>
        </w:rPr>
        <w:t xml:space="preserve"> a </w:t>
      </w:r>
      <w:proofErr w:type="spellStart"/>
      <w:r w:rsidRPr="00AD4C67">
        <w:rPr>
          <w:lang w:val="pl-PL"/>
        </w:rPr>
        <w:t>provozních</w:t>
      </w:r>
      <w:proofErr w:type="spellEnd"/>
      <w:r w:rsidRPr="00AD4C67">
        <w:rPr>
          <w:lang w:val="pl-PL"/>
        </w:rPr>
        <w:t xml:space="preserve"> </w:t>
      </w:r>
      <w:proofErr w:type="spellStart"/>
      <w:r w:rsidRPr="00AD4C67">
        <w:rPr>
          <w:lang w:val="pl-PL"/>
        </w:rPr>
        <w:t>podmínek</w:t>
      </w:r>
      <w:proofErr w:type="spellEnd"/>
      <w:r w:rsidRPr="00AD4C67">
        <w:rPr>
          <w:lang w:val="pl-PL"/>
        </w:rPr>
        <w:t xml:space="preserve">. </w:t>
      </w:r>
      <w:proofErr w:type="spellStart"/>
      <w:r w:rsidRPr="00AD4C67">
        <w:rPr>
          <w:lang w:val="pl-PL"/>
        </w:rPr>
        <w:t>Před</w:t>
      </w:r>
      <w:proofErr w:type="spellEnd"/>
      <w:r w:rsidRPr="00AD4C67">
        <w:rPr>
          <w:lang w:val="pl-PL"/>
        </w:rPr>
        <w:t xml:space="preserve"> </w:t>
      </w:r>
      <w:proofErr w:type="spellStart"/>
      <w:r w:rsidRPr="00AD4C67">
        <w:rPr>
          <w:lang w:val="pl-PL"/>
        </w:rPr>
        <w:t>prodloužením</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sjedná</w:t>
      </w:r>
      <w:proofErr w:type="spellEnd"/>
      <w:r w:rsidRPr="00AD4C67">
        <w:rPr>
          <w:lang w:val="pl-PL"/>
        </w:rPr>
        <w:t xml:space="preserve"> cena i </w:t>
      </w:r>
      <w:proofErr w:type="spellStart"/>
      <w:r w:rsidRPr="00AD4C67">
        <w:rPr>
          <w:lang w:val="pl-PL"/>
        </w:rPr>
        <w:t>způsob</w:t>
      </w:r>
      <w:proofErr w:type="spellEnd"/>
      <w:r w:rsidRPr="00AD4C67">
        <w:rPr>
          <w:lang w:val="pl-PL"/>
        </w:rPr>
        <w:t xml:space="preserve"> </w:t>
      </w:r>
      <w:proofErr w:type="spellStart"/>
      <w:r w:rsidRPr="00AD4C67">
        <w:rPr>
          <w:lang w:val="pl-PL"/>
        </w:rPr>
        <w:t>účtování</w:t>
      </w:r>
      <w:proofErr w:type="spellEnd"/>
      <w:r w:rsidRPr="00AD4C67">
        <w:rPr>
          <w:lang w:val="pl-PL"/>
        </w:rPr>
        <w:t xml:space="preserve"> </w:t>
      </w:r>
      <w:proofErr w:type="spellStart"/>
      <w:r w:rsidRPr="00AD4C67">
        <w:rPr>
          <w:lang w:val="pl-PL"/>
        </w:rPr>
        <w:t>času</w:t>
      </w:r>
      <w:proofErr w:type="spellEnd"/>
      <w:r w:rsidRPr="00AD4C67">
        <w:rPr>
          <w:lang w:val="pl-PL"/>
        </w:rPr>
        <w:t xml:space="preserve">. </w:t>
      </w:r>
      <w:proofErr w:type="spellStart"/>
      <w:r w:rsidRPr="00AD4C67">
        <w:rPr>
          <w:lang w:val="pl-PL"/>
        </w:rPr>
        <w:t>Objednávat</w:t>
      </w:r>
      <w:proofErr w:type="spellEnd"/>
      <w:r w:rsidRPr="00AD4C67">
        <w:rPr>
          <w:lang w:val="pl-PL"/>
        </w:rPr>
        <w:t xml:space="preserve"> </w:t>
      </w:r>
      <w:proofErr w:type="spellStart"/>
      <w:r w:rsidRPr="00AD4C67">
        <w:rPr>
          <w:lang w:val="pl-PL"/>
        </w:rPr>
        <w:t>služby</w:t>
      </w:r>
      <w:proofErr w:type="spellEnd"/>
      <w:r w:rsidRPr="00AD4C67">
        <w:rPr>
          <w:lang w:val="pl-PL"/>
        </w:rPr>
        <w:t xml:space="preserve"> na </w:t>
      </w:r>
      <w:proofErr w:type="spellStart"/>
      <w:r w:rsidRPr="00AD4C67">
        <w:rPr>
          <w:lang w:val="pl-PL"/>
        </w:rPr>
        <w:t>účet</w:t>
      </w:r>
      <w:proofErr w:type="spellEnd"/>
      <w:r w:rsidRPr="00AD4C67">
        <w:rPr>
          <w:lang w:val="pl-PL"/>
        </w:rPr>
        <w:t xml:space="preserve"> </w:t>
      </w:r>
      <w:proofErr w:type="spellStart"/>
      <w:r w:rsidRPr="00AD4C67">
        <w:rPr>
          <w:lang w:val="pl-PL"/>
        </w:rPr>
        <w:t>zákazníka</w:t>
      </w:r>
      <w:proofErr w:type="spellEnd"/>
      <w:r w:rsidRPr="00AD4C67">
        <w:rPr>
          <w:lang w:val="pl-PL"/>
        </w:rPr>
        <w:t xml:space="preserve"> </w:t>
      </w:r>
      <w:proofErr w:type="spellStart"/>
      <w:r w:rsidRPr="00AD4C67">
        <w:rPr>
          <w:lang w:val="pl-PL"/>
        </w:rPr>
        <w:t>mohou</w:t>
      </w:r>
      <w:proofErr w:type="spellEnd"/>
      <w:r w:rsidRPr="00AD4C67">
        <w:rPr>
          <w:lang w:val="pl-PL"/>
        </w:rPr>
        <w:t xml:space="preserve"> </w:t>
      </w:r>
      <w:proofErr w:type="spellStart"/>
      <w:r w:rsidRPr="00AD4C67">
        <w:rPr>
          <w:lang w:val="pl-PL"/>
        </w:rPr>
        <w:t>pouze</w:t>
      </w:r>
      <w:proofErr w:type="spellEnd"/>
      <w:r w:rsidRPr="00AD4C67">
        <w:rPr>
          <w:lang w:val="pl-PL"/>
        </w:rPr>
        <w:t xml:space="preserve"> </w:t>
      </w:r>
      <w:proofErr w:type="spellStart"/>
      <w:r w:rsidRPr="00AD4C67">
        <w:rPr>
          <w:lang w:val="pl-PL"/>
        </w:rPr>
        <w:t>zákazník</w:t>
      </w:r>
      <w:proofErr w:type="spellEnd"/>
      <w:r w:rsidRPr="00AD4C67">
        <w:rPr>
          <w:lang w:val="pl-PL"/>
        </w:rPr>
        <w:t xml:space="preserve"> a </w:t>
      </w:r>
      <w:proofErr w:type="spellStart"/>
      <w:r w:rsidRPr="00AD4C67">
        <w:rPr>
          <w:lang w:val="pl-PL"/>
        </w:rPr>
        <w:t>jím</w:t>
      </w:r>
      <w:proofErr w:type="spellEnd"/>
      <w:r w:rsidRPr="00AD4C67">
        <w:rPr>
          <w:lang w:val="pl-PL"/>
        </w:rPr>
        <w:t xml:space="preserve"> </w:t>
      </w:r>
      <w:proofErr w:type="spellStart"/>
      <w:r w:rsidRPr="00AD4C67">
        <w:rPr>
          <w:lang w:val="pl-PL"/>
        </w:rPr>
        <w:t>určené</w:t>
      </w:r>
      <w:proofErr w:type="spellEnd"/>
      <w:r w:rsidRPr="00AD4C67">
        <w:rPr>
          <w:lang w:val="pl-PL"/>
        </w:rPr>
        <w:t xml:space="preserve"> osoby. </w:t>
      </w:r>
      <w:proofErr w:type="spellStart"/>
      <w:r w:rsidRPr="00AD4C67">
        <w:rPr>
          <w:lang w:val="pl-PL"/>
        </w:rPr>
        <w:t>Ostatní</w:t>
      </w:r>
      <w:proofErr w:type="spellEnd"/>
      <w:r w:rsidRPr="00AD4C67">
        <w:rPr>
          <w:lang w:val="pl-PL"/>
        </w:rPr>
        <w:t xml:space="preserve"> </w:t>
      </w:r>
      <w:proofErr w:type="spellStart"/>
      <w:r w:rsidRPr="00AD4C67">
        <w:rPr>
          <w:lang w:val="pl-PL"/>
        </w:rPr>
        <w:t>účastníci</w:t>
      </w:r>
      <w:proofErr w:type="spellEnd"/>
      <w:r w:rsidRPr="00AD4C67">
        <w:rPr>
          <w:lang w:val="pl-PL"/>
        </w:rPr>
        <w:t xml:space="preserve"> </w:t>
      </w:r>
      <w:proofErr w:type="spellStart"/>
      <w:r w:rsidRPr="00AD4C67">
        <w:rPr>
          <w:lang w:val="pl-PL"/>
        </w:rPr>
        <w:t>hradí</w:t>
      </w:r>
      <w:proofErr w:type="spellEnd"/>
      <w:r w:rsidRPr="00AD4C67">
        <w:rPr>
          <w:lang w:val="pl-PL"/>
        </w:rPr>
        <w:t xml:space="preserve"> </w:t>
      </w:r>
      <w:proofErr w:type="spellStart"/>
      <w:r w:rsidRPr="00AD4C67">
        <w:rPr>
          <w:lang w:val="pl-PL"/>
        </w:rPr>
        <w:t>své</w:t>
      </w:r>
      <w:proofErr w:type="spellEnd"/>
      <w:r w:rsidRPr="00AD4C67">
        <w:rPr>
          <w:lang w:val="pl-PL"/>
        </w:rPr>
        <w:t xml:space="preserve"> </w:t>
      </w:r>
      <w:proofErr w:type="spellStart"/>
      <w:r w:rsidRPr="00AD4C67">
        <w:rPr>
          <w:lang w:val="pl-PL"/>
        </w:rPr>
        <w:t>vlastní</w:t>
      </w:r>
      <w:proofErr w:type="spellEnd"/>
      <w:r w:rsidRPr="00AD4C67">
        <w:rPr>
          <w:lang w:val="pl-PL"/>
        </w:rPr>
        <w:t xml:space="preserve"> </w:t>
      </w:r>
      <w:proofErr w:type="spellStart"/>
      <w:r w:rsidRPr="00AD4C67">
        <w:rPr>
          <w:lang w:val="pl-PL"/>
        </w:rPr>
        <w:t>objednávky</w:t>
      </w:r>
      <w:proofErr w:type="spellEnd"/>
      <w:r w:rsidRPr="00AD4C67">
        <w:rPr>
          <w:lang w:val="pl-PL"/>
        </w:rPr>
        <w:t xml:space="preserve">, </w:t>
      </w:r>
      <w:proofErr w:type="spellStart"/>
      <w:r w:rsidRPr="00AD4C67">
        <w:rPr>
          <w:lang w:val="pl-PL"/>
        </w:rPr>
        <w:t>není</w:t>
      </w:r>
      <w:proofErr w:type="spellEnd"/>
      <w:r w:rsidRPr="00AD4C67">
        <w:rPr>
          <w:lang w:val="pl-PL"/>
        </w:rPr>
        <w:t xml:space="preserve">-li </w:t>
      </w:r>
      <w:proofErr w:type="spellStart"/>
      <w:r w:rsidRPr="00AD4C67">
        <w:rPr>
          <w:lang w:val="pl-PL"/>
        </w:rPr>
        <w:t>výslovně</w:t>
      </w:r>
      <w:proofErr w:type="spellEnd"/>
      <w:r w:rsidRPr="00AD4C67">
        <w:rPr>
          <w:lang w:val="pl-PL"/>
        </w:rPr>
        <w:t xml:space="preserve"> </w:t>
      </w:r>
      <w:proofErr w:type="spellStart"/>
      <w:r w:rsidRPr="00AD4C67">
        <w:rPr>
          <w:lang w:val="pl-PL"/>
        </w:rPr>
        <w:t>dohodnuto</w:t>
      </w:r>
      <w:proofErr w:type="spellEnd"/>
      <w:r w:rsidRPr="00AD4C67">
        <w:rPr>
          <w:lang w:val="pl-PL"/>
        </w:rPr>
        <w:t xml:space="preserve"> </w:t>
      </w:r>
      <w:proofErr w:type="spellStart"/>
      <w:r w:rsidRPr="00AD4C67">
        <w:rPr>
          <w:lang w:val="pl-PL"/>
        </w:rPr>
        <w:t>jinak</w:t>
      </w:r>
      <w:proofErr w:type="spellEnd"/>
      <w:r w:rsidRPr="00AD4C67">
        <w:rPr>
          <w:lang w:val="pl-PL"/>
        </w:rPr>
        <w:t>.</w:t>
      </w:r>
    </w:p>
    <w:p w14:paraId="73ABA632" w14:textId="77777777" w:rsidR="006C464F" w:rsidRPr="00AD4C67" w:rsidRDefault="00000000">
      <w:pPr>
        <w:rPr>
          <w:lang w:val="pl-PL"/>
        </w:rPr>
      </w:pPr>
      <w:r w:rsidRPr="00AD4C67">
        <w:rPr>
          <w:lang w:val="pl-PL"/>
        </w:rPr>
        <w:t xml:space="preserve">3.5. </w:t>
      </w:r>
      <w:proofErr w:type="spellStart"/>
      <w:r w:rsidRPr="00AD4C67">
        <w:rPr>
          <w:lang w:val="pl-PL"/>
        </w:rPr>
        <w:t>Případná</w:t>
      </w:r>
      <w:proofErr w:type="spellEnd"/>
      <w:r w:rsidRPr="00AD4C67">
        <w:rPr>
          <w:lang w:val="pl-PL"/>
        </w:rPr>
        <w:t xml:space="preserve"> </w:t>
      </w:r>
      <w:proofErr w:type="spellStart"/>
      <w:r w:rsidRPr="00AD4C67">
        <w:rPr>
          <w:lang w:val="pl-PL"/>
        </w:rPr>
        <w:t>vratná</w:t>
      </w:r>
      <w:proofErr w:type="spellEnd"/>
      <w:r w:rsidRPr="00AD4C67">
        <w:rPr>
          <w:lang w:val="pl-PL"/>
        </w:rPr>
        <w:t xml:space="preserve"> </w:t>
      </w:r>
      <w:proofErr w:type="spellStart"/>
      <w:r w:rsidRPr="00AD4C67">
        <w:rPr>
          <w:lang w:val="pl-PL"/>
        </w:rPr>
        <w:t>kauce</w:t>
      </w:r>
      <w:proofErr w:type="spellEnd"/>
      <w:r w:rsidRPr="00AD4C67">
        <w:rPr>
          <w:lang w:val="pl-PL"/>
        </w:rPr>
        <w:t xml:space="preserve"> </w:t>
      </w:r>
      <w:proofErr w:type="spellStart"/>
      <w:r w:rsidRPr="00AD4C67">
        <w:rPr>
          <w:lang w:val="pl-PL"/>
        </w:rPr>
        <w:t>musí</w:t>
      </w:r>
      <w:proofErr w:type="spellEnd"/>
      <w:r w:rsidRPr="00AD4C67">
        <w:rPr>
          <w:lang w:val="pl-PL"/>
        </w:rPr>
        <w:t xml:space="preserve"> </w:t>
      </w:r>
      <w:proofErr w:type="spellStart"/>
      <w:r w:rsidRPr="00AD4C67">
        <w:rPr>
          <w:lang w:val="pl-PL"/>
        </w:rPr>
        <w:t>být</w:t>
      </w:r>
      <w:proofErr w:type="spellEnd"/>
      <w:r w:rsidRPr="00AD4C67">
        <w:rPr>
          <w:lang w:val="pl-PL"/>
        </w:rPr>
        <w:t xml:space="preserve"> </w:t>
      </w:r>
      <w:proofErr w:type="spellStart"/>
      <w:r w:rsidRPr="00AD4C67">
        <w:rPr>
          <w:lang w:val="pl-PL"/>
        </w:rPr>
        <w:t>sjednána</w:t>
      </w:r>
      <w:proofErr w:type="spellEnd"/>
      <w:r w:rsidRPr="00AD4C67">
        <w:rPr>
          <w:lang w:val="pl-PL"/>
        </w:rPr>
        <w:t xml:space="preserve"> </w:t>
      </w:r>
      <w:proofErr w:type="spellStart"/>
      <w:r w:rsidRPr="00AD4C67">
        <w:rPr>
          <w:lang w:val="pl-PL"/>
        </w:rPr>
        <w:t>před</w:t>
      </w:r>
      <w:proofErr w:type="spellEnd"/>
      <w:r w:rsidRPr="00AD4C67">
        <w:rPr>
          <w:lang w:val="pl-PL"/>
        </w:rPr>
        <w:t xml:space="preserve"> </w:t>
      </w:r>
      <w:proofErr w:type="spellStart"/>
      <w:r w:rsidRPr="00AD4C67">
        <w:rPr>
          <w:lang w:val="pl-PL"/>
        </w:rPr>
        <w:t>uzavřením</w:t>
      </w:r>
      <w:proofErr w:type="spellEnd"/>
      <w:r w:rsidRPr="00AD4C67">
        <w:rPr>
          <w:lang w:val="pl-PL"/>
        </w:rPr>
        <w:t xml:space="preserve"> </w:t>
      </w:r>
      <w:proofErr w:type="spellStart"/>
      <w:r w:rsidRPr="00AD4C67">
        <w:rPr>
          <w:lang w:val="pl-PL"/>
        </w:rPr>
        <w:t>smlouvy</w:t>
      </w:r>
      <w:proofErr w:type="spellEnd"/>
      <w:r w:rsidRPr="00AD4C67">
        <w:rPr>
          <w:lang w:val="pl-PL"/>
        </w:rPr>
        <w:t xml:space="preserve"> </w:t>
      </w:r>
      <w:proofErr w:type="spellStart"/>
      <w:r w:rsidRPr="00AD4C67">
        <w:rPr>
          <w:lang w:val="pl-PL"/>
        </w:rPr>
        <w:t>včetně</w:t>
      </w:r>
      <w:proofErr w:type="spellEnd"/>
      <w:r w:rsidRPr="00AD4C67">
        <w:rPr>
          <w:lang w:val="pl-PL"/>
        </w:rPr>
        <w:t xml:space="preserve"> </w:t>
      </w:r>
      <w:proofErr w:type="spellStart"/>
      <w:r w:rsidRPr="00AD4C67">
        <w:rPr>
          <w:lang w:val="pl-PL"/>
        </w:rPr>
        <w:t>výše</w:t>
      </w:r>
      <w:proofErr w:type="spellEnd"/>
      <w:r w:rsidRPr="00AD4C67">
        <w:rPr>
          <w:lang w:val="pl-PL"/>
        </w:rPr>
        <w:t xml:space="preserve">, </w:t>
      </w:r>
      <w:proofErr w:type="spellStart"/>
      <w:r w:rsidRPr="00AD4C67">
        <w:rPr>
          <w:lang w:val="pl-PL"/>
        </w:rPr>
        <w:t>účelu</w:t>
      </w:r>
      <w:proofErr w:type="spellEnd"/>
      <w:r w:rsidRPr="00AD4C67">
        <w:rPr>
          <w:lang w:val="pl-PL"/>
        </w:rPr>
        <w:t xml:space="preserve">, </w:t>
      </w:r>
      <w:proofErr w:type="spellStart"/>
      <w:r w:rsidRPr="00AD4C67">
        <w:rPr>
          <w:lang w:val="pl-PL"/>
        </w:rPr>
        <w:t>podmínek</w:t>
      </w:r>
      <w:proofErr w:type="spellEnd"/>
      <w:r w:rsidRPr="00AD4C67">
        <w:rPr>
          <w:lang w:val="pl-PL"/>
        </w:rPr>
        <w:t xml:space="preserve"> </w:t>
      </w:r>
      <w:proofErr w:type="spellStart"/>
      <w:r w:rsidRPr="00AD4C67">
        <w:rPr>
          <w:lang w:val="pl-PL"/>
        </w:rPr>
        <w:t>čerpání</w:t>
      </w:r>
      <w:proofErr w:type="spellEnd"/>
      <w:r w:rsidRPr="00AD4C67">
        <w:rPr>
          <w:lang w:val="pl-PL"/>
        </w:rPr>
        <w:t xml:space="preserve"> a </w:t>
      </w:r>
      <w:proofErr w:type="spellStart"/>
      <w:r w:rsidRPr="00AD4C67">
        <w:rPr>
          <w:lang w:val="pl-PL"/>
        </w:rPr>
        <w:t>termínu</w:t>
      </w:r>
      <w:proofErr w:type="spellEnd"/>
      <w:r w:rsidRPr="00AD4C67">
        <w:rPr>
          <w:lang w:val="pl-PL"/>
        </w:rPr>
        <w:t xml:space="preserve"> </w:t>
      </w:r>
      <w:proofErr w:type="spellStart"/>
      <w:r w:rsidRPr="00AD4C67">
        <w:rPr>
          <w:lang w:val="pl-PL"/>
        </w:rPr>
        <w:t>vypořádání</w:t>
      </w:r>
      <w:proofErr w:type="spellEnd"/>
      <w:r w:rsidRPr="00AD4C67">
        <w:rPr>
          <w:lang w:val="pl-PL"/>
        </w:rPr>
        <w:t xml:space="preserve">. Tyto VOP samy o </w:t>
      </w:r>
      <w:proofErr w:type="spellStart"/>
      <w:r w:rsidRPr="00AD4C67">
        <w:rPr>
          <w:lang w:val="pl-PL"/>
        </w:rPr>
        <w:t>sobě</w:t>
      </w:r>
      <w:proofErr w:type="spellEnd"/>
      <w:r w:rsidRPr="00AD4C67">
        <w:rPr>
          <w:lang w:val="pl-PL"/>
        </w:rPr>
        <w:t xml:space="preserve"> </w:t>
      </w:r>
      <w:proofErr w:type="spellStart"/>
      <w:r w:rsidRPr="00AD4C67">
        <w:rPr>
          <w:lang w:val="pl-PL"/>
        </w:rPr>
        <w:t>povinnost</w:t>
      </w:r>
      <w:proofErr w:type="spellEnd"/>
      <w:r w:rsidRPr="00AD4C67">
        <w:rPr>
          <w:lang w:val="pl-PL"/>
        </w:rPr>
        <w:t xml:space="preserve"> </w:t>
      </w:r>
      <w:proofErr w:type="spellStart"/>
      <w:r w:rsidRPr="00AD4C67">
        <w:rPr>
          <w:lang w:val="pl-PL"/>
        </w:rPr>
        <w:t>složit</w:t>
      </w:r>
      <w:proofErr w:type="spellEnd"/>
      <w:r w:rsidRPr="00AD4C67">
        <w:rPr>
          <w:lang w:val="pl-PL"/>
        </w:rPr>
        <w:t xml:space="preserve"> </w:t>
      </w:r>
      <w:proofErr w:type="spellStart"/>
      <w:r w:rsidRPr="00AD4C67">
        <w:rPr>
          <w:lang w:val="pl-PL"/>
        </w:rPr>
        <w:t>kauci</w:t>
      </w:r>
      <w:proofErr w:type="spellEnd"/>
      <w:r w:rsidRPr="00AD4C67">
        <w:rPr>
          <w:lang w:val="pl-PL"/>
        </w:rPr>
        <w:t xml:space="preserve"> </w:t>
      </w:r>
      <w:proofErr w:type="spellStart"/>
      <w:r w:rsidRPr="00AD4C67">
        <w:rPr>
          <w:lang w:val="pl-PL"/>
        </w:rPr>
        <w:t>nezakládají</w:t>
      </w:r>
      <w:proofErr w:type="spellEnd"/>
      <w:r w:rsidRPr="00AD4C67">
        <w:rPr>
          <w:lang w:val="pl-PL"/>
        </w:rPr>
        <w:t>.</w:t>
      </w:r>
    </w:p>
    <w:p w14:paraId="1B13B597" w14:textId="77777777" w:rsidR="006C464F" w:rsidRPr="00AD4C67" w:rsidRDefault="00000000">
      <w:pPr>
        <w:rPr>
          <w:lang w:val="pl-PL"/>
        </w:rPr>
      </w:pPr>
      <w:r w:rsidRPr="00AD4C67">
        <w:rPr>
          <w:lang w:val="pl-PL"/>
        </w:rPr>
        <w:t xml:space="preserve">3.6. </w:t>
      </w:r>
      <w:proofErr w:type="spellStart"/>
      <w:r w:rsidRPr="00AD4C67">
        <w:rPr>
          <w:lang w:val="pl-PL"/>
        </w:rPr>
        <w:t>Při</w:t>
      </w:r>
      <w:proofErr w:type="spellEnd"/>
      <w:r w:rsidRPr="00AD4C67">
        <w:rPr>
          <w:lang w:val="pl-PL"/>
        </w:rPr>
        <w:t xml:space="preserve"> </w:t>
      </w:r>
      <w:proofErr w:type="spellStart"/>
      <w:r w:rsidRPr="00AD4C67">
        <w:rPr>
          <w:lang w:val="pl-PL"/>
        </w:rPr>
        <w:t>prodlení</w:t>
      </w:r>
      <w:proofErr w:type="spellEnd"/>
      <w:r w:rsidRPr="00AD4C67">
        <w:rPr>
          <w:lang w:val="pl-PL"/>
        </w:rPr>
        <w:t xml:space="preserve"> s </w:t>
      </w:r>
      <w:proofErr w:type="spellStart"/>
      <w:r w:rsidRPr="00AD4C67">
        <w:rPr>
          <w:lang w:val="pl-PL"/>
        </w:rPr>
        <w:t>doplatkem</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zákazníka</w:t>
      </w:r>
      <w:proofErr w:type="spellEnd"/>
      <w:r w:rsidRPr="00AD4C67">
        <w:rPr>
          <w:lang w:val="pl-PL"/>
        </w:rPr>
        <w:t xml:space="preserve"> </w:t>
      </w:r>
      <w:proofErr w:type="spellStart"/>
      <w:r w:rsidRPr="00AD4C67">
        <w:rPr>
          <w:lang w:val="pl-PL"/>
        </w:rPr>
        <w:t>vyzve</w:t>
      </w:r>
      <w:proofErr w:type="spellEnd"/>
      <w:r w:rsidRPr="00AD4C67">
        <w:rPr>
          <w:lang w:val="pl-PL"/>
        </w:rPr>
        <w:t xml:space="preserve"> k </w:t>
      </w:r>
      <w:proofErr w:type="spellStart"/>
      <w:r w:rsidRPr="00AD4C67">
        <w:rPr>
          <w:lang w:val="pl-PL"/>
        </w:rPr>
        <w:t>zaplacení</w:t>
      </w:r>
      <w:proofErr w:type="spellEnd"/>
      <w:r w:rsidRPr="00AD4C67">
        <w:rPr>
          <w:lang w:val="pl-PL"/>
        </w:rPr>
        <w:t xml:space="preserve"> a </w:t>
      </w:r>
      <w:proofErr w:type="spellStart"/>
      <w:r w:rsidRPr="00AD4C67">
        <w:rPr>
          <w:lang w:val="pl-PL"/>
        </w:rPr>
        <w:t>poskytne</w:t>
      </w:r>
      <w:proofErr w:type="spellEnd"/>
      <w:r w:rsidRPr="00AD4C67">
        <w:rPr>
          <w:lang w:val="pl-PL"/>
        </w:rPr>
        <w:t xml:space="preserve"> mu </w:t>
      </w:r>
      <w:proofErr w:type="spellStart"/>
      <w:r w:rsidRPr="00AD4C67">
        <w:rPr>
          <w:lang w:val="pl-PL"/>
        </w:rPr>
        <w:t>přiměřenou</w:t>
      </w:r>
      <w:proofErr w:type="spellEnd"/>
      <w:r w:rsidRPr="00AD4C67">
        <w:rPr>
          <w:lang w:val="pl-PL"/>
        </w:rPr>
        <w:t xml:space="preserve"> </w:t>
      </w:r>
      <w:proofErr w:type="spellStart"/>
      <w:r w:rsidRPr="00AD4C67">
        <w:rPr>
          <w:lang w:val="pl-PL"/>
        </w:rPr>
        <w:t>dodatečnou</w:t>
      </w:r>
      <w:proofErr w:type="spellEnd"/>
      <w:r w:rsidRPr="00AD4C67">
        <w:rPr>
          <w:lang w:val="pl-PL"/>
        </w:rPr>
        <w:t xml:space="preserve"> </w:t>
      </w:r>
      <w:proofErr w:type="spellStart"/>
      <w:r w:rsidRPr="00AD4C67">
        <w:rPr>
          <w:lang w:val="pl-PL"/>
        </w:rPr>
        <w:t>lhůtu</w:t>
      </w:r>
      <w:proofErr w:type="spellEnd"/>
      <w:r w:rsidRPr="00AD4C67">
        <w:rPr>
          <w:lang w:val="pl-PL"/>
        </w:rPr>
        <w:t xml:space="preserve"> s </w:t>
      </w:r>
      <w:proofErr w:type="spellStart"/>
      <w:r w:rsidRPr="00AD4C67">
        <w:rPr>
          <w:lang w:val="pl-PL"/>
        </w:rPr>
        <w:t>upozorněním</w:t>
      </w:r>
      <w:proofErr w:type="spellEnd"/>
      <w:r w:rsidRPr="00AD4C67">
        <w:rPr>
          <w:lang w:val="pl-PL"/>
        </w:rPr>
        <w:t xml:space="preserve"> na </w:t>
      </w:r>
      <w:proofErr w:type="spellStart"/>
      <w:r w:rsidRPr="00AD4C67">
        <w:rPr>
          <w:lang w:val="pl-PL"/>
        </w:rPr>
        <w:t>následky</w:t>
      </w:r>
      <w:proofErr w:type="spellEnd"/>
      <w:r w:rsidRPr="00AD4C67">
        <w:rPr>
          <w:lang w:val="pl-PL"/>
        </w:rPr>
        <w:t xml:space="preserve"> </w:t>
      </w:r>
      <w:proofErr w:type="spellStart"/>
      <w:r w:rsidRPr="00AD4C67">
        <w:rPr>
          <w:lang w:val="pl-PL"/>
        </w:rPr>
        <w:t>jejího</w:t>
      </w:r>
      <w:proofErr w:type="spellEnd"/>
      <w:r w:rsidRPr="00AD4C67">
        <w:rPr>
          <w:lang w:val="pl-PL"/>
        </w:rPr>
        <w:t xml:space="preserve"> </w:t>
      </w:r>
      <w:proofErr w:type="spellStart"/>
      <w:r w:rsidRPr="00AD4C67">
        <w:rPr>
          <w:lang w:val="pl-PL"/>
        </w:rPr>
        <w:t>marného</w:t>
      </w:r>
      <w:proofErr w:type="spellEnd"/>
      <w:r w:rsidRPr="00AD4C67">
        <w:rPr>
          <w:lang w:val="pl-PL"/>
        </w:rPr>
        <w:t xml:space="preserve"> </w:t>
      </w:r>
      <w:proofErr w:type="spellStart"/>
      <w:r w:rsidRPr="00AD4C67">
        <w:rPr>
          <w:lang w:val="pl-PL"/>
        </w:rPr>
        <w:t>uplynutí</w:t>
      </w:r>
      <w:proofErr w:type="spellEnd"/>
      <w:r w:rsidRPr="00AD4C67">
        <w:rPr>
          <w:lang w:val="pl-PL"/>
        </w:rPr>
        <w:t xml:space="preserve">. </w:t>
      </w:r>
      <w:proofErr w:type="spellStart"/>
      <w:r w:rsidRPr="00AD4C67">
        <w:rPr>
          <w:lang w:val="pl-PL"/>
        </w:rPr>
        <w:t>Další</w:t>
      </w:r>
      <w:proofErr w:type="spellEnd"/>
      <w:r w:rsidRPr="00AD4C67">
        <w:rPr>
          <w:lang w:val="pl-PL"/>
        </w:rPr>
        <w:t xml:space="preserve"> </w:t>
      </w:r>
      <w:proofErr w:type="spellStart"/>
      <w:r w:rsidRPr="00AD4C67">
        <w:rPr>
          <w:lang w:val="pl-PL"/>
        </w:rPr>
        <w:t>postup</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řídí</w:t>
      </w:r>
      <w:proofErr w:type="spellEnd"/>
      <w:r w:rsidRPr="00AD4C67">
        <w:rPr>
          <w:lang w:val="pl-PL"/>
        </w:rPr>
        <w:t xml:space="preserve"> </w:t>
      </w:r>
      <w:proofErr w:type="spellStart"/>
      <w:r w:rsidRPr="00AD4C67">
        <w:rPr>
          <w:lang w:val="pl-PL"/>
        </w:rPr>
        <w:t>zákonem</w:t>
      </w:r>
      <w:proofErr w:type="spellEnd"/>
      <w:r w:rsidRPr="00AD4C67">
        <w:rPr>
          <w:lang w:val="pl-PL"/>
        </w:rPr>
        <w:t xml:space="preserve"> a </w:t>
      </w:r>
      <w:proofErr w:type="spellStart"/>
      <w:r w:rsidRPr="00AD4C67">
        <w:rPr>
          <w:lang w:val="pl-PL"/>
        </w:rPr>
        <w:t>konkrétně</w:t>
      </w:r>
      <w:proofErr w:type="spellEnd"/>
      <w:r w:rsidRPr="00AD4C67">
        <w:rPr>
          <w:lang w:val="pl-PL"/>
        </w:rPr>
        <w:t xml:space="preserve"> </w:t>
      </w:r>
      <w:proofErr w:type="spellStart"/>
      <w:r w:rsidRPr="00AD4C67">
        <w:rPr>
          <w:lang w:val="pl-PL"/>
        </w:rPr>
        <w:t>sjednanými</w:t>
      </w:r>
      <w:proofErr w:type="spellEnd"/>
      <w:r w:rsidRPr="00AD4C67">
        <w:rPr>
          <w:lang w:val="pl-PL"/>
        </w:rPr>
        <w:t xml:space="preserve"> </w:t>
      </w:r>
      <w:proofErr w:type="spellStart"/>
      <w:r w:rsidRPr="00AD4C67">
        <w:rPr>
          <w:lang w:val="pl-PL"/>
        </w:rPr>
        <w:t>podmínkami</w:t>
      </w:r>
      <w:proofErr w:type="spellEnd"/>
      <w:r w:rsidRPr="00AD4C67">
        <w:rPr>
          <w:lang w:val="pl-PL"/>
        </w:rPr>
        <w:t xml:space="preserve">. </w:t>
      </w:r>
      <w:proofErr w:type="spellStart"/>
      <w:r w:rsidRPr="00AD4C67">
        <w:rPr>
          <w:lang w:val="pl-PL"/>
        </w:rPr>
        <w:t>Platná</w:t>
      </w:r>
      <w:proofErr w:type="spellEnd"/>
      <w:r w:rsidRPr="00AD4C67">
        <w:rPr>
          <w:lang w:val="pl-PL"/>
        </w:rPr>
        <w:t xml:space="preserve"> </w:t>
      </w:r>
      <w:proofErr w:type="spellStart"/>
      <w:r w:rsidRPr="00AD4C67">
        <w:rPr>
          <w:lang w:val="pl-PL"/>
        </w:rPr>
        <w:t>smlouva</w:t>
      </w:r>
      <w:proofErr w:type="spellEnd"/>
      <w:r w:rsidRPr="00AD4C67">
        <w:rPr>
          <w:lang w:val="pl-PL"/>
        </w:rPr>
        <w:t xml:space="preserve"> </w:t>
      </w:r>
      <w:proofErr w:type="spellStart"/>
      <w:r w:rsidRPr="00AD4C67">
        <w:rPr>
          <w:lang w:val="pl-PL"/>
        </w:rPr>
        <w:t>nezaniká</w:t>
      </w:r>
      <w:proofErr w:type="spellEnd"/>
      <w:r w:rsidRPr="00AD4C67">
        <w:rPr>
          <w:lang w:val="pl-PL"/>
        </w:rPr>
        <w:t xml:space="preserve"> </w:t>
      </w:r>
      <w:proofErr w:type="spellStart"/>
      <w:r w:rsidRPr="00AD4C67">
        <w:rPr>
          <w:lang w:val="pl-PL"/>
        </w:rPr>
        <w:t>pouhým</w:t>
      </w:r>
      <w:proofErr w:type="spellEnd"/>
      <w:r w:rsidRPr="00AD4C67">
        <w:rPr>
          <w:lang w:val="pl-PL"/>
        </w:rPr>
        <w:t xml:space="preserve"> </w:t>
      </w:r>
      <w:proofErr w:type="spellStart"/>
      <w:r w:rsidRPr="00AD4C67">
        <w:rPr>
          <w:lang w:val="pl-PL"/>
        </w:rPr>
        <w:t>interním</w:t>
      </w:r>
      <w:proofErr w:type="spellEnd"/>
      <w:r w:rsidRPr="00AD4C67">
        <w:rPr>
          <w:lang w:val="pl-PL"/>
        </w:rPr>
        <w:t xml:space="preserve"> </w:t>
      </w:r>
      <w:proofErr w:type="spellStart"/>
      <w:r w:rsidRPr="00AD4C67">
        <w:rPr>
          <w:lang w:val="pl-PL"/>
        </w:rPr>
        <w:t>smazáním</w:t>
      </w:r>
      <w:proofErr w:type="spellEnd"/>
      <w:r w:rsidRPr="00AD4C67">
        <w:rPr>
          <w:lang w:val="pl-PL"/>
        </w:rPr>
        <w:t xml:space="preserve"> </w:t>
      </w:r>
      <w:proofErr w:type="spellStart"/>
      <w:r w:rsidRPr="00AD4C67">
        <w:rPr>
          <w:lang w:val="pl-PL"/>
        </w:rPr>
        <w:t>rezervace</w:t>
      </w:r>
      <w:proofErr w:type="spellEnd"/>
      <w:r w:rsidRPr="00AD4C67">
        <w:rPr>
          <w:lang w:val="pl-PL"/>
        </w:rPr>
        <w:t>.</w:t>
      </w:r>
    </w:p>
    <w:p w14:paraId="5E2A2B35" w14:textId="77777777" w:rsidR="006C464F" w:rsidRPr="00AD4C67" w:rsidRDefault="00000000">
      <w:pPr>
        <w:pStyle w:val="Nadpis1"/>
        <w:rPr>
          <w:lang w:val="pl-PL"/>
        </w:rPr>
      </w:pPr>
      <w:r w:rsidRPr="00AD4C67">
        <w:rPr>
          <w:lang w:val="pl-PL"/>
        </w:rPr>
        <w:t xml:space="preserve">4 </w:t>
      </w:r>
      <w:proofErr w:type="spellStart"/>
      <w:r w:rsidRPr="00AD4C67">
        <w:rPr>
          <w:lang w:val="pl-PL"/>
        </w:rPr>
        <w:t>Plavidla</w:t>
      </w:r>
      <w:proofErr w:type="spellEnd"/>
      <w:r w:rsidRPr="00AD4C67">
        <w:rPr>
          <w:lang w:val="pl-PL"/>
        </w:rPr>
        <w:t xml:space="preserve">, </w:t>
      </w:r>
      <w:proofErr w:type="spellStart"/>
      <w:r w:rsidRPr="00AD4C67">
        <w:rPr>
          <w:lang w:val="pl-PL"/>
        </w:rPr>
        <w:t>kapacita</w:t>
      </w:r>
      <w:proofErr w:type="spellEnd"/>
      <w:r w:rsidRPr="00AD4C67">
        <w:rPr>
          <w:lang w:val="pl-PL"/>
        </w:rPr>
        <w:t xml:space="preserve"> a </w:t>
      </w:r>
      <w:proofErr w:type="spellStart"/>
      <w:r w:rsidRPr="00AD4C67">
        <w:rPr>
          <w:lang w:val="pl-PL"/>
        </w:rPr>
        <w:t>průběh</w:t>
      </w:r>
      <w:proofErr w:type="spellEnd"/>
      <w:r w:rsidRPr="00AD4C67">
        <w:rPr>
          <w:lang w:val="pl-PL"/>
        </w:rPr>
        <w:t xml:space="preserve"> </w:t>
      </w:r>
      <w:proofErr w:type="spellStart"/>
      <w:r w:rsidRPr="00AD4C67">
        <w:rPr>
          <w:lang w:val="pl-PL"/>
        </w:rPr>
        <w:t>služby</w:t>
      </w:r>
      <w:proofErr w:type="spellEnd"/>
    </w:p>
    <w:p w14:paraId="12C889CA" w14:textId="77777777" w:rsidR="006C464F" w:rsidRPr="00AD4C67" w:rsidRDefault="00000000">
      <w:pPr>
        <w:rPr>
          <w:lang w:val="pl-PL"/>
        </w:rPr>
      </w:pPr>
      <w:r w:rsidRPr="00AD4C67">
        <w:rPr>
          <w:lang w:val="pl-PL"/>
        </w:rPr>
        <w:t xml:space="preserve">4.1. </w:t>
      </w:r>
      <w:r w:rsidRPr="00AD4C67">
        <w:rPr>
          <w:lang w:val="pl-PL"/>
        </w:rPr>
        <w:t>Maximální počet hostů na Houseboatu je 16 při plavbě a 25 při stání, na jachtě Alexis je 10 při plavbě i při stání. Tyto kapacity odpovídají schváleným lodním dokladům. Děti se do počtu hostů započítávají. Posádka se započítává podle schválené dokumentace konkrétního plavidla; povolený celkový počet osob na palubě nesmí být překročen.</w:t>
      </w:r>
    </w:p>
    <w:p w14:paraId="325AD5B0" w14:textId="77777777" w:rsidR="006C464F" w:rsidRPr="00AD4C67" w:rsidRDefault="00000000">
      <w:pPr>
        <w:rPr>
          <w:lang w:val="pl-PL"/>
        </w:rPr>
      </w:pPr>
      <w:r w:rsidRPr="00AD4C67">
        <w:rPr>
          <w:lang w:val="pl-PL"/>
        </w:rPr>
        <w:t xml:space="preserve">4.2. </w:t>
      </w:r>
      <w:proofErr w:type="spellStart"/>
      <w:r w:rsidRPr="00AD4C67">
        <w:rPr>
          <w:lang w:val="pl-PL"/>
        </w:rPr>
        <w:t>Při</w:t>
      </w:r>
      <w:proofErr w:type="spellEnd"/>
      <w:r w:rsidRPr="00AD4C67">
        <w:rPr>
          <w:lang w:val="pl-PL"/>
        </w:rPr>
        <w:t xml:space="preserve"> </w:t>
      </w:r>
      <w:proofErr w:type="spellStart"/>
      <w:r w:rsidRPr="00AD4C67">
        <w:rPr>
          <w:lang w:val="pl-PL"/>
        </w:rPr>
        <w:t>kombinaci</w:t>
      </w:r>
      <w:proofErr w:type="spellEnd"/>
      <w:r w:rsidRPr="00AD4C67">
        <w:rPr>
          <w:lang w:val="pl-PL"/>
        </w:rPr>
        <w:t xml:space="preserve"> </w:t>
      </w:r>
      <w:proofErr w:type="spellStart"/>
      <w:r w:rsidRPr="00AD4C67">
        <w:rPr>
          <w:lang w:val="pl-PL"/>
        </w:rPr>
        <w:t>akce</w:t>
      </w:r>
      <w:proofErr w:type="spellEnd"/>
      <w:r w:rsidRPr="00AD4C67">
        <w:rPr>
          <w:lang w:val="pl-PL"/>
        </w:rPr>
        <w:t xml:space="preserve"> </w:t>
      </w:r>
      <w:proofErr w:type="spellStart"/>
      <w:r w:rsidRPr="00AD4C67">
        <w:rPr>
          <w:lang w:val="pl-PL"/>
        </w:rPr>
        <w:t>ve</w:t>
      </w:r>
      <w:proofErr w:type="spellEnd"/>
      <w:r w:rsidRPr="00AD4C67">
        <w:rPr>
          <w:lang w:val="pl-PL"/>
        </w:rPr>
        <w:t xml:space="preserve"> </w:t>
      </w:r>
      <w:proofErr w:type="spellStart"/>
      <w:r w:rsidRPr="00AD4C67">
        <w:rPr>
          <w:lang w:val="pl-PL"/>
        </w:rPr>
        <w:t>stání</w:t>
      </w:r>
      <w:proofErr w:type="spellEnd"/>
      <w:r w:rsidRPr="00AD4C67">
        <w:rPr>
          <w:lang w:val="pl-PL"/>
        </w:rPr>
        <w:t xml:space="preserve"> a </w:t>
      </w:r>
      <w:proofErr w:type="spellStart"/>
      <w:r w:rsidRPr="00AD4C67">
        <w:rPr>
          <w:lang w:val="pl-PL"/>
        </w:rPr>
        <w:t>následné</w:t>
      </w:r>
      <w:proofErr w:type="spellEnd"/>
      <w:r w:rsidRPr="00AD4C67">
        <w:rPr>
          <w:lang w:val="pl-PL"/>
        </w:rPr>
        <w:t xml:space="preserve"> </w:t>
      </w:r>
      <w:proofErr w:type="spellStart"/>
      <w:r w:rsidRPr="00AD4C67">
        <w:rPr>
          <w:lang w:val="pl-PL"/>
        </w:rPr>
        <w:t>plavby</w:t>
      </w:r>
      <w:proofErr w:type="spellEnd"/>
      <w:r w:rsidRPr="00AD4C67">
        <w:rPr>
          <w:lang w:val="pl-PL"/>
        </w:rPr>
        <w:t xml:space="preserve"> </w:t>
      </w:r>
      <w:proofErr w:type="spellStart"/>
      <w:r w:rsidRPr="00AD4C67">
        <w:rPr>
          <w:lang w:val="pl-PL"/>
        </w:rPr>
        <w:t>musí</w:t>
      </w:r>
      <w:proofErr w:type="spellEnd"/>
      <w:r w:rsidRPr="00AD4C67">
        <w:rPr>
          <w:lang w:val="pl-PL"/>
        </w:rPr>
        <w:t xml:space="preserve"> </w:t>
      </w:r>
      <w:proofErr w:type="spellStart"/>
      <w:r w:rsidRPr="00AD4C67">
        <w:rPr>
          <w:lang w:val="pl-PL"/>
        </w:rPr>
        <w:t>počet</w:t>
      </w:r>
      <w:proofErr w:type="spellEnd"/>
      <w:r w:rsidRPr="00AD4C67">
        <w:rPr>
          <w:lang w:val="pl-PL"/>
        </w:rPr>
        <w:t xml:space="preserve"> </w:t>
      </w:r>
      <w:proofErr w:type="spellStart"/>
      <w:r w:rsidRPr="00AD4C67">
        <w:rPr>
          <w:lang w:val="pl-PL"/>
        </w:rPr>
        <w:t>osob</w:t>
      </w:r>
      <w:proofErr w:type="spellEnd"/>
      <w:r w:rsidRPr="00AD4C67">
        <w:rPr>
          <w:lang w:val="pl-PL"/>
        </w:rPr>
        <w:t xml:space="preserve"> </w:t>
      </w:r>
      <w:proofErr w:type="spellStart"/>
      <w:r w:rsidRPr="00AD4C67">
        <w:rPr>
          <w:lang w:val="pl-PL"/>
        </w:rPr>
        <w:t>před</w:t>
      </w:r>
      <w:proofErr w:type="spellEnd"/>
      <w:r w:rsidRPr="00AD4C67">
        <w:rPr>
          <w:lang w:val="pl-PL"/>
        </w:rPr>
        <w:t xml:space="preserve"> </w:t>
      </w:r>
      <w:proofErr w:type="spellStart"/>
      <w:r w:rsidRPr="00AD4C67">
        <w:rPr>
          <w:lang w:val="pl-PL"/>
        </w:rPr>
        <w:t>vyplutím</w:t>
      </w:r>
      <w:proofErr w:type="spellEnd"/>
      <w:r w:rsidRPr="00AD4C67">
        <w:rPr>
          <w:lang w:val="pl-PL"/>
        </w:rPr>
        <w:t xml:space="preserve"> </w:t>
      </w:r>
      <w:proofErr w:type="spellStart"/>
      <w:r w:rsidRPr="00AD4C67">
        <w:rPr>
          <w:lang w:val="pl-PL"/>
        </w:rPr>
        <w:t>odpovídat</w:t>
      </w:r>
      <w:proofErr w:type="spellEnd"/>
      <w:r w:rsidRPr="00AD4C67">
        <w:rPr>
          <w:lang w:val="pl-PL"/>
        </w:rPr>
        <w:t xml:space="preserve"> </w:t>
      </w:r>
      <w:proofErr w:type="spellStart"/>
      <w:r w:rsidRPr="00AD4C67">
        <w:rPr>
          <w:lang w:val="pl-PL"/>
        </w:rPr>
        <w:t>kapacitě</w:t>
      </w:r>
      <w:proofErr w:type="spellEnd"/>
      <w:r w:rsidRPr="00AD4C67">
        <w:rPr>
          <w:lang w:val="pl-PL"/>
        </w:rPr>
        <w:t xml:space="preserve"> pro </w:t>
      </w:r>
      <w:proofErr w:type="spellStart"/>
      <w:r w:rsidRPr="00AD4C67">
        <w:rPr>
          <w:lang w:val="pl-PL"/>
        </w:rPr>
        <w:t>plavbu</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objednání</w:t>
      </w:r>
      <w:proofErr w:type="spellEnd"/>
      <w:r w:rsidRPr="00AD4C67">
        <w:rPr>
          <w:lang w:val="pl-PL"/>
        </w:rPr>
        <w:t xml:space="preserve"> </w:t>
      </w:r>
      <w:proofErr w:type="spellStart"/>
      <w:r w:rsidRPr="00AD4C67">
        <w:rPr>
          <w:lang w:val="pl-PL"/>
        </w:rPr>
        <w:t>dvou</w:t>
      </w:r>
      <w:proofErr w:type="spellEnd"/>
      <w:r w:rsidRPr="00AD4C67">
        <w:rPr>
          <w:lang w:val="pl-PL"/>
        </w:rPr>
        <w:t xml:space="preserve"> </w:t>
      </w:r>
      <w:proofErr w:type="spellStart"/>
      <w:r w:rsidRPr="00AD4C67">
        <w:rPr>
          <w:lang w:val="pl-PL"/>
        </w:rPr>
        <w:t>plavidel</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kapacita</w:t>
      </w:r>
      <w:proofErr w:type="spellEnd"/>
      <w:r w:rsidRPr="00AD4C67">
        <w:rPr>
          <w:lang w:val="pl-PL"/>
        </w:rPr>
        <w:t xml:space="preserve"> </w:t>
      </w:r>
      <w:proofErr w:type="spellStart"/>
      <w:r w:rsidRPr="00AD4C67">
        <w:rPr>
          <w:lang w:val="pl-PL"/>
        </w:rPr>
        <w:t>posuzuje</w:t>
      </w:r>
      <w:proofErr w:type="spellEnd"/>
      <w:r w:rsidRPr="00AD4C67">
        <w:rPr>
          <w:lang w:val="pl-PL"/>
        </w:rPr>
        <w:t xml:space="preserve"> pro </w:t>
      </w:r>
      <w:proofErr w:type="spellStart"/>
      <w:r w:rsidRPr="00AD4C67">
        <w:rPr>
          <w:lang w:val="pl-PL"/>
        </w:rPr>
        <w:t>každé</w:t>
      </w:r>
      <w:proofErr w:type="spellEnd"/>
      <w:r w:rsidRPr="00AD4C67">
        <w:rPr>
          <w:lang w:val="pl-PL"/>
        </w:rPr>
        <w:t xml:space="preserve"> </w:t>
      </w:r>
      <w:proofErr w:type="spellStart"/>
      <w:r w:rsidRPr="00AD4C67">
        <w:rPr>
          <w:lang w:val="pl-PL"/>
        </w:rPr>
        <w:t>zvlášť</w:t>
      </w:r>
      <w:proofErr w:type="spellEnd"/>
      <w:r w:rsidRPr="00AD4C67">
        <w:rPr>
          <w:lang w:val="pl-PL"/>
        </w:rPr>
        <w:t xml:space="preserve">; </w:t>
      </w:r>
      <w:proofErr w:type="spellStart"/>
      <w:r w:rsidRPr="00AD4C67">
        <w:rPr>
          <w:lang w:val="pl-PL"/>
        </w:rPr>
        <w:t>hosté</w:t>
      </w:r>
      <w:proofErr w:type="spellEnd"/>
      <w:r w:rsidRPr="00AD4C67">
        <w:rPr>
          <w:lang w:val="pl-PL"/>
        </w:rPr>
        <w:t xml:space="preserve"> </w:t>
      </w:r>
      <w:proofErr w:type="spellStart"/>
      <w:r w:rsidRPr="00AD4C67">
        <w:rPr>
          <w:lang w:val="pl-PL"/>
        </w:rPr>
        <w:t>nemají</w:t>
      </w:r>
      <w:proofErr w:type="spellEnd"/>
      <w:r w:rsidRPr="00AD4C67">
        <w:rPr>
          <w:lang w:val="pl-PL"/>
        </w:rPr>
        <w:t xml:space="preserve"> </w:t>
      </w:r>
      <w:proofErr w:type="spellStart"/>
      <w:r w:rsidRPr="00AD4C67">
        <w:rPr>
          <w:lang w:val="pl-PL"/>
        </w:rPr>
        <w:t>nárok</w:t>
      </w:r>
      <w:proofErr w:type="spellEnd"/>
      <w:r w:rsidRPr="00AD4C67">
        <w:rPr>
          <w:lang w:val="pl-PL"/>
        </w:rPr>
        <w:t xml:space="preserve"> na </w:t>
      </w:r>
      <w:proofErr w:type="spellStart"/>
      <w:r w:rsidRPr="00AD4C67">
        <w:rPr>
          <w:lang w:val="pl-PL"/>
        </w:rPr>
        <w:t>společný</w:t>
      </w:r>
      <w:proofErr w:type="spellEnd"/>
      <w:r w:rsidRPr="00AD4C67">
        <w:rPr>
          <w:lang w:val="pl-PL"/>
        </w:rPr>
        <w:t xml:space="preserve"> pobyt </w:t>
      </w:r>
      <w:proofErr w:type="spellStart"/>
      <w:r w:rsidRPr="00AD4C67">
        <w:rPr>
          <w:lang w:val="pl-PL"/>
        </w:rPr>
        <w:t>všech</w:t>
      </w:r>
      <w:proofErr w:type="spellEnd"/>
      <w:r w:rsidRPr="00AD4C67">
        <w:rPr>
          <w:lang w:val="pl-PL"/>
        </w:rPr>
        <w:t xml:space="preserve"> </w:t>
      </w:r>
      <w:proofErr w:type="spellStart"/>
      <w:r w:rsidRPr="00AD4C67">
        <w:rPr>
          <w:lang w:val="pl-PL"/>
        </w:rPr>
        <w:t>osob</w:t>
      </w:r>
      <w:proofErr w:type="spellEnd"/>
      <w:r w:rsidRPr="00AD4C67">
        <w:rPr>
          <w:lang w:val="pl-PL"/>
        </w:rPr>
        <w:t xml:space="preserve"> na </w:t>
      </w:r>
      <w:proofErr w:type="spellStart"/>
      <w:r w:rsidRPr="00AD4C67">
        <w:rPr>
          <w:lang w:val="pl-PL"/>
        </w:rPr>
        <w:t>jediném</w:t>
      </w:r>
      <w:proofErr w:type="spellEnd"/>
      <w:r w:rsidRPr="00AD4C67">
        <w:rPr>
          <w:lang w:val="pl-PL"/>
        </w:rPr>
        <w:t xml:space="preserve"> </w:t>
      </w:r>
      <w:proofErr w:type="spellStart"/>
      <w:r w:rsidRPr="00AD4C67">
        <w:rPr>
          <w:lang w:val="pl-PL"/>
        </w:rPr>
        <w:t>plavidle</w:t>
      </w:r>
      <w:proofErr w:type="spellEnd"/>
      <w:r w:rsidRPr="00AD4C67">
        <w:rPr>
          <w:lang w:val="pl-PL"/>
        </w:rPr>
        <w:t xml:space="preserve"> nad </w:t>
      </w:r>
      <w:proofErr w:type="spellStart"/>
      <w:r w:rsidRPr="00AD4C67">
        <w:rPr>
          <w:lang w:val="pl-PL"/>
        </w:rPr>
        <w:t>jeho</w:t>
      </w:r>
      <w:proofErr w:type="spellEnd"/>
      <w:r w:rsidRPr="00AD4C67">
        <w:rPr>
          <w:lang w:val="pl-PL"/>
        </w:rPr>
        <w:t xml:space="preserve"> limit.</w:t>
      </w:r>
    </w:p>
    <w:p w14:paraId="61C48977" w14:textId="77777777" w:rsidR="006C464F" w:rsidRPr="00AD4C67" w:rsidRDefault="00000000">
      <w:pPr>
        <w:rPr>
          <w:lang w:val="pl-PL"/>
        </w:rPr>
      </w:pPr>
      <w:r w:rsidRPr="00AD4C67">
        <w:rPr>
          <w:lang w:val="pl-PL"/>
        </w:rPr>
        <w:t xml:space="preserve">4.3. </w:t>
      </w:r>
      <w:proofErr w:type="spellStart"/>
      <w:r w:rsidRPr="00AD4C67">
        <w:rPr>
          <w:lang w:val="pl-PL"/>
        </w:rPr>
        <w:t>Standardním</w:t>
      </w:r>
      <w:proofErr w:type="spellEnd"/>
      <w:r w:rsidRPr="00AD4C67">
        <w:rPr>
          <w:lang w:val="pl-PL"/>
        </w:rPr>
        <w:t xml:space="preserve"> </w:t>
      </w:r>
      <w:proofErr w:type="spellStart"/>
      <w:r w:rsidRPr="00AD4C67">
        <w:rPr>
          <w:lang w:val="pl-PL"/>
        </w:rPr>
        <w:t>místem</w:t>
      </w:r>
      <w:proofErr w:type="spellEnd"/>
      <w:r w:rsidRPr="00AD4C67">
        <w:rPr>
          <w:lang w:val="pl-PL"/>
        </w:rPr>
        <w:t xml:space="preserve"> </w:t>
      </w:r>
      <w:proofErr w:type="spellStart"/>
      <w:r w:rsidRPr="00AD4C67">
        <w:rPr>
          <w:lang w:val="pl-PL"/>
        </w:rPr>
        <w:t>nástupu</w:t>
      </w:r>
      <w:proofErr w:type="spellEnd"/>
      <w:r w:rsidRPr="00AD4C67">
        <w:rPr>
          <w:lang w:val="pl-PL"/>
        </w:rPr>
        <w:t xml:space="preserve"> a </w:t>
      </w:r>
      <w:proofErr w:type="spellStart"/>
      <w:r w:rsidRPr="00AD4C67">
        <w:rPr>
          <w:lang w:val="pl-PL"/>
        </w:rPr>
        <w:t>výstupu</w:t>
      </w:r>
      <w:proofErr w:type="spellEnd"/>
      <w:r w:rsidRPr="00AD4C67">
        <w:rPr>
          <w:lang w:val="pl-PL"/>
        </w:rPr>
        <w:t xml:space="preserve"> je </w:t>
      </w:r>
      <w:proofErr w:type="spellStart"/>
      <w:r w:rsidRPr="00AD4C67">
        <w:rPr>
          <w:lang w:val="pl-PL"/>
        </w:rPr>
        <w:t>Výtoň</w:t>
      </w:r>
      <w:proofErr w:type="spellEnd"/>
      <w:r w:rsidRPr="00AD4C67">
        <w:rPr>
          <w:lang w:val="pl-PL"/>
        </w:rPr>
        <w:t xml:space="preserve"> v Praze. </w:t>
      </w:r>
      <w:proofErr w:type="spellStart"/>
      <w:r w:rsidRPr="00AD4C67">
        <w:rPr>
          <w:lang w:val="pl-PL"/>
        </w:rPr>
        <w:t>Přesné</w:t>
      </w:r>
      <w:proofErr w:type="spellEnd"/>
      <w:r w:rsidRPr="00AD4C67">
        <w:rPr>
          <w:lang w:val="pl-PL"/>
        </w:rPr>
        <w:t xml:space="preserve"> </w:t>
      </w:r>
      <w:proofErr w:type="spellStart"/>
      <w:r w:rsidRPr="00AD4C67">
        <w:rPr>
          <w:lang w:val="pl-PL"/>
        </w:rPr>
        <w:t>místo</w:t>
      </w:r>
      <w:proofErr w:type="spellEnd"/>
      <w:r w:rsidRPr="00AD4C67">
        <w:rPr>
          <w:lang w:val="pl-PL"/>
        </w:rPr>
        <w:t xml:space="preserve"> a </w:t>
      </w:r>
      <w:proofErr w:type="spellStart"/>
      <w:r w:rsidRPr="00AD4C67">
        <w:rPr>
          <w:lang w:val="pl-PL"/>
        </w:rPr>
        <w:t>čas</w:t>
      </w:r>
      <w:proofErr w:type="spellEnd"/>
      <w:r w:rsidRPr="00AD4C67">
        <w:rPr>
          <w:lang w:val="pl-PL"/>
        </w:rPr>
        <w:t xml:space="preserve"> </w:t>
      </w:r>
      <w:proofErr w:type="spellStart"/>
      <w:r w:rsidRPr="00AD4C67">
        <w:rPr>
          <w:lang w:val="pl-PL"/>
        </w:rPr>
        <w:t>sdělí</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v </w:t>
      </w:r>
      <w:proofErr w:type="spellStart"/>
      <w:r w:rsidRPr="00AD4C67">
        <w:rPr>
          <w:lang w:val="pl-PL"/>
        </w:rPr>
        <w:t>potvrzení</w:t>
      </w:r>
      <w:proofErr w:type="spellEnd"/>
      <w:r w:rsidRPr="00AD4C67">
        <w:rPr>
          <w:lang w:val="pl-PL"/>
        </w:rPr>
        <w:t xml:space="preserve">. </w:t>
      </w:r>
      <w:proofErr w:type="spellStart"/>
      <w:r w:rsidRPr="00AD4C67">
        <w:rPr>
          <w:lang w:val="pl-PL"/>
        </w:rPr>
        <w:t>Jiné</w:t>
      </w:r>
      <w:proofErr w:type="spellEnd"/>
      <w:r w:rsidRPr="00AD4C67">
        <w:rPr>
          <w:lang w:val="pl-PL"/>
        </w:rPr>
        <w:t xml:space="preserve"> </w:t>
      </w:r>
      <w:proofErr w:type="spellStart"/>
      <w:r w:rsidRPr="00AD4C67">
        <w:rPr>
          <w:lang w:val="pl-PL"/>
        </w:rPr>
        <w:t>místo</w:t>
      </w:r>
      <w:proofErr w:type="spellEnd"/>
      <w:r w:rsidRPr="00AD4C67">
        <w:rPr>
          <w:lang w:val="pl-PL"/>
        </w:rPr>
        <w:t xml:space="preserve"> je </w:t>
      </w:r>
      <w:proofErr w:type="spellStart"/>
      <w:r w:rsidRPr="00AD4C67">
        <w:rPr>
          <w:lang w:val="pl-PL"/>
        </w:rPr>
        <w:t>možné</w:t>
      </w:r>
      <w:proofErr w:type="spellEnd"/>
      <w:r w:rsidRPr="00AD4C67">
        <w:rPr>
          <w:lang w:val="pl-PL"/>
        </w:rPr>
        <w:t xml:space="preserve"> jen po </w:t>
      </w:r>
      <w:proofErr w:type="spellStart"/>
      <w:r w:rsidRPr="00AD4C67">
        <w:rPr>
          <w:lang w:val="pl-PL"/>
        </w:rPr>
        <w:t>dohodě</w:t>
      </w:r>
      <w:proofErr w:type="spellEnd"/>
      <w:r w:rsidRPr="00AD4C67">
        <w:rPr>
          <w:lang w:val="pl-PL"/>
        </w:rPr>
        <w:t xml:space="preserve">, podle </w:t>
      </w:r>
      <w:proofErr w:type="spellStart"/>
      <w:r w:rsidRPr="00AD4C67">
        <w:rPr>
          <w:lang w:val="pl-PL"/>
        </w:rPr>
        <w:t>možnosti</w:t>
      </w:r>
      <w:proofErr w:type="spellEnd"/>
      <w:r w:rsidRPr="00AD4C67">
        <w:rPr>
          <w:lang w:val="pl-PL"/>
        </w:rPr>
        <w:t xml:space="preserve"> </w:t>
      </w:r>
      <w:proofErr w:type="spellStart"/>
      <w:r w:rsidRPr="00AD4C67">
        <w:rPr>
          <w:lang w:val="pl-PL"/>
        </w:rPr>
        <w:t>bezpečného</w:t>
      </w:r>
      <w:proofErr w:type="spellEnd"/>
      <w:r w:rsidRPr="00AD4C67">
        <w:rPr>
          <w:lang w:val="pl-PL"/>
        </w:rPr>
        <w:t xml:space="preserve"> </w:t>
      </w:r>
      <w:proofErr w:type="spellStart"/>
      <w:r w:rsidRPr="00AD4C67">
        <w:rPr>
          <w:lang w:val="pl-PL"/>
        </w:rPr>
        <w:t>přistání</w:t>
      </w:r>
      <w:proofErr w:type="spellEnd"/>
      <w:r w:rsidRPr="00AD4C67">
        <w:rPr>
          <w:lang w:val="pl-PL"/>
        </w:rPr>
        <w:t xml:space="preserve"> a za </w:t>
      </w:r>
      <w:proofErr w:type="spellStart"/>
      <w:r w:rsidRPr="00AD4C67">
        <w:rPr>
          <w:lang w:val="pl-PL"/>
        </w:rPr>
        <w:t>předem</w:t>
      </w:r>
      <w:proofErr w:type="spellEnd"/>
      <w:r w:rsidRPr="00AD4C67">
        <w:rPr>
          <w:lang w:val="pl-PL"/>
        </w:rPr>
        <w:t xml:space="preserve"> </w:t>
      </w:r>
      <w:proofErr w:type="spellStart"/>
      <w:r w:rsidRPr="00AD4C67">
        <w:rPr>
          <w:lang w:val="pl-PL"/>
        </w:rPr>
        <w:t>sjednanou</w:t>
      </w:r>
      <w:proofErr w:type="spellEnd"/>
      <w:r w:rsidRPr="00AD4C67">
        <w:rPr>
          <w:lang w:val="pl-PL"/>
        </w:rPr>
        <w:t xml:space="preserve"> </w:t>
      </w:r>
      <w:proofErr w:type="spellStart"/>
      <w:r w:rsidRPr="00AD4C67">
        <w:rPr>
          <w:lang w:val="pl-PL"/>
        </w:rPr>
        <w:t>cenu</w:t>
      </w:r>
      <w:proofErr w:type="spellEnd"/>
      <w:r w:rsidRPr="00AD4C67">
        <w:rPr>
          <w:lang w:val="pl-PL"/>
        </w:rPr>
        <w:t>.</w:t>
      </w:r>
    </w:p>
    <w:p w14:paraId="4BDA93D7" w14:textId="77777777" w:rsidR="006C464F" w:rsidRPr="00AD4C67" w:rsidRDefault="00000000">
      <w:pPr>
        <w:rPr>
          <w:lang w:val="pl-PL"/>
        </w:rPr>
      </w:pPr>
      <w:r w:rsidRPr="00AD4C67">
        <w:rPr>
          <w:lang w:val="pl-PL"/>
        </w:rPr>
        <w:t xml:space="preserve">4.4. </w:t>
      </w:r>
      <w:proofErr w:type="spellStart"/>
      <w:r w:rsidRPr="00AD4C67">
        <w:rPr>
          <w:lang w:val="pl-PL"/>
        </w:rPr>
        <w:t>Zákazník</w:t>
      </w:r>
      <w:proofErr w:type="spellEnd"/>
      <w:r w:rsidRPr="00AD4C67">
        <w:rPr>
          <w:lang w:val="pl-PL"/>
        </w:rPr>
        <w:t xml:space="preserve"> </w:t>
      </w:r>
      <w:proofErr w:type="spellStart"/>
      <w:r w:rsidRPr="00AD4C67">
        <w:rPr>
          <w:lang w:val="pl-PL"/>
        </w:rPr>
        <w:t>zajistí</w:t>
      </w:r>
      <w:proofErr w:type="spellEnd"/>
      <w:r w:rsidRPr="00AD4C67">
        <w:rPr>
          <w:lang w:val="pl-PL"/>
        </w:rPr>
        <w:t xml:space="preserve"> </w:t>
      </w:r>
      <w:proofErr w:type="spellStart"/>
      <w:r w:rsidRPr="00AD4C67">
        <w:rPr>
          <w:lang w:val="pl-PL"/>
        </w:rPr>
        <w:t>včasný</w:t>
      </w:r>
      <w:proofErr w:type="spellEnd"/>
      <w:r w:rsidRPr="00AD4C67">
        <w:rPr>
          <w:lang w:val="pl-PL"/>
        </w:rPr>
        <w:t xml:space="preserve"> </w:t>
      </w:r>
      <w:proofErr w:type="spellStart"/>
      <w:r w:rsidRPr="00AD4C67">
        <w:rPr>
          <w:lang w:val="pl-PL"/>
        </w:rPr>
        <w:t>příchod</w:t>
      </w:r>
      <w:proofErr w:type="spellEnd"/>
      <w:r w:rsidRPr="00AD4C67">
        <w:rPr>
          <w:lang w:val="pl-PL"/>
        </w:rPr>
        <w:t xml:space="preserve"> skupiny. </w:t>
      </w:r>
      <w:proofErr w:type="spellStart"/>
      <w:r w:rsidRPr="00AD4C67">
        <w:rPr>
          <w:lang w:val="pl-PL"/>
        </w:rPr>
        <w:t>Zpoždění</w:t>
      </w:r>
      <w:proofErr w:type="spellEnd"/>
      <w:r w:rsidRPr="00AD4C67">
        <w:rPr>
          <w:lang w:val="pl-PL"/>
        </w:rPr>
        <w:t xml:space="preserve"> na </w:t>
      </w:r>
      <w:proofErr w:type="spellStart"/>
      <w:r w:rsidRPr="00AD4C67">
        <w:rPr>
          <w:lang w:val="pl-PL"/>
        </w:rPr>
        <w:t>straně</w:t>
      </w:r>
      <w:proofErr w:type="spellEnd"/>
      <w:r w:rsidRPr="00AD4C67">
        <w:rPr>
          <w:lang w:val="pl-PL"/>
        </w:rPr>
        <w:t xml:space="preserve"> </w:t>
      </w:r>
      <w:proofErr w:type="spellStart"/>
      <w:r w:rsidRPr="00AD4C67">
        <w:rPr>
          <w:lang w:val="pl-PL"/>
        </w:rPr>
        <w:t>zákazníka</w:t>
      </w:r>
      <w:proofErr w:type="spellEnd"/>
      <w:r w:rsidRPr="00AD4C67">
        <w:rPr>
          <w:lang w:val="pl-PL"/>
        </w:rPr>
        <w:t xml:space="preserve"> samo o </w:t>
      </w:r>
      <w:proofErr w:type="spellStart"/>
      <w:r w:rsidRPr="00AD4C67">
        <w:rPr>
          <w:lang w:val="pl-PL"/>
        </w:rPr>
        <w:t>sobě</w:t>
      </w:r>
      <w:proofErr w:type="spellEnd"/>
      <w:r w:rsidRPr="00AD4C67">
        <w:rPr>
          <w:lang w:val="pl-PL"/>
        </w:rPr>
        <w:t xml:space="preserve"> </w:t>
      </w:r>
      <w:proofErr w:type="spellStart"/>
      <w:r w:rsidRPr="00AD4C67">
        <w:rPr>
          <w:lang w:val="pl-PL"/>
        </w:rPr>
        <w:t>neposouvá</w:t>
      </w:r>
      <w:proofErr w:type="spellEnd"/>
      <w:r w:rsidRPr="00AD4C67">
        <w:rPr>
          <w:lang w:val="pl-PL"/>
        </w:rPr>
        <w:t xml:space="preserve"> </w:t>
      </w:r>
      <w:proofErr w:type="spellStart"/>
      <w:r w:rsidRPr="00AD4C67">
        <w:rPr>
          <w:lang w:val="pl-PL"/>
        </w:rPr>
        <w:t>dohodnutý</w:t>
      </w:r>
      <w:proofErr w:type="spellEnd"/>
      <w:r w:rsidRPr="00AD4C67">
        <w:rPr>
          <w:lang w:val="pl-PL"/>
        </w:rPr>
        <w:t xml:space="preserve"> </w:t>
      </w:r>
      <w:proofErr w:type="spellStart"/>
      <w:r w:rsidRPr="00AD4C67">
        <w:rPr>
          <w:lang w:val="pl-PL"/>
        </w:rPr>
        <w:t>konec</w:t>
      </w:r>
      <w:proofErr w:type="spellEnd"/>
      <w:r w:rsidRPr="00AD4C67">
        <w:rPr>
          <w:lang w:val="pl-PL"/>
        </w:rPr>
        <w:t xml:space="preserve"> </w:t>
      </w:r>
      <w:proofErr w:type="spellStart"/>
      <w:r w:rsidRPr="00AD4C67">
        <w:rPr>
          <w:lang w:val="pl-PL"/>
        </w:rPr>
        <w:t>akce</w:t>
      </w:r>
      <w:proofErr w:type="spellEnd"/>
      <w:r w:rsidRPr="00AD4C67">
        <w:rPr>
          <w:lang w:val="pl-PL"/>
        </w:rPr>
        <w:t xml:space="preserve">. </w:t>
      </w:r>
      <w:proofErr w:type="spellStart"/>
      <w:r w:rsidRPr="00AD4C67">
        <w:rPr>
          <w:lang w:val="pl-PL"/>
        </w:rPr>
        <w:t>Pokud</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držel</w:t>
      </w:r>
      <w:proofErr w:type="spellEnd"/>
      <w:r w:rsidRPr="00AD4C67">
        <w:rPr>
          <w:lang w:val="pl-PL"/>
        </w:rPr>
        <w:t xml:space="preserve"> </w:t>
      </w:r>
      <w:proofErr w:type="spellStart"/>
      <w:r w:rsidRPr="00AD4C67">
        <w:rPr>
          <w:lang w:val="pl-PL"/>
        </w:rPr>
        <w:t>sjednané</w:t>
      </w:r>
      <w:proofErr w:type="spellEnd"/>
      <w:r w:rsidRPr="00AD4C67">
        <w:rPr>
          <w:lang w:val="pl-PL"/>
        </w:rPr>
        <w:t xml:space="preserve"> </w:t>
      </w:r>
      <w:proofErr w:type="spellStart"/>
      <w:r w:rsidRPr="00AD4C67">
        <w:rPr>
          <w:lang w:val="pl-PL"/>
        </w:rPr>
        <w:t>plavidlo</w:t>
      </w:r>
      <w:proofErr w:type="spellEnd"/>
      <w:r w:rsidRPr="00AD4C67">
        <w:rPr>
          <w:lang w:val="pl-PL"/>
        </w:rPr>
        <w:t xml:space="preserve"> a </w:t>
      </w:r>
      <w:proofErr w:type="spellStart"/>
      <w:r w:rsidRPr="00AD4C67">
        <w:rPr>
          <w:lang w:val="pl-PL"/>
        </w:rPr>
        <w:t>posádku</w:t>
      </w:r>
      <w:proofErr w:type="spellEnd"/>
      <w:r w:rsidRPr="00AD4C67">
        <w:rPr>
          <w:lang w:val="pl-PL"/>
        </w:rPr>
        <w:t xml:space="preserve"> </w:t>
      </w:r>
      <w:proofErr w:type="spellStart"/>
      <w:r w:rsidRPr="00AD4C67">
        <w:rPr>
          <w:lang w:val="pl-PL"/>
        </w:rPr>
        <w:t>připravené</w:t>
      </w:r>
      <w:proofErr w:type="spellEnd"/>
      <w:r w:rsidRPr="00AD4C67">
        <w:rPr>
          <w:lang w:val="pl-PL"/>
        </w:rPr>
        <w:t xml:space="preserve">, </w:t>
      </w:r>
      <w:proofErr w:type="spellStart"/>
      <w:r w:rsidRPr="00AD4C67">
        <w:rPr>
          <w:lang w:val="pl-PL"/>
        </w:rPr>
        <w:t>pozdní</w:t>
      </w:r>
      <w:proofErr w:type="spellEnd"/>
      <w:r w:rsidRPr="00AD4C67">
        <w:rPr>
          <w:lang w:val="pl-PL"/>
        </w:rPr>
        <w:t xml:space="preserve"> </w:t>
      </w:r>
      <w:proofErr w:type="spellStart"/>
      <w:r w:rsidRPr="00AD4C67">
        <w:rPr>
          <w:lang w:val="pl-PL"/>
        </w:rPr>
        <w:t>příchod</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dřívější</w:t>
      </w:r>
      <w:proofErr w:type="spellEnd"/>
      <w:r w:rsidRPr="00AD4C67">
        <w:rPr>
          <w:lang w:val="pl-PL"/>
        </w:rPr>
        <w:t xml:space="preserve"> </w:t>
      </w:r>
      <w:proofErr w:type="spellStart"/>
      <w:r w:rsidRPr="00AD4C67">
        <w:rPr>
          <w:lang w:val="pl-PL"/>
        </w:rPr>
        <w:t>dobrovolné</w:t>
      </w:r>
      <w:proofErr w:type="spellEnd"/>
      <w:r w:rsidRPr="00AD4C67">
        <w:rPr>
          <w:lang w:val="pl-PL"/>
        </w:rPr>
        <w:t xml:space="preserve"> </w:t>
      </w:r>
      <w:proofErr w:type="spellStart"/>
      <w:r w:rsidRPr="00AD4C67">
        <w:rPr>
          <w:lang w:val="pl-PL"/>
        </w:rPr>
        <w:t>ukončení</w:t>
      </w:r>
      <w:proofErr w:type="spellEnd"/>
      <w:r w:rsidRPr="00AD4C67">
        <w:rPr>
          <w:lang w:val="pl-PL"/>
        </w:rPr>
        <w:t xml:space="preserve"> </w:t>
      </w:r>
      <w:proofErr w:type="spellStart"/>
      <w:r w:rsidRPr="00AD4C67">
        <w:rPr>
          <w:lang w:val="pl-PL"/>
        </w:rPr>
        <w:t>nezakládají</w:t>
      </w:r>
      <w:proofErr w:type="spellEnd"/>
      <w:r w:rsidRPr="00AD4C67">
        <w:rPr>
          <w:lang w:val="pl-PL"/>
        </w:rPr>
        <w:t xml:space="preserve"> </w:t>
      </w:r>
      <w:proofErr w:type="spellStart"/>
      <w:r w:rsidRPr="00AD4C67">
        <w:rPr>
          <w:lang w:val="pl-PL"/>
        </w:rPr>
        <w:t>automatické</w:t>
      </w:r>
      <w:proofErr w:type="spellEnd"/>
      <w:r w:rsidRPr="00AD4C67">
        <w:rPr>
          <w:lang w:val="pl-PL"/>
        </w:rPr>
        <w:t xml:space="preserve"> </w:t>
      </w:r>
      <w:proofErr w:type="spellStart"/>
      <w:r w:rsidRPr="00AD4C67">
        <w:rPr>
          <w:lang w:val="pl-PL"/>
        </w:rPr>
        <w:t>právo</w:t>
      </w:r>
      <w:proofErr w:type="spellEnd"/>
      <w:r w:rsidRPr="00AD4C67">
        <w:rPr>
          <w:lang w:val="pl-PL"/>
        </w:rPr>
        <w:t xml:space="preserve"> na </w:t>
      </w:r>
      <w:proofErr w:type="spellStart"/>
      <w:r w:rsidRPr="00AD4C67">
        <w:rPr>
          <w:lang w:val="pl-PL"/>
        </w:rPr>
        <w:t>slevu</w:t>
      </w:r>
      <w:proofErr w:type="spellEnd"/>
      <w:r w:rsidRPr="00AD4C67">
        <w:rPr>
          <w:lang w:val="pl-PL"/>
        </w:rPr>
        <w:t xml:space="preserve">. </w:t>
      </w:r>
      <w:proofErr w:type="spellStart"/>
      <w:r w:rsidRPr="00AD4C67">
        <w:rPr>
          <w:lang w:val="pl-PL"/>
        </w:rPr>
        <w:t>Zákonná</w:t>
      </w:r>
      <w:proofErr w:type="spellEnd"/>
      <w:r w:rsidRPr="00AD4C67">
        <w:rPr>
          <w:lang w:val="pl-PL"/>
        </w:rPr>
        <w:t xml:space="preserve"> </w:t>
      </w:r>
      <w:proofErr w:type="spellStart"/>
      <w:r w:rsidRPr="00AD4C67">
        <w:rPr>
          <w:lang w:val="pl-PL"/>
        </w:rPr>
        <w:t>práva</w:t>
      </w:r>
      <w:proofErr w:type="spellEnd"/>
      <w:r w:rsidRPr="00AD4C67">
        <w:rPr>
          <w:lang w:val="pl-PL"/>
        </w:rPr>
        <w:t xml:space="preserve"> z </w:t>
      </w:r>
      <w:proofErr w:type="spellStart"/>
      <w:r w:rsidRPr="00AD4C67">
        <w:rPr>
          <w:lang w:val="pl-PL"/>
        </w:rPr>
        <w:t>důvodu</w:t>
      </w:r>
      <w:proofErr w:type="spellEnd"/>
      <w:r w:rsidRPr="00AD4C67">
        <w:rPr>
          <w:lang w:val="pl-PL"/>
        </w:rPr>
        <w:t xml:space="preserve"> </w:t>
      </w:r>
      <w:proofErr w:type="spellStart"/>
      <w:r w:rsidRPr="00AD4C67">
        <w:rPr>
          <w:lang w:val="pl-PL"/>
        </w:rPr>
        <w:t>pochybení</w:t>
      </w:r>
      <w:proofErr w:type="spellEnd"/>
      <w:r w:rsidRPr="00AD4C67">
        <w:rPr>
          <w:lang w:val="pl-PL"/>
        </w:rPr>
        <w:t xml:space="preserve"> </w:t>
      </w:r>
      <w:proofErr w:type="spellStart"/>
      <w:r w:rsidRPr="00AD4C67">
        <w:rPr>
          <w:lang w:val="pl-PL"/>
        </w:rPr>
        <w:t>poskytovatele</w:t>
      </w:r>
      <w:proofErr w:type="spellEnd"/>
      <w:r w:rsidRPr="00AD4C67">
        <w:rPr>
          <w:lang w:val="pl-PL"/>
        </w:rPr>
        <w:t xml:space="preserve"> </w:t>
      </w:r>
      <w:proofErr w:type="spellStart"/>
      <w:r w:rsidRPr="00AD4C67">
        <w:rPr>
          <w:lang w:val="pl-PL"/>
        </w:rPr>
        <w:t>tím</w:t>
      </w:r>
      <w:proofErr w:type="spellEnd"/>
      <w:r w:rsidRPr="00AD4C67">
        <w:rPr>
          <w:lang w:val="pl-PL"/>
        </w:rPr>
        <w:t xml:space="preserve"> </w:t>
      </w:r>
      <w:proofErr w:type="spellStart"/>
      <w:r w:rsidRPr="00AD4C67">
        <w:rPr>
          <w:lang w:val="pl-PL"/>
        </w:rPr>
        <w:t>nejsou</w:t>
      </w:r>
      <w:proofErr w:type="spellEnd"/>
      <w:r w:rsidRPr="00AD4C67">
        <w:rPr>
          <w:lang w:val="pl-PL"/>
        </w:rPr>
        <w:t xml:space="preserve"> </w:t>
      </w:r>
      <w:proofErr w:type="spellStart"/>
      <w:r w:rsidRPr="00AD4C67">
        <w:rPr>
          <w:lang w:val="pl-PL"/>
        </w:rPr>
        <w:t>omezena</w:t>
      </w:r>
      <w:proofErr w:type="spellEnd"/>
      <w:r w:rsidRPr="00AD4C67">
        <w:rPr>
          <w:lang w:val="pl-PL"/>
        </w:rPr>
        <w:t>.</w:t>
      </w:r>
    </w:p>
    <w:p w14:paraId="1B667161" w14:textId="77777777" w:rsidR="006C464F" w:rsidRPr="00AD4C67" w:rsidRDefault="00000000">
      <w:pPr>
        <w:rPr>
          <w:lang w:val="pl-PL"/>
        </w:rPr>
      </w:pPr>
      <w:r w:rsidRPr="00AD4C67">
        <w:rPr>
          <w:lang w:val="pl-PL"/>
        </w:rPr>
        <w:t xml:space="preserve">4.5. </w:t>
      </w:r>
      <w:proofErr w:type="spellStart"/>
      <w:r w:rsidRPr="00AD4C67">
        <w:rPr>
          <w:lang w:val="pl-PL"/>
        </w:rPr>
        <w:t>Není</w:t>
      </w:r>
      <w:proofErr w:type="spellEnd"/>
      <w:r w:rsidRPr="00AD4C67">
        <w:rPr>
          <w:lang w:val="pl-PL"/>
        </w:rPr>
        <w:t xml:space="preserve">-li </w:t>
      </w:r>
      <w:proofErr w:type="spellStart"/>
      <w:r w:rsidRPr="00AD4C67">
        <w:rPr>
          <w:lang w:val="pl-PL"/>
        </w:rPr>
        <w:t>určitá</w:t>
      </w:r>
      <w:proofErr w:type="spellEnd"/>
      <w:r w:rsidRPr="00AD4C67">
        <w:rPr>
          <w:lang w:val="pl-PL"/>
        </w:rPr>
        <w:t xml:space="preserve"> trasa </w:t>
      </w:r>
      <w:proofErr w:type="spellStart"/>
      <w:r w:rsidRPr="00AD4C67">
        <w:rPr>
          <w:lang w:val="pl-PL"/>
        </w:rPr>
        <w:t>nebo</w:t>
      </w:r>
      <w:proofErr w:type="spellEnd"/>
      <w:r w:rsidRPr="00AD4C67">
        <w:rPr>
          <w:lang w:val="pl-PL"/>
        </w:rPr>
        <w:t xml:space="preserve"> </w:t>
      </w:r>
      <w:proofErr w:type="spellStart"/>
      <w:r w:rsidRPr="00AD4C67">
        <w:rPr>
          <w:lang w:val="pl-PL"/>
        </w:rPr>
        <w:t>zastávka</w:t>
      </w:r>
      <w:proofErr w:type="spellEnd"/>
      <w:r w:rsidRPr="00AD4C67">
        <w:rPr>
          <w:lang w:val="pl-PL"/>
        </w:rPr>
        <w:t xml:space="preserve"> </w:t>
      </w:r>
      <w:proofErr w:type="spellStart"/>
      <w:r w:rsidRPr="00AD4C67">
        <w:rPr>
          <w:lang w:val="pl-PL"/>
        </w:rPr>
        <w:t>výslovně</w:t>
      </w:r>
      <w:proofErr w:type="spellEnd"/>
      <w:r w:rsidRPr="00AD4C67">
        <w:rPr>
          <w:lang w:val="pl-PL"/>
        </w:rPr>
        <w:t xml:space="preserve"> </w:t>
      </w:r>
      <w:proofErr w:type="spellStart"/>
      <w:r w:rsidRPr="00AD4C67">
        <w:rPr>
          <w:lang w:val="pl-PL"/>
        </w:rPr>
        <w:t>garantovanou</w:t>
      </w:r>
      <w:proofErr w:type="spellEnd"/>
      <w:r w:rsidRPr="00AD4C67">
        <w:rPr>
          <w:lang w:val="pl-PL"/>
        </w:rPr>
        <w:t xml:space="preserve"> </w:t>
      </w:r>
      <w:proofErr w:type="spellStart"/>
      <w:r w:rsidRPr="00AD4C67">
        <w:rPr>
          <w:lang w:val="pl-PL"/>
        </w:rPr>
        <w:t>součástí</w:t>
      </w:r>
      <w:proofErr w:type="spellEnd"/>
      <w:r w:rsidRPr="00AD4C67">
        <w:rPr>
          <w:lang w:val="pl-PL"/>
        </w:rPr>
        <w:t xml:space="preserve"> </w:t>
      </w:r>
      <w:proofErr w:type="spellStart"/>
      <w:r w:rsidRPr="00AD4C67">
        <w:rPr>
          <w:lang w:val="pl-PL"/>
        </w:rPr>
        <w:t>smlouvy</w:t>
      </w:r>
      <w:proofErr w:type="spellEnd"/>
      <w:r w:rsidRPr="00AD4C67">
        <w:rPr>
          <w:lang w:val="pl-PL"/>
        </w:rPr>
        <w:t xml:space="preserve">, je </w:t>
      </w:r>
      <w:proofErr w:type="spellStart"/>
      <w:r w:rsidRPr="00AD4C67">
        <w:rPr>
          <w:lang w:val="pl-PL"/>
        </w:rPr>
        <w:t>itinerář</w:t>
      </w:r>
      <w:proofErr w:type="spellEnd"/>
      <w:r w:rsidRPr="00AD4C67">
        <w:rPr>
          <w:lang w:val="pl-PL"/>
        </w:rPr>
        <w:t xml:space="preserve"> </w:t>
      </w:r>
      <w:proofErr w:type="spellStart"/>
      <w:r w:rsidRPr="00AD4C67">
        <w:rPr>
          <w:lang w:val="pl-PL"/>
        </w:rPr>
        <w:t>orientační</w:t>
      </w:r>
      <w:proofErr w:type="spellEnd"/>
      <w:r w:rsidRPr="00AD4C67">
        <w:rPr>
          <w:lang w:val="pl-PL"/>
        </w:rPr>
        <w:t xml:space="preserve">. </w:t>
      </w:r>
      <w:proofErr w:type="spellStart"/>
      <w:r w:rsidRPr="00AD4C67">
        <w:rPr>
          <w:lang w:val="pl-PL"/>
        </w:rPr>
        <w:t>Kapitán</w:t>
      </w:r>
      <w:proofErr w:type="spellEnd"/>
      <w:r w:rsidRPr="00AD4C67">
        <w:rPr>
          <w:lang w:val="pl-PL"/>
        </w:rPr>
        <w:t xml:space="preserve"> jej </w:t>
      </w:r>
      <w:proofErr w:type="spellStart"/>
      <w:r w:rsidRPr="00AD4C67">
        <w:rPr>
          <w:lang w:val="pl-PL"/>
        </w:rPr>
        <w:t>může</w:t>
      </w:r>
      <w:proofErr w:type="spellEnd"/>
      <w:r w:rsidRPr="00AD4C67">
        <w:rPr>
          <w:lang w:val="pl-PL"/>
        </w:rPr>
        <w:t xml:space="preserve"> </w:t>
      </w:r>
      <w:proofErr w:type="spellStart"/>
      <w:r w:rsidRPr="00AD4C67">
        <w:rPr>
          <w:lang w:val="pl-PL"/>
        </w:rPr>
        <w:t>přiměřeně</w:t>
      </w:r>
      <w:proofErr w:type="spellEnd"/>
      <w:r w:rsidRPr="00AD4C67">
        <w:rPr>
          <w:lang w:val="pl-PL"/>
        </w:rPr>
        <w:t xml:space="preserve"> </w:t>
      </w:r>
      <w:proofErr w:type="spellStart"/>
      <w:r w:rsidRPr="00AD4C67">
        <w:rPr>
          <w:lang w:val="pl-PL"/>
        </w:rPr>
        <w:t>upravit</w:t>
      </w:r>
      <w:proofErr w:type="spellEnd"/>
      <w:r w:rsidRPr="00AD4C67">
        <w:rPr>
          <w:lang w:val="pl-PL"/>
        </w:rPr>
        <w:t xml:space="preserve"> podle </w:t>
      </w:r>
      <w:proofErr w:type="spellStart"/>
      <w:r w:rsidRPr="00AD4C67">
        <w:rPr>
          <w:lang w:val="pl-PL"/>
        </w:rPr>
        <w:t>bezpečnosti</w:t>
      </w:r>
      <w:proofErr w:type="spellEnd"/>
      <w:r w:rsidRPr="00AD4C67">
        <w:rPr>
          <w:lang w:val="pl-PL"/>
        </w:rPr>
        <w:t xml:space="preserve">, </w:t>
      </w:r>
      <w:proofErr w:type="spellStart"/>
      <w:r w:rsidRPr="00AD4C67">
        <w:rPr>
          <w:lang w:val="pl-PL"/>
        </w:rPr>
        <w:t>provozu</w:t>
      </w:r>
      <w:proofErr w:type="spellEnd"/>
      <w:r w:rsidRPr="00AD4C67">
        <w:rPr>
          <w:lang w:val="pl-PL"/>
        </w:rPr>
        <w:t xml:space="preserve"> na </w:t>
      </w:r>
      <w:proofErr w:type="spellStart"/>
      <w:r w:rsidRPr="00AD4C67">
        <w:rPr>
          <w:lang w:val="pl-PL"/>
        </w:rPr>
        <w:t>vodní</w:t>
      </w:r>
      <w:proofErr w:type="spellEnd"/>
      <w:r w:rsidRPr="00AD4C67">
        <w:rPr>
          <w:lang w:val="pl-PL"/>
        </w:rPr>
        <w:t xml:space="preserve"> </w:t>
      </w:r>
      <w:proofErr w:type="spellStart"/>
      <w:r w:rsidRPr="00AD4C67">
        <w:rPr>
          <w:lang w:val="pl-PL"/>
        </w:rPr>
        <w:t>cestě</w:t>
      </w:r>
      <w:proofErr w:type="spellEnd"/>
      <w:r w:rsidRPr="00AD4C67">
        <w:rPr>
          <w:lang w:val="pl-PL"/>
        </w:rPr>
        <w:t xml:space="preserve"> a </w:t>
      </w:r>
      <w:proofErr w:type="spellStart"/>
      <w:r w:rsidRPr="00AD4C67">
        <w:rPr>
          <w:lang w:val="pl-PL"/>
        </w:rPr>
        <w:t>dostupnosti</w:t>
      </w:r>
      <w:proofErr w:type="spellEnd"/>
      <w:r w:rsidRPr="00AD4C67">
        <w:rPr>
          <w:lang w:val="pl-PL"/>
        </w:rPr>
        <w:t xml:space="preserve"> </w:t>
      </w:r>
      <w:proofErr w:type="spellStart"/>
      <w:r w:rsidRPr="00AD4C67">
        <w:rPr>
          <w:lang w:val="pl-PL"/>
        </w:rPr>
        <w:t>plavebních</w:t>
      </w:r>
      <w:proofErr w:type="spellEnd"/>
      <w:r w:rsidRPr="00AD4C67">
        <w:rPr>
          <w:lang w:val="pl-PL"/>
        </w:rPr>
        <w:t xml:space="preserve"> </w:t>
      </w:r>
      <w:proofErr w:type="spellStart"/>
      <w:r w:rsidRPr="00AD4C67">
        <w:rPr>
          <w:lang w:val="pl-PL"/>
        </w:rPr>
        <w:t>komor</w:t>
      </w:r>
      <w:proofErr w:type="spellEnd"/>
      <w:r w:rsidRPr="00AD4C67">
        <w:rPr>
          <w:lang w:val="pl-PL"/>
        </w:rPr>
        <w:t xml:space="preserve">. </w:t>
      </w:r>
      <w:proofErr w:type="spellStart"/>
      <w:r w:rsidRPr="00AD4C67">
        <w:rPr>
          <w:lang w:val="pl-PL"/>
        </w:rPr>
        <w:t>Zásadní</w:t>
      </w:r>
      <w:proofErr w:type="spellEnd"/>
      <w:r w:rsidRPr="00AD4C67">
        <w:rPr>
          <w:lang w:val="pl-PL"/>
        </w:rPr>
        <w:t xml:space="preserve"> </w:t>
      </w:r>
      <w:proofErr w:type="spellStart"/>
      <w:r w:rsidRPr="00AD4C67">
        <w:rPr>
          <w:lang w:val="pl-PL"/>
        </w:rPr>
        <w:t>změna</w:t>
      </w:r>
      <w:proofErr w:type="spellEnd"/>
      <w:r w:rsidRPr="00AD4C67">
        <w:rPr>
          <w:lang w:val="pl-PL"/>
        </w:rPr>
        <w:t xml:space="preserve"> </w:t>
      </w:r>
      <w:proofErr w:type="spellStart"/>
      <w:r w:rsidRPr="00AD4C67">
        <w:rPr>
          <w:lang w:val="pl-PL"/>
        </w:rPr>
        <w:t>sjednaného</w:t>
      </w:r>
      <w:proofErr w:type="spellEnd"/>
      <w:r w:rsidRPr="00AD4C67">
        <w:rPr>
          <w:lang w:val="pl-PL"/>
        </w:rPr>
        <w:t xml:space="preserve"> </w:t>
      </w:r>
      <w:proofErr w:type="spellStart"/>
      <w:r w:rsidRPr="00AD4C67">
        <w:rPr>
          <w:lang w:val="pl-PL"/>
        </w:rPr>
        <w:t>plnění</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vypořádá</w:t>
      </w:r>
      <w:proofErr w:type="spellEnd"/>
      <w:r w:rsidRPr="00AD4C67">
        <w:rPr>
          <w:lang w:val="pl-PL"/>
        </w:rPr>
        <w:t xml:space="preserve"> podle </w:t>
      </w:r>
      <w:proofErr w:type="spellStart"/>
      <w:r w:rsidRPr="00AD4C67">
        <w:rPr>
          <w:lang w:val="pl-PL"/>
        </w:rPr>
        <w:t>článku</w:t>
      </w:r>
      <w:proofErr w:type="spellEnd"/>
      <w:r w:rsidRPr="00AD4C67">
        <w:rPr>
          <w:lang w:val="pl-PL"/>
        </w:rPr>
        <w:t xml:space="preserve"> 7.</w:t>
      </w:r>
    </w:p>
    <w:p w14:paraId="44185AA6" w14:textId="77777777" w:rsidR="006C464F" w:rsidRPr="00AD4C67" w:rsidRDefault="00000000">
      <w:pPr>
        <w:rPr>
          <w:lang w:val="pl-PL"/>
        </w:rPr>
      </w:pPr>
      <w:r w:rsidRPr="00AD4C67">
        <w:rPr>
          <w:lang w:val="pl-PL"/>
        </w:rPr>
        <w:t>4.6. Na jachtě Alexis se neposkytuje grilování ani služba DJ. Dostupnost ostatních služeb se řídí potvrzenou nabídkou. Přestupy mezi loděmi probíhají pouze na bezpečném místě podle pokynů posádky.</w:t>
      </w:r>
      <w:proofErr w:type="spellStart"/>
      <w:r w:rsidRPr="00AD4C67">
        <w:rPr>
          <w:lang w:val="pl-PL"/>
        </w:rPr>
      </w:r>
      <w:proofErr w:type="spellEnd"/>
      <w:r w:rsidRPr="00AD4C67">
        <w:rPr>
          <w:lang w:val="pl-PL"/>
        </w:rPr>
      </w:r>
      <w:proofErr w:type="spellStart"/>
      <w:r w:rsidRPr="00AD4C67">
        <w:rPr>
          <w:lang w:val="pl-PL"/>
        </w:rPr>
      </w:r>
      <w:proofErr w:type="spellEnd"/>
      <w:r w:rsidRPr="00AD4C67">
        <w:rPr>
          <w:lang w:val="pl-PL"/>
        </w:rPr>
      </w:r>
      <w:proofErr w:type="spellStart"/>
      <w:r w:rsidRPr="00AD4C67">
        <w:rPr>
          <w:lang w:val="pl-PL"/>
        </w:rPr>
      </w:r>
      <w:proofErr w:type="spellEnd"/>
      <w:r w:rsidRPr="00AD4C67">
        <w:rPr>
          <w:lang w:val="pl-PL"/>
        </w:rPr>
      </w:r>
      <w:proofErr w:type="spellStart"/>
      <w:r w:rsidRPr="00AD4C67">
        <w:rPr>
          <w:lang w:val="pl-PL"/>
        </w:rPr>
      </w:r>
      <w:proofErr w:type="spellEnd"/>
      <w:r w:rsidRPr="00AD4C67">
        <w:rPr>
          <w:lang w:val="pl-PL"/>
        </w:rPr>
      </w:r>
      <w:proofErr w:type="spellStart"/>
      <w:r w:rsidRPr="00AD4C67">
        <w:rPr>
          <w:lang w:val="pl-PL"/>
        </w:rPr>
      </w:r>
      <w:proofErr w:type="spellEnd"/>
      <w:r w:rsidRPr="00AD4C67">
        <w:rPr>
          <w:lang w:val="pl-PL"/>
        </w:rPr>
      </w:r>
      <w:proofErr w:type="spellStart"/>
      <w:r w:rsidRPr="00AD4C67">
        <w:rPr>
          <w:lang w:val="pl-PL"/>
        </w:rPr>
      </w:r>
      <w:proofErr w:type="spellEnd"/>
      <w:r w:rsidRPr="00AD4C67">
        <w:rPr>
          <w:lang w:val="pl-PL"/>
        </w:rPr>
      </w:r>
      <w:proofErr w:type="spellStart"/>
      <w:r w:rsidRPr="00AD4C67">
        <w:rPr>
          <w:lang w:val="pl-PL"/>
        </w:rPr>
      </w:r>
      <w:proofErr w:type="spellEnd"/>
      <w:r w:rsidRPr="00AD4C67">
        <w:rPr>
          <w:lang w:val="pl-PL"/>
        </w:rPr>
      </w:r>
      <w:proofErr w:type="spellStart"/>
      <w:r w:rsidRPr="00AD4C67">
        <w:rPr>
          <w:lang w:val="pl-PL"/>
        </w:rPr>
      </w:r>
      <w:proofErr w:type="spellEnd"/>
      <w:r w:rsidRPr="00AD4C67">
        <w:rPr>
          <w:lang w:val="pl-PL"/>
        </w:rPr>
      </w:r>
      <w:proofErr w:type="spellStart"/>
      <w:r w:rsidRPr="00AD4C67">
        <w:rPr>
          <w:lang w:val="pl-PL"/>
        </w:rPr>
      </w:r>
      <w:proofErr w:type="spellEnd"/>
      <w:r w:rsidRPr="00AD4C67">
        <w:rPr>
          <w:lang w:val="pl-PL"/>
        </w:rPr>
      </w:r>
      <w:proofErr w:type="spellStart"/>
      <w:r w:rsidRPr="00AD4C67">
        <w:rPr>
          <w:lang w:val="pl-PL"/>
        </w:rPr>
      </w:r>
      <w:proofErr w:type="spellEnd"/>
      <w:r w:rsidRPr="00AD4C67">
        <w:rPr>
          <w:lang w:val="pl-PL"/>
        </w:rPr>
      </w:r>
      <w:proofErr w:type="spellStart"/>
      <w:r w:rsidRPr="00AD4C67">
        <w:rPr>
          <w:lang w:val="pl-PL"/>
        </w:rPr>
      </w:r>
      <w:proofErr w:type="spellEnd"/>
      <w:r w:rsidRPr="00AD4C67">
        <w:rPr>
          <w:lang w:val="pl-PL"/>
        </w:rPr>
      </w:r>
      <w:proofErr w:type="spellStart"/>
      <w:r w:rsidRPr="00AD4C67">
        <w:rPr>
          <w:lang w:val="pl-PL"/>
        </w:rPr>
      </w:r>
      <w:proofErr w:type="spellEnd"/>
      <w:r w:rsidRPr="00AD4C67">
        <w:rPr>
          <w:lang w:val="pl-PL"/>
        </w:rPr>
      </w:r>
      <w:proofErr w:type="spellStart"/>
      <w:r w:rsidRPr="00AD4C67">
        <w:rPr>
          <w:lang w:val="pl-PL"/>
        </w:rPr>
      </w:r>
      <w:proofErr w:type="spellEnd"/>
      <w:r w:rsidRPr="00AD4C67">
        <w:rPr>
          <w:lang w:val="pl-PL"/>
        </w:rPr>
      </w:r>
      <w:proofErr w:type="spellStart"/>
      <w:r w:rsidRPr="00AD4C67">
        <w:rPr>
          <w:lang w:val="pl-PL"/>
        </w:rPr>
      </w:r>
      <w:proofErr w:type="spellEnd"/>
      <w:r w:rsidRPr="00AD4C67">
        <w:rPr>
          <w:lang w:val="pl-PL"/>
        </w:rPr>
      </w:r>
      <w:proofErr w:type="spellStart"/>
      <w:r w:rsidRPr="00AD4C67">
        <w:rPr>
          <w:lang w:val="pl-PL"/>
        </w:rPr>
      </w:r>
      <w:proofErr w:type="spellEnd"/>
      <w:r w:rsidRPr="00AD4C67">
        <w:rPr>
          <w:lang w:val="pl-PL"/>
        </w:rPr>
      </w:r>
      <w:proofErr w:type="spellStart"/>
      <w:r w:rsidRPr="00AD4C67">
        <w:rPr>
          <w:lang w:val="pl-PL"/>
        </w:rPr>
      </w:r>
      <w:proofErr w:type="spellEnd"/>
      <w:r w:rsidRPr="00AD4C67">
        <w:rPr>
          <w:lang w:val="pl-PL"/>
        </w:rPr>
      </w:r>
      <w:proofErr w:type="spellStart"/>
      <w:r w:rsidRPr="00AD4C67">
        <w:rPr>
          <w:lang w:val="pl-PL"/>
        </w:rPr>
      </w:r>
      <w:proofErr w:type="spellEnd"/>
      <w:r w:rsidRPr="00AD4C67">
        <w:rPr>
          <w:lang w:val="pl-PL"/>
        </w:rPr>
      </w:r>
      <w:proofErr w:type="spellStart"/>
      <w:r w:rsidRPr="00AD4C67">
        <w:rPr>
          <w:lang w:val="pl-PL"/>
        </w:rPr>
      </w:r>
      <w:proofErr w:type="spellEnd"/>
      <w:r w:rsidRPr="00AD4C67">
        <w:rPr>
          <w:lang w:val="pl-PL"/>
        </w:rPr>
      </w:r>
      <w:proofErr w:type="spellStart"/>
      <w:r w:rsidRPr="00AD4C67">
        <w:rPr>
          <w:lang w:val="pl-PL"/>
        </w:rPr>
      </w:r>
      <w:proofErr w:type="spellEnd"/>
      <w:r w:rsidRPr="00AD4C67">
        <w:rPr>
          <w:lang w:val="pl-PL"/>
        </w:rPr>
      </w:r>
      <w:proofErr w:type="spellStart"/>
      <w:r w:rsidRPr="00AD4C67">
        <w:rPr>
          <w:lang w:val="pl-PL"/>
        </w:rPr>
      </w:r>
      <w:proofErr w:type="spellEnd"/>
      <w:r w:rsidRPr="00AD4C67">
        <w:rPr>
          <w:lang w:val="pl-PL"/>
        </w:rPr>
      </w:r>
      <w:proofErr w:type="spellStart"/>
      <w:r w:rsidRPr="00AD4C67">
        <w:rPr>
          <w:lang w:val="pl-PL"/>
        </w:rPr>
      </w:r>
      <w:proofErr w:type="spellEnd"/>
      <w:r w:rsidRPr="00AD4C67">
        <w:rPr>
          <w:lang w:val="pl-PL"/>
        </w:rPr>
      </w:r>
      <w:proofErr w:type="spellStart"/>
      <w:r w:rsidRPr="00AD4C67">
        <w:rPr>
          <w:lang w:val="pl-PL"/>
        </w:rPr>
      </w:r>
      <w:proofErr w:type="spellEnd"/>
      <w:r w:rsidRPr="00AD4C67">
        <w:rPr>
          <w:lang w:val="pl-PL"/>
        </w:rPr>
      </w:r>
    </w:p>
    <w:p w14:paraId="755A65EC" w14:textId="77777777" w:rsidR="006C464F" w:rsidRPr="00AD4C67" w:rsidRDefault="00000000">
      <w:pPr>
        <w:rPr>
          <w:lang w:val="pl-PL"/>
        </w:rPr>
      </w:pPr>
      <w:r w:rsidRPr="00AD4C67">
        <w:rPr>
          <w:lang w:val="pl-PL"/>
        </w:rPr>
        <w:t xml:space="preserve">4.7. </w:t>
      </w:r>
      <w:proofErr w:type="spellStart"/>
      <w:r w:rsidRPr="00AD4C67">
        <w:rPr>
          <w:lang w:val="pl-PL"/>
        </w:rPr>
        <w:t>Maximální</w:t>
      </w:r>
      <w:proofErr w:type="spellEnd"/>
      <w:r w:rsidRPr="00AD4C67">
        <w:rPr>
          <w:lang w:val="pl-PL"/>
        </w:rPr>
        <w:t xml:space="preserve"> </w:t>
      </w:r>
      <w:proofErr w:type="spellStart"/>
      <w:r w:rsidRPr="00AD4C67">
        <w:rPr>
          <w:lang w:val="pl-PL"/>
        </w:rPr>
        <w:t>sjednatelná</w:t>
      </w:r>
      <w:proofErr w:type="spellEnd"/>
      <w:r w:rsidRPr="00AD4C67">
        <w:rPr>
          <w:lang w:val="pl-PL"/>
        </w:rPr>
        <w:t xml:space="preserve"> </w:t>
      </w:r>
      <w:proofErr w:type="spellStart"/>
      <w:r w:rsidRPr="00AD4C67">
        <w:rPr>
          <w:lang w:val="pl-PL"/>
        </w:rPr>
        <w:t>délka</w:t>
      </w:r>
      <w:proofErr w:type="spellEnd"/>
      <w:r w:rsidRPr="00AD4C67">
        <w:rPr>
          <w:lang w:val="pl-PL"/>
        </w:rPr>
        <w:t xml:space="preserve"> </w:t>
      </w:r>
      <w:proofErr w:type="spellStart"/>
      <w:r w:rsidRPr="00AD4C67">
        <w:rPr>
          <w:lang w:val="pl-PL"/>
        </w:rPr>
        <w:t>plavby</w:t>
      </w:r>
      <w:proofErr w:type="spellEnd"/>
      <w:r w:rsidRPr="00AD4C67">
        <w:rPr>
          <w:lang w:val="pl-PL"/>
        </w:rPr>
        <w:t xml:space="preserve"> je 11 </w:t>
      </w:r>
      <w:proofErr w:type="spellStart"/>
      <w:r w:rsidRPr="00AD4C67">
        <w:rPr>
          <w:lang w:val="pl-PL"/>
        </w:rPr>
        <w:t>hodin</w:t>
      </w:r>
      <w:proofErr w:type="spellEnd"/>
      <w:r w:rsidRPr="00AD4C67">
        <w:rPr>
          <w:lang w:val="pl-PL"/>
        </w:rPr>
        <w:t xml:space="preserve">. </w:t>
      </w:r>
      <w:proofErr w:type="spellStart"/>
      <w:r w:rsidRPr="00AD4C67">
        <w:rPr>
          <w:lang w:val="pl-PL"/>
        </w:rPr>
        <w:t>Plavba</w:t>
      </w:r>
      <w:proofErr w:type="spellEnd"/>
      <w:r w:rsidRPr="00AD4C67">
        <w:rPr>
          <w:lang w:val="pl-PL"/>
        </w:rPr>
        <w:t xml:space="preserve"> </w:t>
      </w:r>
      <w:proofErr w:type="spellStart"/>
      <w:r w:rsidRPr="00AD4C67">
        <w:rPr>
          <w:lang w:val="pl-PL"/>
        </w:rPr>
        <w:t>musí</w:t>
      </w:r>
      <w:proofErr w:type="spellEnd"/>
      <w:r w:rsidRPr="00AD4C67">
        <w:rPr>
          <w:lang w:val="pl-PL"/>
        </w:rPr>
        <w:t xml:space="preserve"> </w:t>
      </w:r>
      <w:proofErr w:type="spellStart"/>
      <w:r w:rsidRPr="00AD4C67">
        <w:rPr>
          <w:lang w:val="pl-PL"/>
        </w:rPr>
        <w:t>být</w:t>
      </w:r>
      <w:proofErr w:type="spellEnd"/>
      <w:r w:rsidRPr="00AD4C67">
        <w:rPr>
          <w:lang w:val="pl-PL"/>
        </w:rPr>
        <w:t xml:space="preserve"> </w:t>
      </w:r>
      <w:proofErr w:type="spellStart"/>
      <w:r w:rsidRPr="00AD4C67">
        <w:rPr>
          <w:lang w:val="pl-PL"/>
        </w:rPr>
        <w:t>vždy</w:t>
      </w:r>
      <w:proofErr w:type="spellEnd"/>
      <w:r w:rsidRPr="00AD4C67">
        <w:rPr>
          <w:lang w:val="pl-PL"/>
        </w:rPr>
        <w:t xml:space="preserve"> </w:t>
      </w:r>
      <w:proofErr w:type="spellStart"/>
      <w:r w:rsidRPr="00AD4C67">
        <w:rPr>
          <w:lang w:val="pl-PL"/>
        </w:rPr>
        <w:t>ukončena</w:t>
      </w:r>
      <w:proofErr w:type="spellEnd"/>
      <w:r w:rsidRPr="00AD4C67">
        <w:rPr>
          <w:lang w:val="pl-PL"/>
        </w:rPr>
        <w:t xml:space="preserve"> </w:t>
      </w:r>
      <w:proofErr w:type="spellStart"/>
      <w:r w:rsidRPr="00AD4C67">
        <w:rPr>
          <w:lang w:val="pl-PL"/>
        </w:rPr>
        <w:t>nejpozději</w:t>
      </w:r>
      <w:proofErr w:type="spellEnd"/>
      <w:r w:rsidRPr="00AD4C67">
        <w:rPr>
          <w:lang w:val="pl-PL"/>
        </w:rPr>
        <w:t xml:space="preserve"> o </w:t>
      </w:r>
      <w:proofErr w:type="spellStart"/>
      <w:r w:rsidRPr="00AD4C67">
        <w:rPr>
          <w:lang w:val="pl-PL"/>
        </w:rPr>
        <w:t>půlnoci</w:t>
      </w:r>
      <w:proofErr w:type="spellEnd"/>
      <w:r w:rsidRPr="00AD4C67">
        <w:rPr>
          <w:lang w:val="pl-PL"/>
        </w:rPr>
        <w:t xml:space="preserve">; </w:t>
      </w:r>
      <w:proofErr w:type="spellStart"/>
      <w:r w:rsidRPr="00AD4C67">
        <w:rPr>
          <w:lang w:val="pl-PL"/>
        </w:rPr>
        <w:t>tento</w:t>
      </w:r>
      <w:proofErr w:type="spellEnd"/>
      <w:r w:rsidRPr="00AD4C67">
        <w:rPr>
          <w:lang w:val="pl-PL"/>
        </w:rPr>
        <w:t xml:space="preserve"> </w:t>
      </w:r>
      <w:proofErr w:type="spellStart"/>
      <w:r w:rsidRPr="00AD4C67">
        <w:rPr>
          <w:lang w:val="pl-PL"/>
        </w:rPr>
        <w:t>časový</w:t>
      </w:r>
      <w:proofErr w:type="spellEnd"/>
      <w:r w:rsidRPr="00AD4C67">
        <w:rPr>
          <w:lang w:val="pl-PL"/>
        </w:rPr>
        <w:t xml:space="preserve"> limit </w:t>
      </w:r>
      <w:proofErr w:type="spellStart"/>
      <w:r w:rsidRPr="00AD4C67">
        <w:rPr>
          <w:lang w:val="pl-PL"/>
        </w:rPr>
        <w:t>platí</w:t>
      </w:r>
      <w:proofErr w:type="spellEnd"/>
      <w:r w:rsidRPr="00AD4C67">
        <w:rPr>
          <w:lang w:val="pl-PL"/>
        </w:rPr>
        <w:t xml:space="preserve"> i </w:t>
      </w:r>
      <w:proofErr w:type="spellStart"/>
      <w:r w:rsidRPr="00AD4C67">
        <w:rPr>
          <w:lang w:val="pl-PL"/>
        </w:rPr>
        <w:t>tehdy</w:t>
      </w:r>
      <w:proofErr w:type="spellEnd"/>
      <w:r w:rsidRPr="00AD4C67">
        <w:rPr>
          <w:lang w:val="pl-PL"/>
        </w:rPr>
        <w:t xml:space="preserve">, </w:t>
      </w:r>
      <w:proofErr w:type="spellStart"/>
      <w:r w:rsidRPr="00AD4C67">
        <w:rPr>
          <w:lang w:val="pl-PL"/>
        </w:rPr>
        <w:t>pokud</w:t>
      </w:r>
      <w:proofErr w:type="spellEnd"/>
      <w:r w:rsidRPr="00AD4C67">
        <w:rPr>
          <w:lang w:val="pl-PL"/>
        </w:rPr>
        <w:t xml:space="preserve"> by </w:t>
      </w:r>
      <w:proofErr w:type="spellStart"/>
      <w:r w:rsidRPr="00AD4C67">
        <w:rPr>
          <w:lang w:val="pl-PL"/>
        </w:rPr>
        <w:t>sjednaných</w:t>
      </w:r>
      <w:proofErr w:type="spellEnd"/>
      <w:r w:rsidRPr="00AD4C67">
        <w:rPr>
          <w:lang w:val="pl-PL"/>
        </w:rPr>
        <w:t xml:space="preserve"> 11 </w:t>
      </w:r>
      <w:proofErr w:type="spellStart"/>
      <w:r w:rsidRPr="00AD4C67">
        <w:rPr>
          <w:lang w:val="pl-PL"/>
        </w:rPr>
        <w:t>hodin</w:t>
      </w:r>
      <w:proofErr w:type="spellEnd"/>
      <w:r w:rsidRPr="00AD4C67">
        <w:rPr>
          <w:lang w:val="pl-PL"/>
        </w:rPr>
        <w:t xml:space="preserve"> </w:t>
      </w:r>
      <w:proofErr w:type="spellStart"/>
      <w:r w:rsidRPr="00AD4C67">
        <w:rPr>
          <w:lang w:val="pl-PL"/>
        </w:rPr>
        <w:t>uplynulo</w:t>
      </w:r>
      <w:proofErr w:type="spellEnd"/>
      <w:r w:rsidRPr="00AD4C67">
        <w:rPr>
          <w:lang w:val="pl-PL"/>
        </w:rPr>
        <w:t xml:space="preserve"> </w:t>
      </w:r>
      <w:proofErr w:type="spellStart"/>
      <w:r w:rsidRPr="00AD4C67">
        <w:rPr>
          <w:lang w:val="pl-PL"/>
        </w:rPr>
        <w:t>později</w:t>
      </w:r>
      <w:proofErr w:type="spellEnd"/>
      <w:r w:rsidRPr="00AD4C67">
        <w:rPr>
          <w:lang w:val="pl-PL"/>
        </w:rPr>
        <w:t>.</w:t>
      </w:r>
    </w:p>
    <w:p w14:paraId="280503D9" w14:textId="77777777" w:rsidR="006C464F" w:rsidRPr="00AD4C67" w:rsidRDefault="00000000">
      <w:pPr>
        <w:pStyle w:val="Nadpis1"/>
        <w:rPr>
          <w:lang w:val="pl-PL"/>
        </w:rPr>
      </w:pPr>
      <w:r w:rsidRPr="00AD4C67">
        <w:rPr>
          <w:lang w:val="pl-PL"/>
        </w:rPr>
        <w:t xml:space="preserve">5 </w:t>
      </w:r>
      <w:proofErr w:type="spellStart"/>
      <w:r w:rsidRPr="00AD4C67">
        <w:rPr>
          <w:lang w:val="pl-PL"/>
        </w:rPr>
        <w:t>Bezpečnost</w:t>
      </w:r>
      <w:proofErr w:type="spellEnd"/>
      <w:r w:rsidRPr="00AD4C67">
        <w:rPr>
          <w:lang w:val="pl-PL"/>
        </w:rPr>
        <w:t xml:space="preserve"> a </w:t>
      </w:r>
      <w:proofErr w:type="spellStart"/>
      <w:r w:rsidRPr="00AD4C67">
        <w:rPr>
          <w:lang w:val="pl-PL"/>
        </w:rPr>
        <w:t>chování</w:t>
      </w:r>
      <w:proofErr w:type="spellEnd"/>
      <w:r w:rsidRPr="00AD4C67">
        <w:rPr>
          <w:lang w:val="pl-PL"/>
        </w:rPr>
        <w:t xml:space="preserve"> na </w:t>
      </w:r>
      <w:proofErr w:type="spellStart"/>
      <w:r w:rsidRPr="00AD4C67">
        <w:rPr>
          <w:lang w:val="pl-PL"/>
        </w:rPr>
        <w:t>palubě</w:t>
      </w:r>
      <w:proofErr w:type="spellEnd"/>
    </w:p>
    <w:p w14:paraId="63717213" w14:textId="77777777" w:rsidR="006C464F" w:rsidRPr="00AD4C67" w:rsidRDefault="00000000">
      <w:pPr>
        <w:rPr>
          <w:lang w:val="pl-PL"/>
        </w:rPr>
      </w:pPr>
      <w:r w:rsidRPr="00AD4C67">
        <w:rPr>
          <w:lang w:val="pl-PL"/>
        </w:rPr>
        <w:t xml:space="preserve">5.1. </w:t>
      </w:r>
      <w:proofErr w:type="spellStart"/>
      <w:r w:rsidRPr="00AD4C67">
        <w:rPr>
          <w:lang w:val="pl-PL"/>
        </w:rPr>
        <w:t>Kapitán</w:t>
      </w:r>
      <w:proofErr w:type="spellEnd"/>
      <w:r w:rsidRPr="00AD4C67">
        <w:rPr>
          <w:lang w:val="pl-PL"/>
        </w:rPr>
        <w:t xml:space="preserve"> </w:t>
      </w:r>
      <w:proofErr w:type="spellStart"/>
      <w:r w:rsidRPr="00AD4C67">
        <w:rPr>
          <w:lang w:val="pl-PL"/>
        </w:rPr>
        <w:t>rozhoduje</w:t>
      </w:r>
      <w:proofErr w:type="spellEnd"/>
      <w:r w:rsidRPr="00AD4C67">
        <w:rPr>
          <w:lang w:val="pl-PL"/>
        </w:rPr>
        <w:t xml:space="preserve"> o </w:t>
      </w:r>
      <w:proofErr w:type="spellStart"/>
      <w:r w:rsidRPr="00AD4C67">
        <w:rPr>
          <w:lang w:val="pl-PL"/>
        </w:rPr>
        <w:t>bezpečném</w:t>
      </w:r>
      <w:proofErr w:type="spellEnd"/>
      <w:r w:rsidRPr="00AD4C67">
        <w:rPr>
          <w:lang w:val="pl-PL"/>
        </w:rPr>
        <w:t xml:space="preserve"> </w:t>
      </w:r>
      <w:proofErr w:type="spellStart"/>
      <w:r w:rsidRPr="00AD4C67">
        <w:rPr>
          <w:lang w:val="pl-PL"/>
        </w:rPr>
        <w:t>vyplutí</w:t>
      </w:r>
      <w:proofErr w:type="spellEnd"/>
      <w:r w:rsidRPr="00AD4C67">
        <w:rPr>
          <w:lang w:val="pl-PL"/>
        </w:rPr>
        <w:t xml:space="preserve">, </w:t>
      </w:r>
      <w:proofErr w:type="spellStart"/>
      <w:r w:rsidRPr="00AD4C67">
        <w:rPr>
          <w:lang w:val="pl-PL"/>
        </w:rPr>
        <w:t>trase</w:t>
      </w:r>
      <w:proofErr w:type="spellEnd"/>
      <w:r w:rsidRPr="00AD4C67">
        <w:rPr>
          <w:lang w:val="pl-PL"/>
        </w:rPr>
        <w:t xml:space="preserve">, </w:t>
      </w:r>
      <w:proofErr w:type="spellStart"/>
      <w:r w:rsidRPr="00AD4C67">
        <w:rPr>
          <w:lang w:val="pl-PL"/>
        </w:rPr>
        <w:t>přistání</w:t>
      </w:r>
      <w:proofErr w:type="spellEnd"/>
      <w:r w:rsidRPr="00AD4C67">
        <w:rPr>
          <w:lang w:val="pl-PL"/>
        </w:rPr>
        <w:t xml:space="preserve"> a </w:t>
      </w:r>
      <w:proofErr w:type="spellStart"/>
      <w:r w:rsidRPr="00AD4C67">
        <w:rPr>
          <w:lang w:val="pl-PL"/>
        </w:rPr>
        <w:t>případném</w:t>
      </w:r>
      <w:proofErr w:type="spellEnd"/>
      <w:r w:rsidRPr="00AD4C67">
        <w:rPr>
          <w:lang w:val="pl-PL"/>
        </w:rPr>
        <w:t xml:space="preserve"> </w:t>
      </w:r>
      <w:proofErr w:type="spellStart"/>
      <w:r w:rsidRPr="00AD4C67">
        <w:rPr>
          <w:lang w:val="pl-PL"/>
        </w:rPr>
        <w:t>přerušení</w:t>
      </w:r>
      <w:proofErr w:type="spellEnd"/>
      <w:r w:rsidRPr="00AD4C67">
        <w:rPr>
          <w:lang w:val="pl-PL"/>
        </w:rPr>
        <w:t xml:space="preserve"> </w:t>
      </w:r>
      <w:proofErr w:type="spellStart"/>
      <w:r w:rsidRPr="00AD4C67">
        <w:rPr>
          <w:lang w:val="pl-PL"/>
        </w:rPr>
        <w:t>plavby</w:t>
      </w:r>
      <w:proofErr w:type="spellEnd"/>
      <w:r w:rsidRPr="00AD4C67">
        <w:rPr>
          <w:lang w:val="pl-PL"/>
        </w:rPr>
        <w:t xml:space="preserve">. </w:t>
      </w:r>
      <w:proofErr w:type="spellStart"/>
      <w:r w:rsidRPr="00AD4C67">
        <w:rPr>
          <w:lang w:val="pl-PL"/>
        </w:rPr>
        <w:t>Účastníci</w:t>
      </w:r>
      <w:proofErr w:type="spellEnd"/>
      <w:r w:rsidRPr="00AD4C67">
        <w:rPr>
          <w:lang w:val="pl-PL"/>
        </w:rPr>
        <w:t xml:space="preserve"> </w:t>
      </w:r>
      <w:proofErr w:type="spellStart"/>
      <w:r w:rsidRPr="00AD4C67">
        <w:rPr>
          <w:lang w:val="pl-PL"/>
        </w:rPr>
        <w:t>musí</w:t>
      </w:r>
      <w:proofErr w:type="spellEnd"/>
      <w:r w:rsidRPr="00AD4C67">
        <w:rPr>
          <w:lang w:val="pl-PL"/>
        </w:rPr>
        <w:t xml:space="preserve"> </w:t>
      </w:r>
      <w:proofErr w:type="spellStart"/>
      <w:r w:rsidRPr="00AD4C67">
        <w:rPr>
          <w:lang w:val="pl-PL"/>
        </w:rPr>
        <w:t>dodržovat</w:t>
      </w:r>
      <w:proofErr w:type="spellEnd"/>
      <w:r w:rsidRPr="00AD4C67">
        <w:rPr>
          <w:lang w:val="pl-PL"/>
        </w:rPr>
        <w:t xml:space="preserve"> </w:t>
      </w:r>
      <w:proofErr w:type="spellStart"/>
      <w:r w:rsidRPr="00AD4C67">
        <w:rPr>
          <w:lang w:val="pl-PL"/>
        </w:rPr>
        <w:t>bezpečnostní</w:t>
      </w:r>
      <w:proofErr w:type="spellEnd"/>
      <w:r w:rsidRPr="00AD4C67">
        <w:rPr>
          <w:lang w:val="pl-PL"/>
        </w:rPr>
        <w:t xml:space="preserve"> </w:t>
      </w:r>
      <w:proofErr w:type="spellStart"/>
      <w:r w:rsidRPr="00AD4C67">
        <w:rPr>
          <w:lang w:val="pl-PL"/>
        </w:rPr>
        <w:t>pokyny</w:t>
      </w:r>
      <w:proofErr w:type="spellEnd"/>
      <w:r w:rsidRPr="00AD4C67">
        <w:rPr>
          <w:lang w:val="pl-PL"/>
        </w:rPr>
        <w:t xml:space="preserve"> </w:t>
      </w:r>
      <w:proofErr w:type="spellStart"/>
      <w:r w:rsidRPr="00AD4C67">
        <w:rPr>
          <w:lang w:val="pl-PL"/>
        </w:rPr>
        <w:t>posádky</w:t>
      </w:r>
      <w:proofErr w:type="spellEnd"/>
      <w:r w:rsidRPr="00AD4C67">
        <w:rPr>
          <w:lang w:val="pl-PL"/>
        </w:rPr>
        <w:t xml:space="preserve">, </w:t>
      </w:r>
      <w:proofErr w:type="spellStart"/>
      <w:r w:rsidRPr="00AD4C67">
        <w:rPr>
          <w:lang w:val="pl-PL"/>
        </w:rPr>
        <w:t>používat</w:t>
      </w:r>
      <w:proofErr w:type="spellEnd"/>
      <w:r w:rsidRPr="00AD4C67">
        <w:rPr>
          <w:lang w:val="pl-PL"/>
        </w:rPr>
        <w:t xml:space="preserve"> </w:t>
      </w:r>
      <w:proofErr w:type="spellStart"/>
      <w:r w:rsidRPr="00AD4C67">
        <w:rPr>
          <w:lang w:val="pl-PL"/>
        </w:rPr>
        <w:t>předepsané</w:t>
      </w:r>
      <w:proofErr w:type="spellEnd"/>
      <w:r w:rsidRPr="00AD4C67">
        <w:rPr>
          <w:lang w:val="pl-PL"/>
        </w:rPr>
        <w:t xml:space="preserve"> </w:t>
      </w:r>
      <w:proofErr w:type="spellStart"/>
      <w:r w:rsidRPr="00AD4C67">
        <w:rPr>
          <w:lang w:val="pl-PL"/>
        </w:rPr>
        <w:t>ochranné</w:t>
      </w:r>
      <w:proofErr w:type="spellEnd"/>
      <w:r w:rsidRPr="00AD4C67">
        <w:rPr>
          <w:lang w:val="pl-PL"/>
        </w:rPr>
        <w:t xml:space="preserve"> </w:t>
      </w:r>
      <w:proofErr w:type="spellStart"/>
      <w:r w:rsidRPr="00AD4C67">
        <w:rPr>
          <w:lang w:val="pl-PL"/>
        </w:rPr>
        <w:t>prostředky</w:t>
      </w:r>
      <w:proofErr w:type="spellEnd"/>
      <w:r w:rsidRPr="00AD4C67">
        <w:rPr>
          <w:lang w:val="pl-PL"/>
        </w:rPr>
        <w:t xml:space="preserve"> a </w:t>
      </w:r>
      <w:proofErr w:type="spellStart"/>
      <w:r w:rsidRPr="00AD4C67">
        <w:rPr>
          <w:lang w:val="pl-PL"/>
        </w:rPr>
        <w:t>nezasahovat</w:t>
      </w:r>
      <w:proofErr w:type="spellEnd"/>
      <w:r w:rsidRPr="00AD4C67">
        <w:rPr>
          <w:lang w:val="pl-PL"/>
        </w:rPr>
        <w:t xml:space="preserve"> do </w:t>
      </w:r>
      <w:proofErr w:type="spellStart"/>
      <w:r w:rsidRPr="00AD4C67">
        <w:rPr>
          <w:lang w:val="pl-PL"/>
        </w:rPr>
        <w:t>řízení</w:t>
      </w:r>
      <w:proofErr w:type="spellEnd"/>
      <w:r w:rsidRPr="00AD4C67">
        <w:rPr>
          <w:lang w:val="pl-PL"/>
        </w:rPr>
        <w:t xml:space="preserve">, </w:t>
      </w:r>
      <w:proofErr w:type="spellStart"/>
      <w:r w:rsidRPr="00AD4C67">
        <w:rPr>
          <w:lang w:val="pl-PL"/>
        </w:rPr>
        <w:t>technického</w:t>
      </w:r>
      <w:proofErr w:type="spellEnd"/>
      <w:r w:rsidRPr="00AD4C67">
        <w:rPr>
          <w:lang w:val="pl-PL"/>
        </w:rPr>
        <w:t xml:space="preserve"> ani </w:t>
      </w:r>
      <w:proofErr w:type="spellStart"/>
      <w:r w:rsidRPr="00AD4C67">
        <w:rPr>
          <w:lang w:val="pl-PL"/>
        </w:rPr>
        <w:t>bezpečnostního</w:t>
      </w:r>
      <w:proofErr w:type="spellEnd"/>
      <w:r w:rsidRPr="00AD4C67">
        <w:rPr>
          <w:lang w:val="pl-PL"/>
        </w:rPr>
        <w:t xml:space="preserve"> </w:t>
      </w:r>
      <w:proofErr w:type="spellStart"/>
      <w:r w:rsidRPr="00AD4C67">
        <w:rPr>
          <w:lang w:val="pl-PL"/>
        </w:rPr>
        <w:t>vybavení</w:t>
      </w:r>
      <w:proofErr w:type="spellEnd"/>
      <w:r w:rsidRPr="00AD4C67">
        <w:rPr>
          <w:lang w:val="pl-PL"/>
        </w:rPr>
        <w:t xml:space="preserve"> </w:t>
      </w:r>
      <w:proofErr w:type="spellStart"/>
      <w:r w:rsidRPr="00AD4C67">
        <w:rPr>
          <w:lang w:val="pl-PL"/>
        </w:rPr>
        <w:t>plavidla</w:t>
      </w:r>
      <w:proofErr w:type="spellEnd"/>
      <w:r w:rsidRPr="00AD4C67">
        <w:rPr>
          <w:lang w:val="pl-PL"/>
        </w:rPr>
        <w:t>.</w:t>
      </w:r>
    </w:p>
    <w:p w14:paraId="12321F5E" w14:textId="77777777" w:rsidR="006C464F" w:rsidRPr="00AD4C67" w:rsidRDefault="00000000">
      <w:pPr>
        <w:rPr>
          <w:lang w:val="pl-PL"/>
        </w:rPr>
      </w:pPr>
      <w:r w:rsidRPr="00AD4C67">
        <w:rPr>
          <w:lang w:val="pl-PL"/>
        </w:rPr>
        <w:t xml:space="preserve">5.2. </w:t>
      </w:r>
      <w:proofErr w:type="spellStart"/>
      <w:r w:rsidRPr="00AD4C67">
        <w:rPr>
          <w:lang w:val="pl-PL"/>
        </w:rPr>
        <w:t>Zákazník</w:t>
      </w:r>
      <w:proofErr w:type="spellEnd"/>
      <w:r w:rsidRPr="00AD4C67">
        <w:rPr>
          <w:lang w:val="pl-PL"/>
        </w:rPr>
        <w:t xml:space="preserve"> </w:t>
      </w:r>
      <w:proofErr w:type="spellStart"/>
      <w:r w:rsidRPr="00AD4C67">
        <w:rPr>
          <w:lang w:val="pl-PL"/>
        </w:rPr>
        <w:t>předá</w:t>
      </w:r>
      <w:proofErr w:type="spellEnd"/>
      <w:r w:rsidRPr="00AD4C67">
        <w:rPr>
          <w:lang w:val="pl-PL"/>
        </w:rPr>
        <w:t xml:space="preserve"> </w:t>
      </w:r>
      <w:proofErr w:type="spellStart"/>
      <w:r w:rsidRPr="00AD4C67">
        <w:rPr>
          <w:lang w:val="pl-PL"/>
        </w:rPr>
        <w:t>účastníkům</w:t>
      </w:r>
      <w:proofErr w:type="spellEnd"/>
      <w:r w:rsidRPr="00AD4C67">
        <w:rPr>
          <w:lang w:val="pl-PL"/>
        </w:rPr>
        <w:t xml:space="preserve"> </w:t>
      </w:r>
      <w:proofErr w:type="spellStart"/>
      <w:r w:rsidRPr="00AD4C67">
        <w:rPr>
          <w:lang w:val="pl-PL"/>
        </w:rPr>
        <w:t>před</w:t>
      </w:r>
      <w:proofErr w:type="spellEnd"/>
      <w:r w:rsidRPr="00AD4C67">
        <w:rPr>
          <w:lang w:val="pl-PL"/>
        </w:rPr>
        <w:t xml:space="preserve"> </w:t>
      </w:r>
      <w:proofErr w:type="spellStart"/>
      <w:r w:rsidRPr="00AD4C67">
        <w:rPr>
          <w:lang w:val="pl-PL"/>
        </w:rPr>
        <w:t>akcí</w:t>
      </w:r>
      <w:proofErr w:type="spellEnd"/>
      <w:r w:rsidRPr="00AD4C67">
        <w:rPr>
          <w:lang w:val="pl-PL"/>
        </w:rPr>
        <w:t xml:space="preserve"> </w:t>
      </w:r>
      <w:proofErr w:type="spellStart"/>
      <w:r w:rsidRPr="00AD4C67">
        <w:rPr>
          <w:lang w:val="pl-PL"/>
        </w:rPr>
        <w:t>bezpečnostní</w:t>
      </w:r>
      <w:proofErr w:type="spellEnd"/>
      <w:r w:rsidRPr="00AD4C67">
        <w:rPr>
          <w:lang w:val="pl-PL"/>
        </w:rPr>
        <w:t xml:space="preserve"> </w:t>
      </w:r>
      <w:proofErr w:type="spellStart"/>
      <w:r w:rsidRPr="00AD4C67">
        <w:rPr>
          <w:lang w:val="pl-PL"/>
        </w:rPr>
        <w:t>pravidla</w:t>
      </w:r>
      <w:proofErr w:type="spellEnd"/>
      <w:r w:rsidRPr="00AD4C67">
        <w:rPr>
          <w:lang w:val="pl-PL"/>
        </w:rPr>
        <w:t xml:space="preserve">, </w:t>
      </w:r>
      <w:proofErr w:type="spellStart"/>
      <w:r w:rsidRPr="00AD4C67">
        <w:rPr>
          <w:lang w:val="pl-PL"/>
        </w:rPr>
        <w:t>která</w:t>
      </w:r>
      <w:proofErr w:type="spellEnd"/>
      <w:r w:rsidRPr="00AD4C67">
        <w:rPr>
          <w:lang w:val="pl-PL"/>
        </w:rPr>
        <w:t xml:space="preserve"> </w:t>
      </w:r>
      <w:proofErr w:type="spellStart"/>
      <w:r w:rsidRPr="00AD4C67">
        <w:rPr>
          <w:lang w:val="pl-PL"/>
        </w:rPr>
        <w:t>obdržel</w:t>
      </w:r>
      <w:proofErr w:type="spellEnd"/>
      <w:r w:rsidRPr="00AD4C67">
        <w:rPr>
          <w:lang w:val="pl-PL"/>
        </w:rPr>
        <w:t xml:space="preserve"> od </w:t>
      </w:r>
      <w:proofErr w:type="spellStart"/>
      <w:r w:rsidRPr="00AD4C67">
        <w:rPr>
          <w:lang w:val="pl-PL"/>
        </w:rPr>
        <w:t>poskytovatele</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zajistí</w:t>
      </w:r>
      <w:proofErr w:type="spellEnd"/>
      <w:r w:rsidRPr="00AD4C67">
        <w:rPr>
          <w:lang w:val="pl-PL"/>
        </w:rPr>
        <w:t xml:space="preserve"> </w:t>
      </w:r>
      <w:proofErr w:type="spellStart"/>
      <w:r w:rsidRPr="00AD4C67">
        <w:rPr>
          <w:lang w:val="pl-PL"/>
        </w:rPr>
        <w:t>potřebné</w:t>
      </w:r>
      <w:proofErr w:type="spellEnd"/>
      <w:r w:rsidRPr="00AD4C67">
        <w:rPr>
          <w:lang w:val="pl-PL"/>
        </w:rPr>
        <w:t xml:space="preserve"> </w:t>
      </w:r>
      <w:proofErr w:type="spellStart"/>
      <w:r w:rsidRPr="00AD4C67">
        <w:rPr>
          <w:lang w:val="pl-PL"/>
        </w:rPr>
        <w:t>poučení</w:t>
      </w:r>
      <w:proofErr w:type="spellEnd"/>
      <w:r w:rsidRPr="00AD4C67">
        <w:rPr>
          <w:lang w:val="pl-PL"/>
        </w:rPr>
        <w:t xml:space="preserve"> na </w:t>
      </w:r>
      <w:proofErr w:type="spellStart"/>
      <w:r w:rsidRPr="00AD4C67">
        <w:rPr>
          <w:lang w:val="pl-PL"/>
        </w:rPr>
        <w:t>palubě</w:t>
      </w:r>
      <w:proofErr w:type="spellEnd"/>
      <w:r w:rsidRPr="00AD4C67">
        <w:rPr>
          <w:lang w:val="pl-PL"/>
        </w:rPr>
        <w:t xml:space="preserve">. Za </w:t>
      </w:r>
      <w:proofErr w:type="spellStart"/>
      <w:r w:rsidRPr="00AD4C67">
        <w:rPr>
          <w:lang w:val="pl-PL"/>
        </w:rPr>
        <w:t>dohled</w:t>
      </w:r>
      <w:proofErr w:type="spellEnd"/>
      <w:r w:rsidRPr="00AD4C67">
        <w:rPr>
          <w:lang w:val="pl-PL"/>
        </w:rPr>
        <w:t xml:space="preserve"> nad </w:t>
      </w:r>
      <w:proofErr w:type="spellStart"/>
      <w:r w:rsidRPr="00AD4C67">
        <w:rPr>
          <w:lang w:val="pl-PL"/>
        </w:rPr>
        <w:t>nezletilými</w:t>
      </w:r>
      <w:proofErr w:type="spellEnd"/>
      <w:r w:rsidRPr="00AD4C67">
        <w:rPr>
          <w:lang w:val="pl-PL"/>
        </w:rPr>
        <w:t xml:space="preserve"> </w:t>
      </w:r>
      <w:proofErr w:type="spellStart"/>
      <w:r w:rsidRPr="00AD4C67">
        <w:rPr>
          <w:lang w:val="pl-PL"/>
        </w:rPr>
        <w:t>odpovídá</w:t>
      </w:r>
      <w:proofErr w:type="spellEnd"/>
      <w:r w:rsidRPr="00AD4C67">
        <w:rPr>
          <w:lang w:val="pl-PL"/>
        </w:rPr>
        <w:t xml:space="preserve"> </w:t>
      </w:r>
      <w:proofErr w:type="spellStart"/>
      <w:r w:rsidRPr="00AD4C67">
        <w:rPr>
          <w:lang w:val="pl-PL"/>
        </w:rPr>
        <w:t>jejich</w:t>
      </w:r>
      <w:proofErr w:type="spellEnd"/>
      <w:r w:rsidRPr="00AD4C67">
        <w:rPr>
          <w:lang w:val="pl-PL"/>
        </w:rPr>
        <w:t xml:space="preserve"> </w:t>
      </w:r>
      <w:proofErr w:type="spellStart"/>
      <w:r w:rsidRPr="00AD4C67">
        <w:rPr>
          <w:lang w:val="pl-PL"/>
        </w:rPr>
        <w:t>zákonný</w:t>
      </w:r>
      <w:proofErr w:type="spellEnd"/>
      <w:r w:rsidRPr="00AD4C67">
        <w:rPr>
          <w:lang w:val="pl-PL"/>
        </w:rPr>
        <w:t xml:space="preserve"> </w:t>
      </w:r>
      <w:proofErr w:type="spellStart"/>
      <w:r w:rsidRPr="00AD4C67">
        <w:rPr>
          <w:lang w:val="pl-PL"/>
        </w:rPr>
        <w:t>zástupce</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pověřený</w:t>
      </w:r>
      <w:proofErr w:type="spellEnd"/>
      <w:r w:rsidRPr="00AD4C67">
        <w:rPr>
          <w:lang w:val="pl-PL"/>
        </w:rPr>
        <w:t xml:space="preserve"> </w:t>
      </w:r>
      <w:proofErr w:type="spellStart"/>
      <w:r w:rsidRPr="00AD4C67">
        <w:rPr>
          <w:lang w:val="pl-PL"/>
        </w:rPr>
        <w:t>dospělý</w:t>
      </w:r>
      <w:proofErr w:type="spellEnd"/>
      <w:r w:rsidRPr="00AD4C67">
        <w:rPr>
          <w:lang w:val="pl-PL"/>
        </w:rPr>
        <w:t xml:space="preserve">; </w:t>
      </w:r>
      <w:proofErr w:type="spellStart"/>
      <w:r w:rsidRPr="00AD4C67">
        <w:rPr>
          <w:lang w:val="pl-PL"/>
        </w:rPr>
        <w:t>tím</w:t>
      </w:r>
      <w:proofErr w:type="spellEnd"/>
      <w:r w:rsidRPr="00AD4C67">
        <w:rPr>
          <w:lang w:val="pl-PL"/>
        </w:rPr>
        <w:t xml:space="preserve"> </w:t>
      </w:r>
      <w:proofErr w:type="spellStart"/>
      <w:r w:rsidRPr="00AD4C67">
        <w:rPr>
          <w:lang w:val="pl-PL"/>
        </w:rPr>
        <w:t>není</w:t>
      </w:r>
      <w:proofErr w:type="spellEnd"/>
      <w:r w:rsidRPr="00AD4C67">
        <w:rPr>
          <w:lang w:val="pl-PL"/>
        </w:rPr>
        <w:t xml:space="preserve"> </w:t>
      </w:r>
      <w:proofErr w:type="spellStart"/>
      <w:r w:rsidRPr="00AD4C67">
        <w:rPr>
          <w:lang w:val="pl-PL"/>
        </w:rPr>
        <w:t>dotčena</w:t>
      </w:r>
      <w:proofErr w:type="spellEnd"/>
      <w:r w:rsidRPr="00AD4C67">
        <w:rPr>
          <w:lang w:val="pl-PL"/>
        </w:rPr>
        <w:t xml:space="preserve"> </w:t>
      </w:r>
      <w:proofErr w:type="spellStart"/>
      <w:r w:rsidRPr="00AD4C67">
        <w:rPr>
          <w:lang w:val="pl-PL"/>
        </w:rPr>
        <w:t>povinnost</w:t>
      </w:r>
      <w:proofErr w:type="spellEnd"/>
      <w:r w:rsidRPr="00AD4C67">
        <w:rPr>
          <w:lang w:val="pl-PL"/>
        </w:rPr>
        <w:t xml:space="preserve"> </w:t>
      </w:r>
      <w:proofErr w:type="spellStart"/>
      <w:r w:rsidRPr="00AD4C67">
        <w:rPr>
          <w:lang w:val="pl-PL"/>
        </w:rPr>
        <w:t>poskytovatele</w:t>
      </w:r>
      <w:proofErr w:type="spellEnd"/>
      <w:r w:rsidRPr="00AD4C67">
        <w:rPr>
          <w:lang w:val="pl-PL"/>
        </w:rPr>
        <w:t xml:space="preserve"> </w:t>
      </w:r>
      <w:proofErr w:type="spellStart"/>
      <w:r w:rsidRPr="00AD4C67">
        <w:rPr>
          <w:lang w:val="pl-PL"/>
        </w:rPr>
        <w:t>zajistit</w:t>
      </w:r>
      <w:proofErr w:type="spellEnd"/>
      <w:r w:rsidRPr="00AD4C67">
        <w:rPr>
          <w:lang w:val="pl-PL"/>
        </w:rPr>
        <w:t xml:space="preserve"> </w:t>
      </w:r>
      <w:proofErr w:type="spellStart"/>
      <w:r w:rsidRPr="00AD4C67">
        <w:rPr>
          <w:lang w:val="pl-PL"/>
        </w:rPr>
        <w:t>bezpečný</w:t>
      </w:r>
      <w:proofErr w:type="spellEnd"/>
      <w:r w:rsidRPr="00AD4C67">
        <w:rPr>
          <w:lang w:val="pl-PL"/>
        </w:rPr>
        <w:t xml:space="preserve"> </w:t>
      </w:r>
      <w:proofErr w:type="spellStart"/>
      <w:r w:rsidRPr="00AD4C67">
        <w:rPr>
          <w:lang w:val="pl-PL"/>
        </w:rPr>
        <w:t>provoz</w:t>
      </w:r>
      <w:proofErr w:type="spellEnd"/>
      <w:r w:rsidRPr="00AD4C67">
        <w:rPr>
          <w:lang w:val="pl-PL"/>
        </w:rPr>
        <w:t>.</w:t>
      </w:r>
    </w:p>
    <w:p w14:paraId="27EA122C" w14:textId="77777777" w:rsidR="006C464F" w:rsidRPr="00AD4C67" w:rsidRDefault="00000000">
      <w:pPr>
        <w:rPr>
          <w:lang w:val="pl-PL"/>
        </w:rPr>
      </w:pPr>
      <w:r w:rsidRPr="00AD4C67">
        <w:rPr>
          <w:lang w:val="pl-PL"/>
        </w:rPr>
        <w:t xml:space="preserve">5.3. </w:t>
      </w:r>
      <w:proofErr w:type="spellStart"/>
      <w:r w:rsidRPr="00AD4C67">
        <w:rPr>
          <w:lang w:val="pl-PL"/>
        </w:rPr>
        <w:t>Zákazník</w:t>
      </w:r>
      <w:proofErr w:type="spellEnd"/>
      <w:r w:rsidRPr="00AD4C67">
        <w:rPr>
          <w:lang w:val="pl-PL"/>
        </w:rPr>
        <w:t xml:space="preserve"> </w:t>
      </w:r>
      <w:proofErr w:type="spellStart"/>
      <w:r w:rsidRPr="00AD4C67">
        <w:rPr>
          <w:lang w:val="pl-PL"/>
        </w:rPr>
        <w:t>předem</w:t>
      </w:r>
      <w:proofErr w:type="spellEnd"/>
      <w:r w:rsidRPr="00AD4C67">
        <w:rPr>
          <w:lang w:val="pl-PL"/>
        </w:rPr>
        <w:t xml:space="preserve"> </w:t>
      </w:r>
      <w:proofErr w:type="spellStart"/>
      <w:r w:rsidRPr="00AD4C67">
        <w:rPr>
          <w:lang w:val="pl-PL"/>
        </w:rPr>
        <w:t>sdělí</w:t>
      </w:r>
      <w:proofErr w:type="spellEnd"/>
      <w:r w:rsidRPr="00AD4C67">
        <w:rPr>
          <w:lang w:val="pl-PL"/>
        </w:rPr>
        <w:t xml:space="preserve"> </w:t>
      </w:r>
      <w:proofErr w:type="spellStart"/>
      <w:r w:rsidRPr="00AD4C67">
        <w:rPr>
          <w:lang w:val="pl-PL"/>
        </w:rPr>
        <w:t>požadavky</w:t>
      </w:r>
      <w:proofErr w:type="spellEnd"/>
      <w:r w:rsidRPr="00AD4C67">
        <w:rPr>
          <w:lang w:val="pl-PL"/>
        </w:rPr>
        <w:t xml:space="preserve">, </w:t>
      </w:r>
      <w:proofErr w:type="spellStart"/>
      <w:r w:rsidRPr="00AD4C67">
        <w:rPr>
          <w:lang w:val="pl-PL"/>
        </w:rPr>
        <w:t>které</w:t>
      </w:r>
      <w:proofErr w:type="spellEnd"/>
      <w:r w:rsidRPr="00AD4C67">
        <w:rPr>
          <w:lang w:val="pl-PL"/>
        </w:rPr>
        <w:t xml:space="preserve"> </w:t>
      </w:r>
      <w:proofErr w:type="spellStart"/>
      <w:r w:rsidRPr="00AD4C67">
        <w:rPr>
          <w:lang w:val="pl-PL"/>
        </w:rPr>
        <w:t>jsou</w:t>
      </w:r>
      <w:proofErr w:type="spellEnd"/>
      <w:r w:rsidRPr="00AD4C67">
        <w:rPr>
          <w:lang w:val="pl-PL"/>
        </w:rPr>
        <w:t xml:space="preserve"> </w:t>
      </w:r>
      <w:proofErr w:type="spellStart"/>
      <w:r w:rsidRPr="00AD4C67">
        <w:rPr>
          <w:lang w:val="pl-PL"/>
        </w:rPr>
        <w:t>podstatné</w:t>
      </w:r>
      <w:proofErr w:type="spellEnd"/>
      <w:r w:rsidRPr="00AD4C67">
        <w:rPr>
          <w:lang w:val="pl-PL"/>
        </w:rPr>
        <w:t xml:space="preserve"> pro </w:t>
      </w:r>
      <w:proofErr w:type="spellStart"/>
      <w:r w:rsidRPr="00AD4C67">
        <w:rPr>
          <w:lang w:val="pl-PL"/>
        </w:rPr>
        <w:t>bezpečný</w:t>
      </w:r>
      <w:proofErr w:type="spellEnd"/>
      <w:r w:rsidRPr="00AD4C67">
        <w:rPr>
          <w:lang w:val="pl-PL"/>
        </w:rPr>
        <w:t xml:space="preserve"> </w:t>
      </w:r>
      <w:proofErr w:type="spellStart"/>
      <w:r w:rsidRPr="00AD4C67">
        <w:rPr>
          <w:lang w:val="pl-PL"/>
        </w:rPr>
        <w:t>nástup</w:t>
      </w:r>
      <w:proofErr w:type="spellEnd"/>
      <w:r w:rsidRPr="00AD4C67">
        <w:rPr>
          <w:lang w:val="pl-PL"/>
        </w:rPr>
        <w:t xml:space="preserve"> a pobyt, </w:t>
      </w:r>
      <w:proofErr w:type="spellStart"/>
      <w:r w:rsidRPr="00AD4C67">
        <w:rPr>
          <w:lang w:val="pl-PL"/>
        </w:rPr>
        <w:t>například</w:t>
      </w:r>
      <w:proofErr w:type="spellEnd"/>
      <w:r w:rsidRPr="00AD4C67">
        <w:rPr>
          <w:lang w:val="pl-PL"/>
        </w:rPr>
        <w:t xml:space="preserve"> </w:t>
      </w:r>
      <w:proofErr w:type="spellStart"/>
      <w:r w:rsidRPr="00AD4C67">
        <w:rPr>
          <w:lang w:val="pl-PL"/>
        </w:rPr>
        <w:t>potřebu</w:t>
      </w:r>
      <w:proofErr w:type="spellEnd"/>
      <w:r w:rsidRPr="00AD4C67">
        <w:rPr>
          <w:lang w:val="pl-PL"/>
        </w:rPr>
        <w:t xml:space="preserve"> </w:t>
      </w:r>
      <w:proofErr w:type="spellStart"/>
      <w:r w:rsidRPr="00AD4C67">
        <w:rPr>
          <w:lang w:val="pl-PL"/>
        </w:rPr>
        <w:t>asistence</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vhodné</w:t>
      </w:r>
      <w:proofErr w:type="spellEnd"/>
      <w:r w:rsidRPr="00AD4C67">
        <w:rPr>
          <w:lang w:val="pl-PL"/>
        </w:rPr>
        <w:t xml:space="preserve"> </w:t>
      </w:r>
      <w:proofErr w:type="spellStart"/>
      <w:r w:rsidRPr="00AD4C67">
        <w:rPr>
          <w:lang w:val="pl-PL"/>
        </w:rPr>
        <w:t>záchranné</w:t>
      </w:r>
      <w:proofErr w:type="spellEnd"/>
      <w:r w:rsidRPr="00AD4C67">
        <w:rPr>
          <w:lang w:val="pl-PL"/>
        </w:rPr>
        <w:t xml:space="preserve"> </w:t>
      </w:r>
      <w:proofErr w:type="spellStart"/>
      <w:r w:rsidRPr="00AD4C67">
        <w:rPr>
          <w:lang w:val="pl-PL"/>
        </w:rPr>
        <w:t>vesty</w:t>
      </w:r>
      <w:proofErr w:type="spellEnd"/>
      <w:r w:rsidRPr="00AD4C67">
        <w:rPr>
          <w:lang w:val="pl-PL"/>
        </w:rPr>
        <w:t xml:space="preserve"> pro </w:t>
      </w:r>
      <w:proofErr w:type="spellStart"/>
      <w:r w:rsidRPr="00AD4C67">
        <w:rPr>
          <w:lang w:val="pl-PL"/>
        </w:rPr>
        <w:t>dítě</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před</w:t>
      </w:r>
      <w:proofErr w:type="spellEnd"/>
      <w:r w:rsidRPr="00AD4C67">
        <w:rPr>
          <w:lang w:val="pl-PL"/>
        </w:rPr>
        <w:t xml:space="preserve"> </w:t>
      </w:r>
      <w:proofErr w:type="spellStart"/>
      <w:r w:rsidRPr="00AD4C67">
        <w:rPr>
          <w:lang w:val="pl-PL"/>
        </w:rPr>
        <w:t>potvrzením</w:t>
      </w:r>
      <w:proofErr w:type="spellEnd"/>
      <w:r w:rsidRPr="00AD4C67">
        <w:rPr>
          <w:lang w:val="pl-PL"/>
        </w:rPr>
        <w:t xml:space="preserve"> </w:t>
      </w:r>
      <w:proofErr w:type="spellStart"/>
      <w:r w:rsidRPr="00AD4C67">
        <w:rPr>
          <w:lang w:val="pl-PL"/>
        </w:rPr>
        <w:t>posoudí</w:t>
      </w:r>
      <w:proofErr w:type="spellEnd"/>
      <w:r w:rsidRPr="00AD4C67">
        <w:rPr>
          <w:lang w:val="pl-PL"/>
        </w:rPr>
        <w:t xml:space="preserve"> </w:t>
      </w:r>
      <w:proofErr w:type="spellStart"/>
      <w:r w:rsidRPr="00AD4C67">
        <w:rPr>
          <w:lang w:val="pl-PL"/>
        </w:rPr>
        <w:t>reálné</w:t>
      </w:r>
      <w:proofErr w:type="spellEnd"/>
      <w:r w:rsidRPr="00AD4C67">
        <w:rPr>
          <w:lang w:val="pl-PL"/>
        </w:rPr>
        <w:t xml:space="preserve"> </w:t>
      </w:r>
      <w:proofErr w:type="spellStart"/>
      <w:r w:rsidRPr="00AD4C67">
        <w:rPr>
          <w:lang w:val="pl-PL"/>
        </w:rPr>
        <w:t>možnosti</w:t>
      </w:r>
      <w:proofErr w:type="spellEnd"/>
      <w:r w:rsidRPr="00AD4C67">
        <w:rPr>
          <w:lang w:val="pl-PL"/>
        </w:rPr>
        <w:t xml:space="preserve"> </w:t>
      </w:r>
      <w:proofErr w:type="spellStart"/>
      <w:r w:rsidRPr="00AD4C67">
        <w:rPr>
          <w:lang w:val="pl-PL"/>
        </w:rPr>
        <w:t>zajištění</w:t>
      </w:r>
      <w:proofErr w:type="spellEnd"/>
      <w:r w:rsidRPr="00AD4C67">
        <w:rPr>
          <w:lang w:val="pl-PL"/>
        </w:rPr>
        <w:t xml:space="preserve"> </w:t>
      </w:r>
      <w:proofErr w:type="spellStart"/>
      <w:r w:rsidRPr="00AD4C67">
        <w:rPr>
          <w:lang w:val="pl-PL"/>
        </w:rPr>
        <w:t>požadované</w:t>
      </w:r>
      <w:proofErr w:type="spellEnd"/>
      <w:r w:rsidRPr="00AD4C67">
        <w:rPr>
          <w:lang w:val="pl-PL"/>
        </w:rPr>
        <w:t xml:space="preserve"> </w:t>
      </w:r>
      <w:proofErr w:type="spellStart"/>
      <w:r w:rsidRPr="00AD4C67">
        <w:rPr>
          <w:lang w:val="pl-PL"/>
        </w:rPr>
        <w:t>služby</w:t>
      </w:r>
      <w:proofErr w:type="spellEnd"/>
      <w:r w:rsidRPr="00AD4C67">
        <w:rPr>
          <w:lang w:val="pl-PL"/>
        </w:rPr>
        <w:t xml:space="preserve">. </w:t>
      </w:r>
      <w:proofErr w:type="spellStart"/>
      <w:r w:rsidRPr="00AD4C67">
        <w:rPr>
          <w:lang w:val="pl-PL"/>
        </w:rPr>
        <w:t>Není</w:t>
      </w:r>
      <w:proofErr w:type="spellEnd"/>
      <w:r w:rsidRPr="00AD4C67">
        <w:rPr>
          <w:lang w:val="pl-PL"/>
        </w:rPr>
        <w:t xml:space="preserve"> </w:t>
      </w:r>
      <w:proofErr w:type="spellStart"/>
      <w:r w:rsidRPr="00AD4C67">
        <w:rPr>
          <w:lang w:val="pl-PL"/>
        </w:rPr>
        <w:t>třeba</w:t>
      </w:r>
      <w:proofErr w:type="spellEnd"/>
      <w:r w:rsidRPr="00AD4C67">
        <w:rPr>
          <w:lang w:val="pl-PL"/>
        </w:rPr>
        <w:t xml:space="preserve"> </w:t>
      </w:r>
      <w:proofErr w:type="spellStart"/>
      <w:r w:rsidRPr="00AD4C67">
        <w:rPr>
          <w:lang w:val="pl-PL"/>
        </w:rPr>
        <w:t>sdělovat</w:t>
      </w:r>
      <w:proofErr w:type="spellEnd"/>
      <w:r w:rsidRPr="00AD4C67">
        <w:rPr>
          <w:lang w:val="pl-PL"/>
        </w:rPr>
        <w:t xml:space="preserve"> </w:t>
      </w:r>
      <w:proofErr w:type="spellStart"/>
      <w:r w:rsidRPr="00AD4C67">
        <w:rPr>
          <w:lang w:val="pl-PL"/>
        </w:rPr>
        <w:t>diagnózy</w:t>
      </w:r>
      <w:proofErr w:type="spellEnd"/>
      <w:r w:rsidRPr="00AD4C67">
        <w:rPr>
          <w:lang w:val="pl-PL"/>
        </w:rPr>
        <w:t xml:space="preserve">, </w:t>
      </w:r>
      <w:proofErr w:type="spellStart"/>
      <w:r w:rsidRPr="00AD4C67">
        <w:rPr>
          <w:lang w:val="pl-PL"/>
        </w:rPr>
        <w:t>pokud</w:t>
      </w:r>
      <w:proofErr w:type="spellEnd"/>
      <w:r w:rsidRPr="00AD4C67">
        <w:rPr>
          <w:lang w:val="pl-PL"/>
        </w:rPr>
        <w:t xml:space="preserve"> </w:t>
      </w:r>
      <w:proofErr w:type="spellStart"/>
      <w:r w:rsidRPr="00AD4C67">
        <w:rPr>
          <w:lang w:val="pl-PL"/>
        </w:rPr>
        <w:t>nejsou</w:t>
      </w:r>
      <w:proofErr w:type="spellEnd"/>
      <w:r w:rsidRPr="00AD4C67">
        <w:rPr>
          <w:lang w:val="pl-PL"/>
        </w:rPr>
        <w:t xml:space="preserve"> pro </w:t>
      </w:r>
      <w:proofErr w:type="spellStart"/>
      <w:r w:rsidRPr="00AD4C67">
        <w:rPr>
          <w:lang w:val="pl-PL"/>
        </w:rPr>
        <w:t>řešení</w:t>
      </w:r>
      <w:proofErr w:type="spellEnd"/>
      <w:r w:rsidRPr="00AD4C67">
        <w:rPr>
          <w:lang w:val="pl-PL"/>
        </w:rPr>
        <w:t xml:space="preserve"> </w:t>
      </w:r>
      <w:proofErr w:type="spellStart"/>
      <w:r w:rsidRPr="00AD4C67">
        <w:rPr>
          <w:lang w:val="pl-PL"/>
        </w:rPr>
        <w:t>požadavku</w:t>
      </w:r>
      <w:proofErr w:type="spellEnd"/>
      <w:r w:rsidRPr="00AD4C67">
        <w:rPr>
          <w:lang w:val="pl-PL"/>
        </w:rPr>
        <w:t xml:space="preserve"> </w:t>
      </w:r>
      <w:proofErr w:type="spellStart"/>
      <w:r w:rsidRPr="00AD4C67">
        <w:rPr>
          <w:lang w:val="pl-PL"/>
        </w:rPr>
        <w:t>nezbytné</w:t>
      </w:r>
      <w:proofErr w:type="spellEnd"/>
      <w:r w:rsidRPr="00AD4C67">
        <w:rPr>
          <w:lang w:val="pl-PL"/>
        </w:rPr>
        <w:t>.</w:t>
      </w:r>
    </w:p>
    <w:p w14:paraId="59C7DE3A" w14:textId="77777777" w:rsidR="006C464F" w:rsidRPr="00AD4C67" w:rsidRDefault="00000000">
      <w:pPr>
        <w:rPr>
          <w:lang w:val="pl-PL"/>
        </w:rPr>
      </w:pPr>
      <w:r w:rsidRPr="00AD4C67">
        <w:rPr>
          <w:lang w:val="pl-PL"/>
        </w:rPr>
        <w:t xml:space="preserve">5.4. Bez </w:t>
      </w:r>
      <w:proofErr w:type="spellStart"/>
      <w:r w:rsidRPr="00AD4C67">
        <w:rPr>
          <w:lang w:val="pl-PL"/>
        </w:rPr>
        <w:t>souhlasu</w:t>
      </w:r>
      <w:proofErr w:type="spellEnd"/>
      <w:r w:rsidRPr="00AD4C67">
        <w:rPr>
          <w:lang w:val="pl-PL"/>
        </w:rPr>
        <w:t xml:space="preserve"> </w:t>
      </w:r>
      <w:proofErr w:type="spellStart"/>
      <w:r w:rsidRPr="00AD4C67">
        <w:rPr>
          <w:lang w:val="pl-PL"/>
        </w:rPr>
        <w:t>posádky</w:t>
      </w:r>
      <w:proofErr w:type="spellEnd"/>
      <w:r w:rsidRPr="00AD4C67">
        <w:rPr>
          <w:lang w:val="pl-PL"/>
        </w:rPr>
        <w:t xml:space="preserve"> je </w:t>
      </w:r>
      <w:proofErr w:type="spellStart"/>
      <w:r w:rsidRPr="00AD4C67">
        <w:rPr>
          <w:lang w:val="pl-PL"/>
        </w:rPr>
        <w:t>zakázáno</w:t>
      </w:r>
      <w:proofErr w:type="spellEnd"/>
      <w:r w:rsidRPr="00AD4C67">
        <w:rPr>
          <w:lang w:val="pl-PL"/>
        </w:rPr>
        <w:t xml:space="preserve"> </w:t>
      </w:r>
      <w:proofErr w:type="spellStart"/>
      <w:r w:rsidRPr="00AD4C67">
        <w:rPr>
          <w:lang w:val="pl-PL"/>
        </w:rPr>
        <w:t>vstupovat</w:t>
      </w:r>
      <w:proofErr w:type="spellEnd"/>
      <w:r w:rsidRPr="00AD4C67">
        <w:rPr>
          <w:lang w:val="pl-PL"/>
        </w:rPr>
        <w:t xml:space="preserve"> do </w:t>
      </w:r>
      <w:proofErr w:type="spellStart"/>
      <w:r w:rsidRPr="00AD4C67">
        <w:rPr>
          <w:lang w:val="pl-PL"/>
        </w:rPr>
        <w:t>vody</w:t>
      </w:r>
      <w:proofErr w:type="spellEnd"/>
      <w:r w:rsidRPr="00AD4C67">
        <w:rPr>
          <w:lang w:val="pl-PL"/>
        </w:rPr>
        <w:t xml:space="preserve">, </w:t>
      </w:r>
      <w:proofErr w:type="spellStart"/>
      <w:r w:rsidRPr="00AD4C67">
        <w:rPr>
          <w:lang w:val="pl-PL"/>
        </w:rPr>
        <w:t>skákat</w:t>
      </w:r>
      <w:proofErr w:type="spellEnd"/>
      <w:r w:rsidRPr="00AD4C67">
        <w:rPr>
          <w:lang w:val="pl-PL"/>
        </w:rPr>
        <w:t xml:space="preserve"> z </w:t>
      </w:r>
      <w:proofErr w:type="spellStart"/>
      <w:r w:rsidRPr="00AD4C67">
        <w:rPr>
          <w:lang w:val="pl-PL"/>
        </w:rPr>
        <w:t>lodi</w:t>
      </w:r>
      <w:proofErr w:type="spellEnd"/>
      <w:r w:rsidRPr="00AD4C67">
        <w:rPr>
          <w:lang w:val="pl-PL"/>
        </w:rPr>
        <w:t xml:space="preserve">, </w:t>
      </w:r>
      <w:proofErr w:type="spellStart"/>
      <w:r w:rsidRPr="00AD4C67">
        <w:rPr>
          <w:lang w:val="pl-PL"/>
        </w:rPr>
        <w:t>manipulovat</w:t>
      </w:r>
      <w:proofErr w:type="spellEnd"/>
      <w:r w:rsidRPr="00AD4C67">
        <w:rPr>
          <w:lang w:val="pl-PL"/>
        </w:rPr>
        <w:t xml:space="preserve"> s </w:t>
      </w:r>
      <w:proofErr w:type="spellStart"/>
      <w:r w:rsidRPr="00AD4C67">
        <w:rPr>
          <w:lang w:val="pl-PL"/>
        </w:rPr>
        <w:t>ohněm</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grilem</w:t>
      </w:r>
      <w:proofErr w:type="spellEnd"/>
      <w:r w:rsidRPr="00AD4C67">
        <w:rPr>
          <w:lang w:val="pl-PL"/>
        </w:rPr>
        <w:t xml:space="preserve"> a </w:t>
      </w:r>
      <w:proofErr w:type="spellStart"/>
      <w:r w:rsidRPr="00AD4C67">
        <w:rPr>
          <w:lang w:val="pl-PL"/>
        </w:rPr>
        <w:t>vstupovat</w:t>
      </w:r>
      <w:proofErr w:type="spellEnd"/>
      <w:r w:rsidRPr="00AD4C67">
        <w:rPr>
          <w:lang w:val="pl-PL"/>
        </w:rPr>
        <w:t xml:space="preserve"> do </w:t>
      </w:r>
      <w:proofErr w:type="spellStart"/>
      <w:r w:rsidRPr="00AD4C67">
        <w:rPr>
          <w:lang w:val="pl-PL"/>
        </w:rPr>
        <w:t>nepřístupných</w:t>
      </w:r>
      <w:proofErr w:type="spellEnd"/>
      <w:r w:rsidRPr="00AD4C67">
        <w:rPr>
          <w:lang w:val="pl-PL"/>
        </w:rPr>
        <w:t xml:space="preserve"> </w:t>
      </w:r>
      <w:proofErr w:type="spellStart"/>
      <w:r w:rsidRPr="00AD4C67">
        <w:rPr>
          <w:lang w:val="pl-PL"/>
        </w:rPr>
        <w:t>prostor</w:t>
      </w:r>
      <w:proofErr w:type="spellEnd"/>
      <w:r w:rsidRPr="00AD4C67">
        <w:rPr>
          <w:lang w:val="pl-PL"/>
        </w:rPr>
        <w:t xml:space="preserve">. </w:t>
      </w:r>
      <w:proofErr w:type="spellStart"/>
      <w:r w:rsidRPr="00AD4C67">
        <w:rPr>
          <w:lang w:val="pl-PL"/>
        </w:rPr>
        <w:t>Kouření</w:t>
      </w:r>
      <w:proofErr w:type="spellEnd"/>
      <w:r w:rsidRPr="00AD4C67">
        <w:rPr>
          <w:lang w:val="pl-PL"/>
        </w:rPr>
        <w:t xml:space="preserve"> a </w:t>
      </w:r>
      <w:proofErr w:type="spellStart"/>
      <w:r w:rsidRPr="00AD4C67">
        <w:rPr>
          <w:lang w:val="pl-PL"/>
        </w:rPr>
        <w:t>používání</w:t>
      </w:r>
      <w:proofErr w:type="spellEnd"/>
      <w:r w:rsidRPr="00AD4C67">
        <w:rPr>
          <w:lang w:val="pl-PL"/>
        </w:rPr>
        <w:t xml:space="preserve"> </w:t>
      </w:r>
      <w:proofErr w:type="spellStart"/>
      <w:r w:rsidRPr="00AD4C67">
        <w:rPr>
          <w:lang w:val="pl-PL"/>
        </w:rPr>
        <w:t>elektronických</w:t>
      </w:r>
      <w:proofErr w:type="spellEnd"/>
      <w:r w:rsidRPr="00AD4C67">
        <w:rPr>
          <w:lang w:val="pl-PL"/>
        </w:rPr>
        <w:t xml:space="preserve"> </w:t>
      </w:r>
      <w:proofErr w:type="spellStart"/>
      <w:r w:rsidRPr="00AD4C67">
        <w:rPr>
          <w:lang w:val="pl-PL"/>
        </w:rPr>
        <w:t>cigaret</w:t>
      </w:r>
      <w:proofErr w:type="spellEnd"/>
      <w:r w:rsidRPr="00AD4C67">
        <w:rPr>
          <w:lang w:val="pl-PL"/>
        </w:rPr>
        <w:t xml:space="preserve"> je </w:t>
      </w:r>
      <w:proofErr w:type="spellStart"/>
      <w:r w:rsidRPr="00AD4C67">
        <w:rPr>
          <w:lang w:val="pl-PL"/>
        </w:rPr>
        <w:t>možné</w:t>
      </w:r>
      <w:proofErr w:type="spellEnd"/>
      <w:r w:rsidRPr="00AD4C67">
        <w:rPr>
          <w:lang w:val="pl-PL"/>
        </w:rPr>
        <w:t xml:space="preserve"> </w:t>
      </w:r>
      <w:proofErr w:type="spellStart"/>
      <w:r w:rsidRPr="00AD4C67">
        <w:rPr>
          <w:lang w:val="pl-PL"/>
        </w:rPr>
        <w:t>pouze</w:t>
      </w:r>
      <w:proofErr w:type="spellEnd"/>
      <w:r w:rsidRPr="00AD4C67">
        <w:rPr>
          <w:lang w:val="pl-PL"/>
        </w:rPr>
        <w:t xml:space="preserve"> na </w:t>
      </w:r>
      <w:proofErr w:type="spellStart"/>
      <w:r w:rsidRPr="00AD4C67">
        <w:rPr>
          <w:lang w:val="pl-PL"/>
        </w:rPr>
        <w:t>místech</w:t>
      </w:r>
      <w:proofErr w:type="spellEnd"/>
      <w:r w:rsidRPr="00AD4C67">
        <w:rPr>
          <w:lang w:val="pl-PL"/>
        </w:rPr>
        <w:t xml:space="preserve"> </w:t>
      </w:r>
      <w:proofErr w:type="spellStart"/>
      <w:r w:rsidRPr="00AD4C67">
        <w:rPr>
          <w:lang w:val="pl-PL"/>
        </w:rPr>
        <w:t>výslovně</w:t>
      </w:r>
      <w:proofErr w:type="spellEnd"/>
      <w:r w:rsidRPr="00AD4C67">
        <w:rPr>
          <w:lang w:val="pl-PL"/>
        </w:rPr>
        <w:t xml:space="preserve"> </w:t>
      </w:r>
      <w:proofErr w:type="spellStart"/>
      <w:r w:rsidRPr="00AD4C67">
        <w:rPr>
          <w:lang w:val="pl-PL"/>
        </w:rPr>
        <w:t>určených</w:t>
      </w:r>
      <w:proofErr w:type="spellEnd"/>
      <w:r w:rsidRPr="00AD4C67">
        <w:rPr>
          <w:lang w:val="pl-PL"/>
        </w:rPr>
        <w:t xml:space="preserve"> </w:t>
      </w:r>
      <w:proofErr w:type="spellStart"/>
      <w:r w:rsidRPr="00AD4C67">
        <w:rPr>
          <w:lang w:val="pl-PL"/>
        </w:rPr>
        <w:t>posádkou</w:t>
      </w:r>
      <w:proofErr w:type="spellEnd"/>
      <w:r w:rsidRPr="00AD4C67">
        <w:rPr>
          <w:lang w:val="pl-PL"/>
        </w:rPr>
        <w:t xml:space="preserve">, </w:t>
      </w:r>
      <w:proofErr w:type="spellStart"/>
      <w:r w:rsidRPr="00AD4C67">
        <w:rPr>
          <w:lang w:val="pl-PL"/>
        </w:rPr>
        <w:t>pokud</w:t>
      </w:r>
      <w:proofErr w:type="spellEnd"/>
      <w:r w:rsidRPr="00AD4C67">
        <w:rPr>
          <w:lang w:val="pl-PL"/>
        </w:rPr>
        <w:t xml:space="preserve"> to </w:t>
      </w:r>
      <w:proofErr w:type="spellStart"/>
      <w:r w:rsidRPr="00AD4C67">
        <w:rPr>
          <w:lang w:val="pl-PL"/>
        </w:rPr>
        <w:t>právní</w:t>
      </w:r>
      <w:proofErr w:type="spellEnd"/>
      <w:r w:rsidRPr="00AD4C67">
        <w:rPr>
          <w:lang w:val="pl-PL"/>
        </w:rPr>
        <w:t xml:space="preserve"> </w:t>
      </w:r>
      <w:proofErr w:type="spellStart"/>
      <w:r w:rsidRPr="00AD4C67">
        <w:rPr>
          <w:lang w:val="pl-PL"/>
        </w:rPr>
        <w:t>předpisy</w:t>
      </w:r>
      <w:proofErr w:type="spellEnd"/>
      <w:r w:rsidRPr="00AD4C67">
        <w:rPr>
          <w:lang w:val="pl-PL"/>
        </w:rPr>
        <w:t xml:space="preserve"> </w:t>
      </w:r>
      <w:proofErr w:type="spellStart"/>
      <w:r w:rsidRPr="00AD4C67">
        <w:rPr>
          <w:lang w:val="pl-PL"/>
        </w:rPr>
        <w:t>umožňují</w:t>
      </w:r>
      <w:proofErr w:type="spellEnd"/>
      <w:r w:rsidRPr="00AD4C67">
        <w:rPr>
          <w:lang w:val="pl-PL"/>
        </w:rPr>
        <w:t xml:space="preserve">. Je </w:t>
      </w:r>
      <w:proofErr w:type="spellStart"/>
      <w:r w:rsidRPr="00AD4C67">
        <w:rPr>
          <w:lang w:val="pl-PL"/>
        </w:rPr>
        <w:t>zakázána</w:t>
      </w:r>
      <w:proofErr w:type="spellEnd"/>
      <w:r w:rsidRPr="00AD4C67">
        <w:rPr>
          <w:lang w:val="pl-PL"/>
        </w:rPr>
        <w:t xml:space="preserve"> </w:t>
      </w:r>
      <w:proofErr w:type="spellStart"/>
      <w:r w:rsidRPr="00AD4C67">
        <w:rPr>
          <w:lang w:val="pl-PL"/>
        </w:rPr>
        <w:t>pyrotechnika</w:t>
      </w:r>
      <w:proofErr w:type="spellEnd"/>
      <w:r w:rsidRPr="00AD4C67">
        <w:rPr>
          <w:lang w:val="pl-PL"/>
        </w:rPr>
        <w:t xml:space="preserve">, </w:t>
      </w:r>
      <w:proofErr w:type="spellStart"/>
      <w:r w:rsidRPr="00AD4C67">
        <w:rPr>
          <w:lang w:val="pl-PL"/>
        </w:rPr>
        <w:t>vypouštění</w:t>
      </w:r>
      <w:proofErr w:type="spellEnd"/>
      <w:r w:rsidRPr="00AD4C67">
        <w:rPr>
          <w:lang w:val="pl-PL"/>
        </w:rPr>
        <w:t xml:space="preserve"> </w:t>
      </w:r>
      <w:proofErr w:type="spellStart"/>
      <w:r w:rsidRPr="00AD4C67">
        <w:rPr>
          <w:lang w:val="pl-PL"/>
        </w:rPr>
        <w:t>dekorací</w:t>
      </w:r>
      <w:proofErr w:type="spellEnd"/>
      <w:r w:rsidRPr="00AD4C67">
        <w:rPr>
          <w:lang w:val="pl-PL"/>
        </w:rPr>
        <w:t xml:space="preserve"> a </w:t>
      </w:r>
      <w:proofErr w:type="spellStart"/>
      <w:r w:rsidRPr="00AD4C67">
        <w:rPr>
          <w:lang w:val="pl-PL"/>
        </w:rPr>
        <w:t>odhazování</w:t>
      </w:r>
      <w:proofErr w:type="spellEnd"/>
      <w:r w:rsidRPr="00AD4C67">
        <w:rPr>
          <w:lang w:val="pl-PL"/>
        </w:rPr>
        <w:t xml:space="preserve"> </w:t>
      </w:r>
      <w:proofErr w:type="spellStart"/>
      <w:r w:rsidRPr="00AD4C67">
        <w:rPr>
          <w:lang w:val="pl-PL"/>
        </w:rPr>
        <w:t>předmětů</w:t>
      </w:r>
      <w:proofErr w:type="spellEnd"/>
      <w:r w:rsidRPr="00AD4C67">
        <w:rPr>
          <w:lang w:val="pl-PL"/>
        </w:rPr>
        <w:t xml:space="preserve"> do </w:t>
      </w:r>
      <w:proofErr w:type="spellStart"/>
      <w:r w:rsidRPr="00AD4C67">
        <w:rPr>
          <w:lang w:val="pl-PL"/>
        </w:rPr>
        <w:t>vody</w:t>
      </w:r>
      <w:proofErr w:type="spellEnd"/>
      <w:r w:rsidRPr="00AD4C67">
        <w:rPr>
          <w:lang w:val="pl-PL"/>
        </w:rPr>
        <w:t>.</w:t>
      </w:r>
    </w:p>
    <w:p w14:paraId="63A53268" w14:textId="77777777" w:rsidR="006C464F" w:rsidRPr="00AD4C67" w:rsidRDefault="00000000">
      <w:pPr>
        <w:rPr>
          <w:lang w:val="pl-PL"/>
        </w:rPr>
      </w:pPr>
      <w:r w:rsidRPr="00AD4C67">
        <w:rPr>
          <w:lang w:val="pl-PL"/>
        </w:rPr>
        <w:t xml:space="preserve">5.5. </w:t>
      </w:r>
      <w:proofErr w:type="spellStart"/>
      <w:r w:rsidRPr="00AD4C67">
        <w:rPr>
          <w:lang w:val="pl-PL"/>
        </w:rPr>
        <w:t>Kapitán</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jím</w:t>
      </w:r>
      <w:proofErr w:type="spellEnd"/>
      <w:r w:rsidRPr="00AD4C67">
        <w:rPr>
          <w:lang w:val="pl-PL"/>
        </w:rPr>
        <w:t xml:space="preserve"> </w:t>
      </w:r>
      <w:proofErr w:type="spellStart"/>
      <w:r w:rsidRPr="00AD4C67">
        <w:rPr>
          <w:lang w:val="pl-PL"/>
        </w:rPr>
        <w:t>pověřený</w:t>
      </w:r>
      <w:proofErr w:type="spellEnd"/>
      <w:r w:rsidRPr="00AD4C67">
        <w:rPr>
          <w:lang w:val="pl-PL"/>
        </w:rPr>
        <w:t xml:space="preserve"> </w:t>
      </w:r>
      <w:proofErr w:type="spellStart"/>
      <w:r w:rsidRPr="00AD4C67">
        <w:rPr>
          <w:lang w:val="pl-PL"/>
        </w:rPr>
        <w:t>člen</w:t>
      </w:r>
      <w:proofErr w:type="spellEnd"/>
      <w:r w:rsidRPr="00AD4C67">
        <w:rPr>
          <w:lang w:val="pl-PL"/>
        </w:rPr>
        <w:t xml:space="preserve"> </w:t>
      </w:r>
      <w:proofErr w:type="spellStart"/>
      <w:r w:rsidRPr="00AD4C67">
        <w:rPr>
          <w:lang w:val="pl-PL"/>
        </w:rPr>
        <w:t>posádky</w:t>
      </w:r>
      <w:proofErr w:type="spellEnd"/>
      <w:r w:rsidRPr="00AD4C67">
        <w:rPr>
          <w:lang w:val="pl-PL"/>
        </w:rPr>
        <w:t xml:space="preserve"> </w:t>
      </w:r>
      <w:proofErr w:type="spellStart"/>
      <w:r w:rsidRPr="00AD4C67">
        <w:rPr>
          <w:lang w:val="pl-PL"/>
        </w:rPr>
        <w:t>může</w:t>
      </w:r>
      <w:proofErr w:type="spellEnd"/>
      <w:r w:rsidRPr="00AD4C67">
        <w:rPr>
          <w:lang w:val="pl-PL"/>
        </w:rPr>
        <w:t xml:space="preserve"> </w:t>
      </w:r>
      <w:proofErr w:type="spellStart"/>
      <w:r w:rsidRPr="00AD4C67">
        <w:rPr>
          <w:lang w:val="pl-PL"/>
        </w:rPr>
        <w:t>odmítnout</w:t>
      </w:r>
      <w:proofErr w:type="spellEnd"/>
      <w:r w:rsidRPr="00AD4C67">
        <w:rPr>
          <w:lang w:val="pl-PL"/>
        </w:rPr>
        <w:t xml:space="preserve"> </w:t>
      </w:r>
      <w:proofErr w:type="spellStart"/>
      <w:r w:rsidRPr="00AD4C67">
        <w:rPr>
          <w:lang w:val="pl-PL"/>
        </w:rPr>
        <w:t>nástup</w:t>
      </w:r>
      <w:proofErr w:type="spellEnd"/>
      <w:r w:rsidRPr="00AD4C67">
        <w:rPr>
          <w:lang w:val="pl-PL"/>
        </w:rPr>
        <w:t xml:space="preserve"> </w:t>
      </w:r>
      <w:proofErr w:type="spellStart"/>
      <w:r w:rsidRPr="00AD4C67">
        <w:rPr>
          <w:lang w:val="pl-PL"/>
        </w:rPr>
        <w:t>či</w:t>
      </w:r>
      <w:proofErr w:type="spellEnd"/>
      <w:r w:rsidRPr="00AD4C67">
        <w:rPr>
          <w:lang w:val="pl-PL"/>
        </w:rPr>
        <w:t xml:space="preserve"> </w:t>
      </w:r>
      <w:proofErr w:type="spellStart"/>
      <w:r w:rsidRPr="00AD4C67">
        <w:rPr>
          <w:lang w:val="pl-PL"/>
        </w:rPr>
        <w:t>nařídit</w:t>
      </w:r>
      <w:proofErr w:type="spellEnd"/>
      <w:r w:rsidRPr="00AD4C67">
        <w:rPr>
          <w:lang w:val="pl-PL"/>
        </w:rPr>
        <w:t xml:space="preserve"> </w:t>
      </w:r>
      <w:proofErr w:type="spellStart"/>
      <w:r w:rsidRPr="00AD4C67">
        <w:rPr>
          <w:lang w:val="pl-PL"/>
        </w:rPr>
        <w:t>opuštění</w:t>
      </w:r>
      <w:proofErr w:type="spellEnd"/>
      <w:r w:rsidRPr="00AD4C67">
        <w:rPr>
          <w:lang w:val="pl-PL"/>
        </w:rPr>
        <w:t xml:space="preserve"> </w:t>
      </w:r>
      <w:proofErr w:type="spellStart"/>
      <w:r w:rsidRPr="00AD4C67">
        <w:rPr>
          <w:lang w:val="pl-PL"/>
        </w:rPr>
        <w:t>plavidla</w:t>
      </w:r>
      <w:proofErr w:type="spellEnd"/>
      <w:r w:rsidRPr="00AD4C67">
        <w:rPr>
          <w:lang w:val="pl-PL"/>
        </w:rPr>
        <w:t xml:space="preserve"> </w:t>
      </w:r>
      <w:proofErr w:type="spellStart"/>
      <w:r w:rsidRPr="00AD4C67">
        <w:rPr>
          <w:lang w:val="pl-PL"/>
        </w:rPr>
        <w:t>osobě</w:t>
      </w:r>
      <w:proofErr w:type="spellEnd"/>
      <w:r w:rsidRPr="00AD4C67">
        <w:rPr>
          <w:lang w:val="pl-PL"/>
        </w:rPr>
        <w:t xml:space="preserve">, </w:t>
      </w:r>
      <w:proofErr w:type="spellStart"/>
      <w:r w:rsidRPr="00AD4C67">
        <w:rPr>
          <w:lang w:val="pl-PL"/>
        </w:rPr>
        <w:t>která</w:t>
      </w:r>
      <w:proofErr w:type="spellEnd"/>
      <w:r w:rsidRPr="00AD4C67">
        <w:rPr>
          <w:lang w:val="pl-PL"/>
        </w:rPr>
        <w:t xml:space="preserve"> je </w:t>
      </w:r>
      <w:proofErr w:type="spellStart"/>
      <w:r w:rsidRPr="00AD4C67">
        <w:rPr>
          <w:lang w:val="pl-PL"/>
        </w:rPr>
        <w:t>natolik</w:t>
      </w:r>
      <w:proofErr w:type="spellEnd"/>
      <w:r w:rsidRPr="00AD4C67">
        <w:rPr>
          <w:lang w:val="pl-PL"/>
        </w:rPr>
        <w:t xml:space="preserve"> pod </w:t>
      </w:r>
      <w:proofErr w:type="spellStart"/>
      <w:r w:rsidRPr="00AD4C67">
        <w:rPr>
          <w:lang w:val="pl-PL"/>
        </w:rPr>
        <w:t>vlivem</w:t>
      </w:r>
      <w:proofErr w:type="spellEnd"/>
      <w:r w:rsidRPr="00AD4C67">
        <w:rPr>
          <w:lang w:val="pl-PL"/>
        </w:rPr>
        <w:t xml:space="preserve"> alkoholu </w:t>
      </w:r>
      <w:proofErr w:type="spellStart"/>
      <w:r w:rsidRPr="00AD4C67">
        <w:rPr>
          <w:lang w:val="pl-PL"/>
        </w:rPr>
        <w:t>či</w:t>
      </w:r>
      <w:proofErr w:type="spellEnd"/>
      <w:r w:rsidRPr="00AD4C67">
        <w:rPr>
          <w:lang w:val="pl-PL"/>
        </w:rPr>
        <w:t xml:space="preserve"> </w:t>
      </w:r>
      <w:proofErr w:type="spellStart"/>
      <w:r w:rsidRPr="00AD4C67">
        <w:rPr>
          <w:lang w:val="pl-PL"/>
        </w:rPr>
        <w:t>jiných</w:t>
      </w:r>
      <w:proofErr w:type="spellEnd"/>
      <w:r w:rsidRPr="00AD4C67">
        <w:rPr>
          <w:lang w:val="pl-PL"/>
        </w:rPr>
        <w:t xml:space="preserve"> </w:t>
      </w:r>
      <w:proofErr w:type="spellStart"/>
      <w:r w:rsidRPr="00AD4C67">
        <w:rPr>
          <w:lang w:val="pl-PL"/>
        </w:rPr>
        <w:t>látek</w:t>
      </w:r>
      <w:proofErr w:type="spellEnd"/>
      <w:r w:rsidRPr="00AD4C67">
        <w:rPr>
          <w:lang w:val="pl-PL"/>
        </w:rPr>
        <w:t xml:space="preserve">, </w:t>
      </w:r>
      <w:proofErr w:type="spellStart"/>
      <w:r w:rsidRPr="00AD4C67">
        <w:rPr>
          <w:lang w:val="pl-PL"/>
        </w:rPr>
        <w:t>že</w:t>
      </w:r>
      <w:proofErr w:type="spellEnd"/>
      <w:r w:rsidRPr="00AD4C67">
        <w:rPr>
          <w:lang w:val="pl-PL"/>
        </w:rPr>
        <w:t xml:space="preserve"> </w:t>
      </w:r>
      <w:proofErr w:type="spellStart"/>
      <w:r w:rsidRPr="00AD4C67">
        <w:rPr>
          <w:lang w:val="pl-PL"/>
        </w:rPr>
        <w:t>ohrožuje</w:t>
      </w:r>
      <w:proofErr w:type="spellEnd"/>
      <w:r w:rsidRPr="00AD4C67">
        <w:rPr>
          <w:lang w:val="pl-PL"/>
        </w:rPr>
        <w:t xml:space="preserve"> </w:t>
      </w:r>
      <w:proofErr w:type="spellStart"/>
      <w:r w:rsidRPr="00AD4C67">
        <w:rPr>
          <w:lang w:val="pl-PL"/>
        </w:rPr>
        <w:t>bezpečnost</w:t>
      </w:r>
      <w:proofErr w:type="spellEnd"/>
      <w:r w:rsidRPr="00AD4C67">
        <w:rPr>
          <w:lang w:val="pl-PL"/>
        </w:rPr>
        <w:t xml:space="preserve">, </w:t>
      </w:r>
      <w:proofErr w:type="spellStart"/>
      <w:r w:rsidRPr="00AD4C67">
        <w:rPr>
          <w:lang w:val="pl-PL"/>
        </w:rPr>
        <w:t>není</w:t>
      </w:r>
      <w:proofErr w:type="spellEnd"/>
      <w:r w:rsidRPr="00AD4C67">
        <w:rPr>
          <w:lang w:val="pl-PL"/>
        </w:rPr>
        <w:t xml:space="preserve"> </w:t>
      </w:r>
      <w:proofErr w:type="spellStart"/>
      <w:r w:rsidRPr="00AD4C67">
        <w:rPr>
          <w:lang w:val="pl-PL"/>
        </w:rPr>
        <w:t>schopna</w:t>
      </w:r>
      <w:proofErr w:type="spellEnd"/>
      <w:r w:rsidRPr="00AD4C67">
        <w:rPr>
          <w:lang w:val="pl-PL"/>
        </w:rPr>
        <w:t xml:space="preserve"> </w:t>
      </w:r>
      <w:proofErr w:type="spellStart"/>
      <w:r w:rsidRPr="00AD4C67">
        <w:rPr>
          <w:lang w:val="pl-PL"/>
        </w:rPr>
        <w:t>dodržovat</w:t>
      </w:r>
      <w:proofErr w:type="spellEnd"/>
      <w:r w:rsidRPr="00AD4C67">
        <w:rPr>
          <w:lang w:val="pl-PL"/>
        </w:rPr>
        <w:t xml:space="preserve"> </w:t>
      </w:r>
      <w:proofErr w:type="spellStart"/>
      <w:r w:rsidRPr="00AD4C67">
        <w:rPr>
          <w:lang w:val="pl-PL"/>
        </w:rPr>
        <w:t>pokyny</w:t>
      </w:r>
      <w:proofErr w:type="spellEnd"/>
      <w:r w:rsidRPr="00AD4C67">
        <w:rPr>
          <w:lang w:val="pl-PL"/>
        </w:rPr>
        <w:t xml:space="preserve">, je </w:t>
      </w:r>
      <w:proofErr w:type="spellStart"/>
      <w:r w:rsidRPr="00AD4C67">
        <w:rPr>
          <w:lang w:val="pl-PL"/>
        </w:rPr>
        <w:t>agresivní</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závažně</w:t>
      </w:r>
      <w:proofErr w:type="spellEnd"/>
      <w:r w:rsidRPr="00AD4C67">
        <w:rPr>
          <w:lang w:val="pl-PL"/>
        </w:rPr>
        <w:t xml:space="preserve"> </w:t>
      </w:r>
      <w:proofErr w:type="spellStart"/>
      <w:r w:rsidRPr="00AD4C67">
        <w:rPr>
          <w:lang w:val="pl-PL"/>
        </w:rPr>
        <w:t>narušuje</w:t>
      </w:r>
      <w:proofErr w:type="spellEnd"/>
      <w:r w:rsidRPr="00AD4C67">
        <w:rPr>
          <w:lang w:val="pl-PL"/>
        </w:rPr>
        <w:t xml:space="preserve"> </w:t>
      </w:r>
      <w:proofErr w:type="spellStart"/>
      <w:r w:rsidRPr="00AD4C67">
        <w:rPr>
          <w:lang w:val="pl-PL"/>
        </w:rPr>
        <w:t>průběh</w:t>
      </w:r>
      <w:proofErr w:type="spellEnd"/>
      <w:r w:rsidRPr="00AD4C67">
        <w:rPr>
          <w:lang w:val="pl-PL"/>
        </w:rPr>
        <w:t xml:space="preserve"> </w:t>
      </w:r>
      <w:proofErr w:type="spellStart"/>
      <w:r w:rsidRPr="00AD4C67">
        <w:rPr>
          <w:lang w:val="pl-PL"/>
        </w:rPr>
        <w:t>akce</w:t>
      </w:r>
      <w:proofErr w:type="spellEnd"/>
      <w:r w:rsidRPr="00AD4C67">
        <w:rPr>
          <w:lang w:val="pl-PL"/>
        </w:rPr>
        <w:t xml:space="preserve">. Je-li to </w:t>
      </w:r>
      <w:proofErr w:type="spellStart"/>
      <w:r w:rsidRPr="00AD4C67">
        <w:rPr>
          <w:lang w:val="pl-PL"/>
        </w:rPr>
        <w:t>možné</w:t>
      </w:r>
      <w:proofErr w:type="spellEnd"/>
      <w:r w:rsidRPr="00AD4C67">
        <w:rPr>
          <w:lang w:val="pl-PL"/>
        </w:rPr>
        <w:t xml:space="preserve">, </w:t>
      </w:r>
      <w:proofErr w:type="spellStart"/>
      <w:r w:rsidRPr="00AD4C67">
        <w:rPr>
          <w:lang w:val="pl-PL"/>
        </w:rPr>
        <w:t>předchází</w:t>
      </w:r>
      <w:proofErr w:type="spellEnd"/>
      <w:r w:rsidRPr="00AD4C67">
        <w:rPr>
          <w:lang w:val="pl-PL"/>
        </w:rPr>
        <w:t xml:space="preserve"> </w:t>
      </w:r>
      <w:proofErr w:type="spellStart"/>
      <w:r w:rsidRPr="00AD4C67">
        <w:rPr>
          <w:lang w:val="pl-PL"/>
        </w:rPr>
        <w:t>opatření</w:t>
      </w:r>
      <w:proofErr w:type="spellEnd"/>
      <w:r w:rsidRPr="00AD4C67">
        <w:rPr>
          <w:lang w:val="pl-PL"/>
        </w:rPr>
        <w:t xml:space="preserve"> </w:t>
      </w:r>
      <w:proofErr w:type="spellStart"/>
      <w:r w:rsidRPr="00AD4C67">
        <w:rPr>
          <w:lang w:val="pl-PL"/>
        </w:rPr>
        <w:t>upozornění</w:t>
      </w:r>
      <w:proofErr w:type="spellEnd"/>
      <w:r w:rsidRPr="00AD4C67">
        <w:rPr>
          <w:lang w:val="pl-PL"/>
        </w:rPr>
        <w:t xml:space="preserve"> a </w:t>
      </w:r>
      <w:proofErr w:type="spellStart"/>
      <w:r w:rsidRPr="00AD4C67">
        <w:rPr>
          <w:lang w:val="pl-PL"/>
        </w:rPr>
        <w:t>možnost</w:t>
      </w:r>
      <w:proofErr w:type="spellEnd"/>
      <w:r w:rsidRPr="00AD4C67">
        <w:rPr>
          <w:lang w:val="pl-PL"/>
        </w:rPr>
        <w:t xml:space="preserve"> </w:t>
      </w:r>
      <w:proofErr w:type="spellStart"/>
      <w:r w:rsidRPr="00AD4C67">
        <w:rPr>
          <w:lang w:val="pl-PL"/>
        </w:rPr>
        <w:t>nápravy</w:t>
      </w:r>
      <w:proofErr w:type="spellEnd"/>
      <w:r w:rsidRPr="00AD4C67">
        <w:rPr>
          <w:lang w:val="pl-PL"/>
        </w:rPr>
        <w:t xml:space="preserve">. </w:t>
      </w:r>
      <w:proofErr w:type="spellStart"/>
      <w:r w:rsidRPr="00AD4C67">
        <w:rPr>
          <w:lang w:val="pl-PL"/>
        </w:rPr>
        <w:t>Opuštění</w:t>
      </w:r>
      <w:proofErr w:type="spellEnd"/>
      <w:r w:rsidRPr="00AD4C67">
        <w:rPr>
          <w:lang w:val="pl-PL"/>
        </w:rPr>
        <w:t xml:space="preserve"> </w:t>
      </w:r>
      <w:proofErr w:type="spellStart"/>
      <w:r w:rsidRPr="00AD4C67">
        <w:rPr>
          <w:lang w:val="pl-PL"/>
        </w:rPr>
        <w:t>plavidla</w:t>
      </w:r>
      <w:proofErr w:type="spellEnd"/>
      <w:r w:rsidRPr="00AD4C67">
        <w:rPr>
          <w:lang w:val="pl-PL"/>
        </w:rPr>
        <w:t xml:space="preserve"> </w:t>
      </w:r>
      <w:proofErr w:type="spellStart"/>
      <w:r w:rsidRPr="00AD4C67">
        <w:rPr>
          <w:lang w:val="pl-PL"/>
        </w:rPr>
        <w:t>proběhne</w:t>
      </w:r>
      <w:proofErr w:type="spellEnd"/>
      <w:r w:rsidRPr="00AD4C67">
        <w:rPr>
          <w:lang w:val="pl-PL"/>
        </w:rPr>
        <w:t xml:space="preserve"> </w:t>
      </w:r>
      <w:proofErr w:type="spellStart"/>
      <w:r w:rsidRPr="00AD4C67">
        <w:rPr>
          <w:lang w:val="pl-PL"/>
        </w:rPr>
        <w:t>pouze</w:t>
      </w:r>
      <w:proofErr w:type="spellEnd"/>
      <w:r w:rsidRPr="00AD4C67">
        <w:rPr>
          <w:lang w:val="pl-PL"/>
        </w:rPr>
        <w:t xml:space="preserve"> po </w:t>
      </w:r>
      <w:proofErr w:type="spellStart"/>
      <w:r w:rsidRPr="00AD4C67">
        <w:rPr>
          <w:lang w:val="pl-PL"/>
        </w:rPr>
        <w:t>bezpečném</w:t>
      </w:r>
      <w:proofErr w:type="spellEnd"/>
      <w:r w:rsidRPr="00AD4C67">
        <w:rPr>
          <w:lang w:val="pl-PL"/>
        </w:rPr>
        <w:t xml:space="preserve"> </w:t>
      </w:r>
      <w:proofErr w:type="spellStart"/>
      <w:r w:rsidRPr="00AD4C67">
        <w:rPr>
          <w:lang w:val="pl-PL"/>
        </w:rPr>
        <w:t>přistání</w:t>
      </w:r>
      <w:proofErr w:type="spellEnd"/>
      <w:r w:rsidRPr="00AD4C67">
        <w:rPr>
          <w:lang w:val="pl-PL"/>
        </w:rPr>
        <w:t xml:space="preserve"> na </w:t>
      </w:r>
      <w:proofErr w:type="spellStart"/>
      <w:r w:rsidRPr="00AD4C67">
        <w:rPr>
          <w:lang w:val="pl-PL"/>
        </w:rPr>
        <w:t>vhodném</w:t>
      </w:r>
      <w:proofErr w:type="spellEnd"/>
      <w:r w:rsidRPr="00AD4C67">
        <w:rPr>
          <w:lang w:val="pl-PL"/>
        </w:rPr>
        <w:t xml:space="preserve"> </w:t>
      </w:r>
      <w:proofErr w:type="spellStart"/>
      <w:r w:rsidRPr="00AD4C67">
        <w:rPr>
          <w:lang w:val="pl-PL"/>
        </w:rPr>
        <w:t>místě</w:t>
      </w:r>
      <w:proofErr w:type="spellEnd"/>
      <w:r w:rsidRPr="00AD4C67">
        <w:rPr>
          <w:lang w:val="pl-PL"/>
        </w:rPr>
        <w:t xml:space="preserve"> a </w:t>
      </w:r>
      <w:proofErr w:type="spellStart"/>
      <w:r w:rsidRPr="00AD4C67">
        <w:rPr>
          <w:lang w:val="pl-PL"/>
        </w:rPr>
        <w:t>způsobem</w:t>
      </w:r>
      <w:proofErr w:type="spellEnd"/>
      <w:r w:rsidRPr="00AD4C67">
        <w:rPr>
          <w:lang w:val="pl-PL"/>
        </w:rPr>
        <w:t xml:space="preserve">, </w:t>
      </w:r>
      <w:proofErr w:type="spellStart"/>
      <w:r w:rsidRPr="00AD4C67">
        <w:rPr>
          <w:lang w:val="pl-PL"/>
        </w:rPr>
        <w:t>který</w:t>
      </w:r>
      <w:proofErr w:type="spellEnd"/>
      <w:r w:rsidRPr="00AD4C67">
        <w:rPr>
          <w:lang w:val="pl-PL"/>
        </w:rPr>
        <w:t xml:space="preserve"> </w:t>
      </w:r>
      <w:proofErr w:type="spellStart"/>
      <w:r w:rsidRPr="00AD4C67">
        <w:rPr>
          <w:lang w:val="pl-PL"/>
        </w:rPr>
        <w:t>osobu</w:t>
      </w:r>
      <w:proofErr w:type="spellEnd"/>
      <w:r w:rsidRPr="00AD4C67">
        <w:rPr>
          <w:lang w:val="pl-PL"/>
        </w:rPr>
        <w:t xml:space="preserve"> </w:t>
      </w:r>
      <w:proofErr w:type="spellStart"/>
      <w:r w:rsidRPr="00AD4C67">
        <w:rPr>
          <w:lang w:val="pl-PL"/>
        </w:rPr>
        <w:t>nevystaví</w:t>
      </w:r>
      <w:proofErr w:type="spellEnd"/>
      <w:r w:rsidRPr="00AD4C67">
        <w:rPr>
          <w:lang w:val="pl-PL"/>
        </w:rPr>
        <w:t xml:space="preserve"> </w:t>
      </w:r>
      <w:proofErr w:type="spellStart"/>
      <w:r w:rsidRPr="00AD4C67">
        <w:rPr>
          <w:lang w:val="pl-PL"/>
        </w:rPr>
        <w:t>předvídatelnému</w:t>
      </w:r>
      <w:proofErr w:type="spellEnd"/>
      <w:r w:rsidRPr="00AD4C67">
        <w:rPr>
          <w:lang w:val="pl-PL"/>
        </w:rPr>
        <w:t xml:space="preserve"> </w:t>
      </w:r>
      <w:proofErr w:type="spellStart"/>
      <w:r w:rsidRPr="00AD4C67">
        <w:rPr>
          <w:lang w:val="pl-PL"/>
        </w:rPr>
        <w:t>nebezpečí</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odmítnutí</w:t>
      </w:r>
      <w:proofErr w:type="spellEnd"/>
      <w:r w:rsidRPr="00AD4C67">
        <w:rPr>
          <w:lang w:val="pl-PL"/>
        </w:rPr>
        <w:t xml:space="preserve"> </w:t>
      </w:r>
      <w:proofErr w:type="spellStart"/>
      <w:r w:rsidRPr="00AD4C67">
        <w:rPr>
          <w:lang w:val="pl-PL"/>
        </w:rPr>
        <w:t>spolupráce</w:t>
      </w:r>
      <w:proofErr w:type="spellEnd"/>
      <w:r w:rsidRPr="00AD4C67">
        <w:rPr>
          <w:lang w:val="pl-PL"/>
        </w:rPr>
        <w:t xml:space="preserve"> </w:t>
      </w:r>
      <w:proofErr w:type="spellStart"/>
      <w:r w:rsidRPr="00AD4C67">
        <w:rPr>
          <w:lang w:val="pl-PL"/>
        </w:rPr>
        <w:t>lze</w:t>
      </w:r>
      <w:proofErr w:type="spellEnd"/>
      <w:r w:rsidRPr="00AD4C67">
        <w:rPr>
          <w:lang w:val="pl-PL"/>
        </w:rPr>
        <w:t xml:space="preserve"> </w:t>
      </w:r>
      <w:proofErr w:type="spellStart"/>
      <w:r w:rsidRPr="00AD4C67">
        <w:rPr>
          <w:lang w:val="pl-PL"/>
        </w:rPr>
        <w:t>přivolat</w:t>
      </w:r>
      <w:proofErr w:type="spellEnd"/>
      <w:r w:rsidRPr="00AD4C67">
        <w:rPr>
          <w:lang w:val="pl-PL"/>
        </w:rPr>
        <w:t xml:space="preserve"> </w:t>
      </w:r>
      <w:proofErr w:type="spellStart"/>
      <w:r w:rsidRPr="00AD4C67">
        <w:rPr>
          <w:lang w:val="pl-PL"/>
        </w:rPr>
        <w:t>policii</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ohrožení</w:t>
      </w:r>
      <w:proofErr w:type="spellEnd"/>
      <w:r w:rsidRPr="00AD4C67">
        <w:rPr>
          <w:lang w:val="pl-PL"/>
        </w:rPr>
        <w:t xml:space="preserve"> </w:t>
      </w:r>
      <w:proofErr w:type="spellStart"/>
      <w:r w:rsidRPr="00AD4C67">
        <w:rPr>
          <w:lang w:val="pl-PL"/>
        </w:rPr>
        <w:t>zdraví</w:t>
      </w:r>
      <w:proofErr w:type="spellEnd"/>
      <w:r w:rsidRPr="00AD4C67">
        <w:rPr>
          <w:lang w:val="pl-PL"/>
        </w:rPr>
        <w:t xml:space="preserve"> </w:t>
      </w:r>
      <w:proofErr w:type="spellStart"/>
      <w:r w:rsidRPr="00AD4C67">
        <w:rPr>
          <w:lang w:val="pl-PL"/>
        </w:rPr>
        <w:t>zdravotnickou</w:t>
      </w:r>
      <w:proofErr w:type="spellEnd"/>
      <w:r w:rsidRPr="00AD4C67">
        <w:rPr>
          <w:lang w:val="pl-PL"/>
        </w:rPr>
        <w:t xml:space="preserve"> </w:t>
      </w:r>
      <w:proofErr w:type="spellStart"/>
      <w:r w:rsidRPr="00AD4C67">
        <w:rPr>
          <w:lang w:val="pl-PL"/>
        </w:rPr>
        <w:t>záchrannou</w:t>
      </w:r>
      <w:proofErr w:type="spellEnd"/>
      <w:r w:rsidRPr="00AD4C67">
        <w:rPr>
          <w:lang w:val="pl-PL"/>
        </w:rPr>
        <w:t xml:space="preserve"> </w:t>
      </w:r>
      <w:proofErr w:type="spellStart"/>
      <w:r w:rsidRPr="00AD4C67">
        <w:rPr>
          <w:lang w:val="pl-PL"/>
        </w:rPr>
        <w:t>službu</w:t>
      </w:r>
      <w:proofErr w:type="spellEnd"/>
      <w:r w:rsidRPr="00AD4C67">
        <w:rPr>
          <w:lang w:val="pl-PL"/>
        </w:rPr>
        <w:t xml:space="preserve">. Toto </w:t>
      </w:r>
      <w:proofErr w:type="spellStart"/>
      <w:r w:rsidRPr="00AD4C67">
        <w:rPr>
          <w:lang w:val="pl-PL"/>
        </w:rPr>
        <w:t>ustanovení</w:t>
      </w:r>
      <w:proofErr w:type="spellEnd"/>
      <w:r w:rsidRPr="00AD4C67">
        <w:rPr>
          <w:lang w:val="pl-PL"/>
        </w:rPr>
        <w:t xml:space="preserve"> </w:t>
      </w:r>
      <w:proofErr w:type="spellStart"/>
      <w:r w:rsidRPr="00AD4C67">
        <w:rPr>
          <w:lang w:val="pl-PL"/>
        </w:rPr>
        <w:t>neopravňuje</w:t>
      </w:r>
      <w:proofErr w:type="spellEnd"/>
      <w:r w:rsidRPr="00AD4C67">
        <w:rPr>
          <w:lang w:val="pl-PL"/>
        </w:rPr>
        <w:t xml:space="preserve"> k </w:t>
      </w:r>
      <w:proofErr w:type="spellStart"/>
      <w:r w:rsidRPr="00AD4C67">
        <w:rPr>
          <w:lang w:val="pl-PL"/>
        </w:rPr>
        <w:t>nepřiměřenému</w:t>
      </w:r>
      <w:proofErr w:type="spellEnd"/>
      <w:r w:rsidRPr="00AD4C67">
        <w:rPr>
          <w:lang w:val="pl-PL"/>
        </w:rPr>
        <w:t xml:space="preserve"> </w:t>
      </w:r>
      <w:proofErr w:type="spellStart"/>
      <w:r w:rsidRPr="00AD4C67">
        <w:rPr>
          <w:lang w:val="pl-PL"/>
        </w:rPr>
        <w:t>použití</w:t>
      </w:r>
      <w:proofErr w:type="spellEnd"/>
      <w:r w:rsidRPr="00AD4C67">
        <w:rPr>
          <w:lang w:val="pl-PL"/>
        </w:rPr>
        <w:t xml:space="preserve"> </w:t>
      </w:r>
      <w:proofErr w:type="spellStart"/>
      <w:r w:rsidRPr="00AD4C67">
        <w:rPr>
          <w:lang w:val="pl-PL"/>
        </w:rPr>
        <w:t>síly</w:t>
      </w:r>
      <w:proofErr w:type="spellEnd"/>
      <w:r w:rsidRPr="00AD4C67">
        <w:rPr>
          <w:lang w:val="pl-PL"/>
        </w:rPr>
        <w:t>.</w:t>
      </w:r>
    </w:p>
    <w:p w14:paraId="538BA9BB" w14:textId="77777777" w:rsidR="006C464F" w:rsidRPr="00AD4C67" w:rsidRDefault="00000000">
      <w:pPr>
        <w:rPr>
          <w:lang w:val="pl-PL"/>
        </w:rPr>
      </w:pPr>
      <w:r w:rsidRPr="00AD4C67">
        <w:rPr>
          <w:lang w:val="pl-PL"/>
        </w:rPr>
        <w:t xml:space="preserve">5.6. </w:t>
      </w:r>
      <w:proofErr w:type="spellStart"/>
      <w:r w:rsidRPr="00AD4C67">
        <w:rPr>
          <w:lang w:val="pl-PL"/>
        </w:rPr>
        <w:t>Při</w:t>
      </w:r>
      <w:proofErr w:type="spellEnd"/>
      <w:r w:rsidRPr="00AD4C67">
        <w:rPr>
          <w:lang w:val="pl-PL"/>
        </w:rPr>
        <w:t xml:space="preserve"> </w:t>
      </w:r>
      <w:proofErr w:type="spellStart"/>
      <w:r w:rsidRPr="00AD4C67">
        <w:rPr>
          <w:lang w:val="pl-PL"/>
        </w:rPr>
        <w:t>závažném</w:t>
      </w:r>
      <w:proofErr w:type="spellEnd"/>
      <w:r w:rsidRPr="00AD4C67">
        <w:rPr>
          <w:lang w:val="pl-PL"/>
        </w:rPr>
        <w:t xml:space="preserve"> </w:t>
      </w:r>
      <w:proofErr w:type="spellStart"/>
      <w:r w:rsidRPr="00AD4C67">
        <w:rPr>
          <w:lang w:val="pl-PL"/>
        </w:rPr>
        <w:t>ohrožení</w:t>
      </w:r>
      <w:proofErr w:type="spellEnd"/>
      <w:r w:rsidRPr="00AD4C67">
        <w:rPr>
          <w:lang w:val="pl-PL"/>
        </w:rPr>
        <w:t xml:space="preserve"> </w:t>
      </w:r>
      <w:proofErr w:type="spellStart"/>
      <w:r w:rsidRPr="00AD4C67">
        <w:rPr>
          <w:lang w:val="pl-PL"/>
        </w:rPr>
        <w:t>může</w:t>
      </w:r>
      <w:proofErr w:type="spellEnd"/>
      <w:r w:rsidRPr="00AD4C67">
        <w:rPr>
          <w:lang w:val="pl-PL"/>
        </w:rPr>
        <w:t xml:space="preserve"> </w:t>
      </w:r>
      <w:proofErr w:type="spellStart"/>
      <w:r w:rsidRPr="00AD4C67">
        <w:rPr>
          <w:lang w:val="pl-PL"/>
        </w:rPr>
        <w:t>kapitán</w:t>
      </w:r>
      <w:proofErr w:type="spellEnd"/>
      <w:r w:rsidRPr="00AD4C67">
        <w:rPr>
          <w:lang w:val="pl-PL"/>
        </w:rPr>
        <w:t xml:space="preserve"> </w:t>
      </w:r>
      <w:proofErr w:type="spellStart"/>
      <w:r w:rsidRPr="00AD4C67">
        <w:rPr>
          <w:lang w:val="pl-PL"/>
        </w:rPr>
        <w:t>přerušit</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ukončit</w:t>
      </w:r>
      <w:proofErr w:type="spellEnd"/>
      <w:r w:rsidRPr="00AD4C67">
        <w:rPr>
          <w:lang w:val="pl-PL"/>
        </w:rPr>
        <w:t xml:space="preserve"> </w:t>
      </w:r>
      <w:proofErr w:type="spellStart"/>
      <w:r w:rsidRPr="00AD4C67">
        <w:rPr>
          <w:lang w:val="pl-PL"/>
        </w:rPr>
        <w:t>celou</w:t>
      </w:r>
      <w:proofErr w:type="spellEnd"/>
      <w:r w:rsidRPr="00AD4C67">
        <w:rPr>
          <w:lang w:val="pl-PL"/>
        </w:rPr>
        <w:t xml:space="preserve"> </w:t>
      </w:r>
      <w:proofErr w:type="spellStart"/>
      <w:r w:rsidRPr="00AD4C67">
        <w:rPr>
          <w:lang w:val="pl-PL"/>
        </w:rPr>
        <w:t>akci</w:t>
      </w:r>
      <w:proofErr w:type="spellEnd"/>
      <w:r w:rsidRPr="00AD4C67">
        <w:rPr>
          <w:lang w:val="pl-PL"/>
        </w:rPr>
        <w:t xml:space="preserve">. </w:t>
      </w:r>
      <w:proofErr w:type="spellStart"/>
      <w:r w:rsidRPr="00AD4C67">
        <w:rPr>
          <w:lang w:val="pl-PL"/>
        </w:rPr>
        <w:t>Finanční</w:t>
      </w:r>
      <w:proofErr w:type="spellEnd"/>
      <w:r w:rsidRPr="00AD4C67">
        <w:rPr>
          <w:lang w:val="pl-PL"/>
        </w:rPr>
        <w:t xml:space="preserve"> </w:t>
      </w:r>
      <w:proofErr w:type="spellStart"/>
      <w:r w:rsidRPr="00AD4C67">
        <w:rPr>
          <w:lang w:val="pl-PL"/>
        </w:rPr>
        <w:t>vypořádání</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posuzuje</w:t>
      </w:r>
      <w:proofErr w:type="spellEnd"/>
      <w:r w:rsidRPr="00AD4C67">
        <w:rPr>
          <w:lang w:val="pl-PL"/>
        </w:rPr>
        <w:t xml:space="preserve"> podle </w:t>
      </w:r>
      <w:proofErr w:type="spellStart"/>
      <w:r w:rsidRPr="00AD4C67">
        <w:rPr>
          <w:lang w:val="pl-PL"/>
        </w:rPr>
        <w:t>příčiny</w:t>
      </w:r>
      <w:proofErr w:type="spellEnd"/>
      <w:r w:rsidRPr="00AD4C67">
        <w:rPr>
          <w:lang w:val="pl-PL"/>
        </w:rPr>
        <w:t xml:space="preserve">, </w:t>
      </w:r>
      <w:proofErr w:type="spellStart"/>
      <w:r w:rsidRPr="00AD4C67">
        <w:rPr>
          <w:lang w:val="pl-PL"/>
        </w:rPr>
        <w:t>rozsahu</w:t>
      </w:r>
      <w:proofErr w:type="spellEnd"/>
      <w:r w:rsidRPr="00AD4C67">
        <w:rPr>
          <w:lang w:val="pl-PL"/>
        </w:rPr>
        <w:t xml:space="preserve"> </w:t>
      </w:r>
      <w:proofErr w:type="spellStart"/>
      <w:r w:rsidRPr="00AD4C67">
        <w:rPr>
          <w:lang w:val="pl-PL"/>
        </w:rPr>
        <w:t>poskytnuté</w:t>
      </w:r>
      <w:proofErr w:type="spellEnd"/>
      <w:r w:rsidRPr="00AD4C67">
        <w:rPr>
          <w:lang w:val="pl-PL"/>
        </w:rPr>
        <w:t xml:space="preserve"> </w:t>
      </w:r>
      <w:proofErr w:type="spellStart"/>
      <w:r w:rsidRPr="00AD4C67">
        <w:rPr>
          <w:lang w:val="pl-PL"/>
        </w:rPr>
        <w:t>služby</w:t>
      </w:r>
      <w:proofErr w:type="spellEnd"/>
      <w:r w:rsidRPr="00AD4C67">
        <w:rPr>
          <w:lang w:val="pl-PL"/>
        </w:rPr>
        <w:t xml:space="preserve"> a </w:t>
      </w:r>
      <w:proofErr w:type="spellStart"/>
      <w:r w:rsidRPr="00AD4C67">
        <w:rPr>
          <w:lang w:val="pl-PL"/>
        </w:rPr>
        <w:t>zákona</w:t>
      </w:r>
      <w:proofErr w:type="spellEnd"/>
      <w:r w:rsidRPr="00AD4C67">
        <w:rPr>
          <w:lang w:val="pl-PL"/>
        </w:rPr>
        <w:t xml:space="preserve">. Toto </w:t>
      </w:r>
      <w:proofErr w:type="spellStart"/>
      <w:r w:rsidRPr="00AD4C67">
        <w:rPr>
          <w:lang w:val="pl-PL"/>
        </w:rPr>
        <w:t>ustanovení</w:t>
      </w:r>
      <w:proofErr w:type="spellEnd"/>
      <w:r w:rsidRPr="00AD4C67">
        <w:rPr>
          <w:lang w:val="pl-PL"/>
        </w:rPr>
        <w:t xml:space="preserve"> </w:t>
      </w:r>
      <w:proofErr w:type="spellStart"/>
      <w:r w:rsidRPr="00AD4C67">
        <w:rPr>
          <w:lang w:val="pl-PL"/>
        </w:rPr>
        <w:t>nezakládá</w:t>
      </w:r>
      <w:proofErr w:type="spellEnd"/>
      <w:r w:rsidRPr="00AD4C67">
        <w:rPr>
          <w:lang w:val="pl-PL"/>
        </w:rPr>
        <w:t xml:space="preserve"> </w:t>
      </w:r>
      <w:proofErr w:type="spellStart"/>
      <w:r w:rsidRPr="00AD4C67">
        <w:rPr>
          <w:lang w:val="pl-PL"/>
        </w:rPr>
        <w:t>automatické</w:t>
      </w:r>
      <w:proofErr w:type="spellEnd"/>
      <w:r w:rsidRPr="00AD4C67">
        <w:rPr>
          <w:lang w:val="pl-PL"/>
        </w:rPr>
        <w:t xml:space="preserve"> </w:t>
      </w:r>
      <w:proofErr w:type="spellStart"/>
      <w:r w:rsidRPr="00AD4C67">
        <w:rPr>
          <w:lang w:val="pl-PL"/>
        </w:rPr>
        <w:t>propadnutí</w:t>
      </w:r>
      <w:proofErr w:type="spellEnd"/>
      <w:r w:rsidRPr="00AD4C67">
        <w:rPr>
          <w:lang w:val="pl-PL"/>
        </w:rPr>
        <w:t xml:space="preserve"> </w:t>
      </w:r>
      <w:proofErr w:type="spellStart"/>
      <w:r w:rsidRPr="00AD4C67">
        <w:rPr>
          <w:lang w:val="pl-PL"/>
        </w:rPr>
        <w:t>všech</w:t>
      </w:r>
      <w:proofErr w:type="spellEnd"/>
      <w:r w:rsidRPr="00AD4C67">
        <w:rPr>
          <w:lang w:val="pl-PL"/>
        </w:rPr>
        <w:t xml:space="preserve"> </w:t>
      </w:r>
      <w:proofErr w:type="spellStart"/>
      <w:r w:rsidRPr="00AD4C67">
        <w:rPr>
          <w:lang w:val="pl-PL"/>
        </w:rPr>
        <w:t>plateb</w:t>
      </w:r>
      <w:proofErr w:type="spellEnd"/>
      <w:r w:rsidRPr="00AD4C67">
        <w:rPr>
          <w:lang w:val="pl-PL"/>
        </w:rPr>
        <w:t xml:space="preserve"> ani </w:t>
      </w:r>
      <w:proofErr w:type="spellStart"/>
      <w:r w:rsidRPr="00AD4C67">
        <w:rPr>
          <w:lang w:val="pl-PL"/>
        </w:rPr>
        <w:t>odpovědnost</w:t>
      </w:r>
      <w:proofErr w:type="spellEnd"/>
      <w:r w:rsidRPr="00AD4C67">
        <w:rPr>
          <w:lang w:val="pl-PL"/>
        </w:rPr>
        <w:t xml:space="preserve"> </w:t>
      </w:r>
      <w:proofErr w:type="spellStart"/>
      <w:r w:rsidRPr="00AD4C67">
        <w:rPr>
          <w:lang w:val="pl-PL"/>
        </w:rPr>
        <w:t>všech</w:t>
      </w:r>
      <w:proofErr w:type="spellEnd"/>
      <w:r w:rsidRPr="00AD4C67">
        <w:rPr>
          <w:lang w:val="pl-PL"/>
        </w:rPr>
        <w:t xml:space="preserve"> </w:t>
      </w:r>
      <w:proofErr w:type="spellStart"/>
      <w:r w:rsidRPr="00AD4C67">
        <w:rPr>
          <w:lang w:val="pl-PL"/>
        </w:rPr>
        <w:t>účastníků</w:t>
      </w:r>
      <w:proofErr w:type="spellEnd"/>
      <w:r w:rsidRPr="00AD4C67">
        <w:rPr>
          <w:lang w:val="pl-PL"/>
        </w:rPr>
        <w:t xml:space="preserve"> za </w:t>
      </w:r>
      <w:proofErr w:type="spellStart"/>
      <w:r w:rsidRPr="00AD4C67">
        <w:rPr>
          <w:lang w:val="pl-PL"/>
        </w:rPr>
        <w:t>jednání</w:t>
      </w:r>
      <w:proofErr w:type="spellEnd"/>
      <w:r w:rsidRPr="00AD4C67">
        <w:rPr>
          <w:lang w:val="pl-PL"/>
        </w:rPr>
        <w:t xml:space="preserve"> </w:t>
      </w:r>
      <w:proofErr w:type="spellStart"/>
      <w:r w:rsidRPr="00AD4C67">
        <w:rPr>
          <w:lang w:val="pl-PL"/>
        </w:rPr>
        <w:t>jedné</w:t>
      </w:r>
      <w:proofErr w:type="spellEnd"/>
      <w:r w:rsidRPr="00AD4C67">
        <w:rPr>
          <w:lang w:val="pl-PL"/>
        </w:rPr>
        <w:t xml:space="preserve"> osoby.</w:t>
      </w:r>
    </w:p>
    <w:p w14:paraId="2FFB3EA1" w14:textId="77777777" w:rsidR="006C464F" w:rsidRPr="00AD4C67" w:rsidRDefault="00000000">
      <w:pPr>
        <w:rPr>
          <w:lang w:val="pl-PL"/>
        </w:rPr>
      </w:pPr>
      <w:r w:rsidRPr="00AD4C67">
        <w:rPr>
          <w:lang w:val="pl-PL"/>
        </w:rPr>
        <w:t xml:space="preserve">5.7. </w:t>
      </w:r>
      <w:proofErr w:type="spellStart"/>
      <w:r w:rsidRPr="00AD4C67">
        <w:rPr>
          <w:lang w:val="pl-PL"/>
        </w:rPr>
        <w:t>Skladové</w:t>
      </w:r>
      <w:proofErr w:type="spellEnd"/>
      <w:r w:rsidRPr="00AD4C67">
        <w:rPr>
          <w:lang w:val="pl-PL"/>
        </w:rPr>
        <w:t xml:space="preserve">, </w:t>
      </w:r>
      <w:proofErr w:type="spellStart"/>
      <w:r w:rsidRPr="00AD4C67">
        <w:rPr>
          <w:lang w:val="pl-PL"/>
        </w:rPr>
        <w:t>technické</w:t>
      </w:r>
      <w:proofErr w:type="spellEnd"/>
      <w:r w:rsidRPr="00AD4C67">
        <w:rPr>
          <w:lang w:val="pl-PL"/>
        </w:rPr>
        <w:t xml:space="preserve"> a </w:t>
      </w:r>
      <w:proofErr w:type="spellStart"/>
      <w:r w:rsidRPr="00AD4C67">
        <w:rPr>
          <w:lang w:val="pl-PL"/>
        </w:rPr>
        <w:t>jiné</w:t>
      </w:r>
      <w:proofErr w:type="spellEnd"/>
      <w:r w:rsidRPr="00AD4C67">
        <w:rPr>
          <w:lang w:val="pl-PL"/>
        </w:rPr>
        <w:t xml:space="preserve"> </w:t>
      </w:r>
      <w:proofErr w:type="spellStart"/>
      <w:r w:rsidRPr="00AD4C67">
        <w:rPr>
          <w:lang w:val="pl-PL"/>
        </w:rPr>
        <w:t>zřetelně</w:t>
      </w:r>
      <w:proofErr w:type="spellEnd"/>
      <w:r w:rsidRPr="00AD4C67">
        <w:rPr>
          <w:lang w:val="pl-PL"/>
        </w:rPr>
        <w:t xml:space="preserve"> </w:t>
      </w:r>
      <w:proofErr w:type="spellStart"/>
      <w:r w:rsidRPr="00AD4C67">
        <w:rPr>
          <w:lang w:val="pl-PL"/>
        </w:rPr>
        <w:t>označené</w:t>
      </w:r>
      <w:proofErr w:type="spellEnd"/>
      <w:r w:rsidRPr="00AD4C67">
        <w:rPr>
          <w:lang w:val="pl-PL"/>
        </w:rPr>
        <w:t xml:space="preserve"> </w:t>
      </w:r>
      <w:proofErr w:type="spellStart"/>
      <w:r w:rsidRPr="00AD4C67">
        <w:rPr>
          <w:lang w:val="pl-PL"/>
        </w:rPr>
        <w:t>neveřejné</w:t>
      </w:r>
      <w:proofErr w:type="spellEnd"/>
      <w:r w:rsidRPr="00AD4C67">
        <w:rPr>
          <w:lang w:val="pl-PL"/>
        </w:rPr>
        <w:t xml:space="preserve"> </w:t>
      </w:r>
      <w:proofErr w:type="spellStart"/>
      <w:r w:rsidRPr="00AD4C67">
        <w:rPr>
          <w:lang w:val="pl-PL"/>
        </w:rPr>
        <w:t>prostory</w:t>
      </w:r>
      <w:proofErr w:type="spellEnd"/>
      <w:r w:rsidRPr="00AD4C67">
        <w:rPr>
          <w:lang w:val="pl-PL"/>
        </w:rPr>
        <w:t xml:space="preserve"> </w:t>
      </w:r>
      <w:proofErr w:type="spellStart"/>
      <w:r w:rsidRPr="00AD4C67">
        <w:rPr>
          <w:lang w:val="pl-PL"/>
        </w:rPr>
        <w:t>jsou</w:t>
      </w:r>
      <w:proofErr w:type="spellEnd"/>
      <w:r w:rsidRPr="00AD4C67">
        <w:rPr>
          <w:lang w:val="pl-PL"/>
        </w:rPr>
        <w:t xml:space="preserve"> </w:t>
      </w:r>
      <w:proofErr w:type="spellStart"/>
      <w:r w:rsidRPr="00AD4C67">
        <w:rPr>
          <w:lang w:val="pl-PL"/>
        </w:rPr>
        <w:t>hostům</w:t>
      </w:r>
      <w:proofErr w:type="spellEnd"/>
      <w:r w:rsidRPr="00AD4C67">
        <w:rPr>
          <w:lang w:val="pl-PL"/>
        </w:rPr>
        <w:t xml:space="preserve"> </w:t>
      </w:r>
      <w:proofErr w:type="spellStart"/>
      <w:r w:rsidRPr="00AD4C67">
        <w:rPr>
          <w:lang w:val="pl-PL"/>
        </w:rPr>
        <w:t>nepřístupné</w:t>
      </w:r>
      <w:proofErr w:type="spellEnd"/>
      <w:r w:rsidRPr="00AD4C67">
        <w:rPr>
          <w:lang w:val="pl-PL"/>
        </w:rPr>
        <w:t xml:space="preserve">. </w:t>
      </w:r>
      <w:proofErr w:type="spellStart"/>
      <w:r w:rsidRPr="00AD4C67">
        <w:rPr>
          <w:lang w:val="pl-PL"/>
        </w:rPr>
        <w:t>Vstup</w:t>
      </w:r>
      <w:proofErr w:type="spellEnd"/>
      <w:r w:rsidRPr="00AD4C67">
        <w:rPr>
          <w:lang w:val="pl-PL"/>
        </w:rPr>
        <w:t xml:space="preserve"> je </w:t>
      </w:r>
      <w:proofErr w:type="spellStart"/>
      <w:r w:rsidRPr="00AD4C67">
        <w:rPr>
          <w:lang w:val="pl-PL"/>
        </w:rPr>
        <w:t>možný</w:t>
      </w:r>
      <w:proofErr w:type="spellEnd"/>
      <w:r w:rsidRPr="00AD4C67">
        <w:rPr>
          <w:lang w:val="pl-PL"/>
        </w:rPr>
        <w:t xml:space="preserve"> </w:t>
      </w:r>
      <w:proofErr w:type="spellStart"/>
      <w:r w:rsidRPr="00AD4C67">
        <w:rPr>
          <w:lang w:val="pl-PL"/>
        </w:rPr>
        <w:t>pouze</w:t>
      </w:r>
      <w:proofErr w:type="spellEnd"/>
      <w:r w:rsidRPr="00AD4C67">
        <w:rPr>
          <w:lang w:val="pl-PL"/>
        </w:rPr>
        <w:t xml:space="preserve"> s </w:t>
      </w:r>
      <w:proofErr w:type="spellStart"/>
      <w:r w:rsidRPr="00AD4C67">
        <w:rPr>
          <w:lang w:val="pl-PL"/>
        </w:rPr>
        <w:t>výslovným</w:t>
      </w:r>
      <w:proofErr w:type="spellEnd"/>
      <w:r w:rsidRPr="00AD4C67">
        <w:rPr>
          <w:lang w:val="pl-PL"/>
        </w:rPr>
        <w:t xml:space="preserve"> </w:t>
      </w:r>
      <w:proofErr w:type="spellStart"/>
      <w:r w:rsidRPr="00AD4C67">
        <w:rPr>
          <w:lang w:val="pl-PL"/>
        </w:rPr>
        <w:t>souhlasem</w:t>
      </w:r>
      <w:proofErr w:type="spellEnd"/>
      <w:r w:rsidRPr="00AD4C67">
        <w:rPr>
          <w:lang w:val="pl-PL"/>
        </w:rPr>
        <w:t xml:space="preserve"> </w:t>
      </w:r>
      <w:proofErr w:type="spellStart"/>
      <w:r w:rsidRPr="00AD4C67">
        <w:rPr>
          <w:lang w:val="pl-PL"/>
        </w:rPr>
        <w:t>posádky</w:t>
      </w:r>
      <w:proofErr w:type="spellEnd"/>
      <w:r w:rsidRPr="00AD4C67">
        <w:rPr>
          <w:lang w:val="pl-PL"/>
        </w:rPr>
        <w:t xml:space="preserve">. </w:t>
      </w:r>
      <w:proofErr w:type="spellStart"/>
      <w:r w:rsidRPr="00AD4C67">
        <w:rPr>
          <w:lang w:val="pl-PL"/>
        </w:rPr>
        <w:t>Zákazník</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zavazuje</w:t>
      </w:r>
      <w:proofErr w:type="spellEnd"/>
      <w:r w:rsidRPr="00AD4C67">
        <w:rPr>
          <w:lang w:val="pl-PL"/>
        </w:rPr>
        <w:t xml:space="preserve"> do </w:t>
      </w:r>
      <w:proofErr w:type="spellStart"/>
      <w:r w:rsidRPr="00AD4C67">
        <w:rPr>
          <w:lang w:val="pl-PL"/>
        </w:rPr>
        <w:t>těchto</w:t>
      </w:r>
      <w:proofErr w:type="spellEnd"/>
      <w:r w:rsidRPr="00AD4C67">
        <w:rPr>
          <w:lang w:val="pl-PL"/>
        </w:rPr>
        <w:t xml:space="preserve"> </w:t>
      </w:r>
      <w:proofErr w:type="spellStart"/>
      <w:r w:rsidRPr="00AD4C67">
        <w:rPr>
          <w:lang w:val="pl-PL"/>
        </w:rPr>
        <w:t>prostor</w:t>
      </w:r>
      <w:proofErr w:type="spellEnd"/>
      <w:r w:rsidRPr="00AD4C67">
        <w:rPr>
          <w:lang w:val="pl-PL"/>
        </w:rPr>
        <w:t xml:space="preserve"> bez </w:t>
      </w:r>
      <w:proofErr w:type="spellStart"/>
      <w:r w:rsidRPr="00AD4C67">
        <w:rPr>
          <w:lang w:val="pl-PL"/>
        </w:rPr>
        <w:t>souhlasu</w:t>
      </w:r>
      <w:proofErr w:type="spellEnd"/>
      <w:r w:rsidRPr="00AD4C67">
        <w:rPr>
          <w:lang w:val="pl-PL"/>
        </w:rPr>
        <w:t xml:space="preserve"> </w:t>
      </w:r>
      <w:proofErr w:type="spellStart"/>
      <w:r w:rsidRPr="00AD4C67">
        <w:rPr>
          <w:lang w:val="pl-PL"/>
        </w:rPr>
        <w:t>nevstupovat</w:t>
      </w:r>
      <w:proofErr w:type="spellEnd"/>
      <w:r w:rsidRPr="00AD4C67">
        <w:rPr>
          <w:lang w:val="pl-PL"/>
        </w:rPr>
        <w:t xml:space="preserve"> a </w:t>
      </w:r>
      <w:proofErr w:type="spellStart"/>
      <w:r w:rsidRPr="00AD4C67">
        <w:rPr>
          <w:lang w:val="pl-PL"/>
        </w:rPr>
        <w:t>neumožnit</w:t>
      </w:r>
      <w:proofErr w:type="spellEnd"/>
      <w:r w:rsidRPr="00AD4C67">
        <w:rPr>
          <w:lang w:val="pl-PL"/>
        </w:rPr>
        <w:t xml:space="preserve"> </w:t>
      </w:r>
      <w:proofErr w:type="spellStart"/>
      <w:r w:rsidRPr="00AD4C67">
        <w:rPr>
          <w:lang w:val="pl-PL"/>
        </w:rPr>
        <w:t>vstup</w:t>
      </w:r>
      <w:proofErr w:type="spellEnd"/>
      <w:r w:rsidRPr="00AD4C67">
        <w:rPr>
          <w:lang w:val="pl-PL"/>
        </w:rPr>
        <w:t xml:space="preserve"> </w:t>
      </w:r>
      <w:proofErr w:type="spellStart"/>
      <w:r w:rsidRPr="00AD4C67">
        <w:rPr>
          <w:lang w:val="pl-PL"/>
        </w:rPr>
        <w:t>jiným</w:t>
      </w:r>
      <w:proofErr w:type="spellEnd"/>
      <w:r w:rsidRPr="00AD4C67">
        <w:rPr>
          <w:lang w:val="pl-PL"/>
        </w:rPr>
        <w:t xml:space="preserve"> </w:t>
      </w:r>
      <w:proofErr w:type="spellStart"/>
      <w:r w:rsidRPr="00AD4C67">
        <w:rPr>
          <w:lang w:val="pl-PL"/>
        </w:rPr>
        <w:t>osobám</w:t>
      </w:r>
      <w:proofErr w:type="spellEnd"/>
      <w:r w:rsidRPr="00AD4C67">
        <w:rPr>
          <w:lang w:val="pl-PL"/>
        </w:rPr>
        <w:t xml:space="preserve">; o </w:t>
      </w:r>
      <w:proofErr w:type="spellStart"/>
      <w:r w:rsidRPr="00AD4C67">
        <w:rPr>
          <w:lang w:val="pl-PL"/>
        </w:rPr>
        <w:t>zákazu</w:t>
      </w:r>
      <w:proofErr w:type="spellEnd"/>
      <w:r w:rsidRPr="00AD4C67">
        <w:rPr>
          <w:lang w:val="pl-PL"/>
        </w:rPr>
        <w:t xml:space="preserve"> informuje </w:t>
      </w:r>
      <w:proofErr w:type="spellStart"/>
      <w:r w:rsidRPr="00AD4C67">
        <w:rPr>
          <w:lang w:val="pl-PL"/>
        </w:rPr>
        <w:t>své</w:t>
      </w:r>
      <w:proofErr w:type="spellEnd"/>
      <w:r w:rsidRPr="00AD4C67">
        <w:rPr>
          <w:lang w:val="pl-PL"/>
        </w:rPr>
        <w:t xml:space="preserve"> hosty. </w:t>
      </w:r>
      <w:proofErr w:type="spellStart"/>
      <w:r w:rsidRPr="00AD4C67">
        <w:rPr>
          <w:lang w:val="pl-PL"/>
        </w:rPr>
        <w:t>Výjimkou</w:t>
      </w:r>
      <w:proofErr w:type="spellEnd"/>
      <w:r w:rsidRPr="00AD4C67">
        <w:rPr>
          <w:lang w:val="pl-PL"/>
        </w:rPr>
        <w:t xml:space="preserve"> je </w:t>
      </w:r>
      <w:proofErr w:type="spellStart"/>
      <w:r w:rsidRPr="00AD4C67">
        <w:rPr>
          <w:lang w:val="pl-PL"/>
        </w:rPr>
        <w:t>nezbytné</w:t>
      </w:r>
      <w:proofErr w:type="spellEnd"/>
      <w:r w:rsidRPr="00AD4C67">
        <w:rPr>
          <w:lang w:val="pl-PL"/>
        </w:rPr>
        <w:t xml:space="preserve"> </w:t>
      </w:r>
      <w:proofErr w:type="spellStart"/>
      <w:r w:rsidRPr="00AD4C67">
        <w:rPr>
          <w:lang w:val="pl-PL"/>
        </w:rPr>
        <w:t>jednání</w:t>
      </w:r>
      <w:proofErr w:type="spellEnd"/>
      <w:r w:rsidRPr="00AD4C67">
        <w:rPr>
          <w:lang w:val="pl-PL"/>
        </w:rPr>
        <w:t xml:space="preserve"> k </w:t>
      </w:r>
      <w:proofErr w:type="spellStart"/>
      <w:r w:rsidRPr="00AD4C67">
        <w:rPr>
          <w:lang w:val="pl-PL"/>
        </w:rPr>
        <w:t>odvrácení</w:t>
      </w:r>
      <w:proofErr w:type="spellEnd"/>
      <w:r w:rsidRPr="00AD4C67">
        <w:rPr>
          <w:lang w:val="pl-PL"/>
        </w:rPr>
        <w:t xml:space="preserve"> </w:t>
      </w:r>
      <w:proofErr w:type="spellStart"/>
      <w:r w:rsidRPr="00AD4C67">
        <w:rPr>
          <w:lang w:val="pl-PL"/>
        </w:rPr>
        <w:t>bezprostředního</w:t>
      </w:r>
      <w:proofErr w:type="spellEnd"/>
      <w:r w:rsidRPr="00AD4C67">
        <w:rPr>
          <w:lang w:val="pl-PL"/>
        </w:rPr>
        <w:t xml:space="preserve"> </w:t>
      </w:r>
      <w:proofErr w:type="spellStart"/>
      <w:r w:rsidRPr="00AD4C67">
        <w:rPr>
          <w:lang w:val="pl-PL"/>
        </w:rPr>
        <w:t>nebezpečí</w:t>
      </w:r>
      <w:proofErr w:type="spellEnd"/>
      <w:r w:rsidRPr="00AD4C67">
        <w:rPr>
          <w:lang w:val="pl-PL"/>
        </w:rPr>
        <w:t xml:space="preserve">, </w:t>
      </w:r>
      <w:proofErr w:type="spellStart"/>
      <w:r w:rsidRPr="00AD4C67">
        <w:rPr>
          <w:lang w:val="pl-PL"/>
        </w:rPr>
        <w:t>nelze</w:t>
      </w:r>
      <w:proofErr w:type="spellEnd"/>
      <w:r w:rsidRPr="00AD4C67">
        <w:rPr>
          <w:lang w:val="pl-PL"/>
        </w:rPr>
        <w:t xml:space="preserve">-li je </w:t>
      </w:r>
      <w:proofErr w:type="spellStart"/>
      <w:r w:rsidRPr="00AD4C67">
        <w:rPr>
          <w:lang w:val="pl-PL"/>
        </w:rPr>
        <w:t>odvrátit</w:t>
      </w:r>
      <w:proofErr w:type="spellEnd"/>
      <w:r w:rsidRPr="00AD4C67">
        <w:rPr>
          <w:lang w:val="pl-PL"/>
        </w:rPr>
        <w:t xml:space="preserve"> </w:t>
      </w:r>
      <w:proofErr w:type="spellStart"/>
      <w:r w:rsidRPr="00AD4C67">
        <w:rPr>
          <w:lang w:val="pl-PL"/>
        </w:rPr>
        <w:t>jinak</w:t>
      </w:r>
      <w:proofErr w:type="spellEnd"/>
      <w:r w:rsidRPr="00AD4C67">
        <w:rPr>
          <w:lang w:val="pl-PL"/>
        </w:rPr>
        <w:t>.</w:t>
      </w:r>
    </w:p>
    <w:p w14:paraId="549E7C35" w14:textId="77777777" w:rsidR="006C464F" w:rsidRPr="00AD4C67" w:rsidRDefault="00000000">
      <w:pPr>
        <w:rPr>
          <w:lang w:val="pl-PL"/>
        </w:rPr>
      </w:pPr>
      <w:r w:rsidRPr="00AD4C67">
        <w:rPr>
          <w:lang w:val="pl-PL"/>
        </w:rPr>
        <w:t xml:space="preserve">5.8. Do </w:t>
      </w:r>
      <w:proofErr w:type="spellStart"/>
      <w:r w:rsidRPr="00AD4C67">
        <w:rPr>
          <w:lang w:val="pl-PL"/>
        </w:rPr>
        <w:t>lodní</w:t>
      </w:r>
      <w:proofErr w:type="spellEnd"/>
      <w:r w:rsidRPr="00AD4C67">
        <w:rPr>
          <w:lang w:val="pl-PL"/>
        </w:rPr>
        <w:t xml:space="preserve"> toalety </w:t>
      </w:r>
      <w:proofErr w:type="spellStart"/>
      <w:r w:rsidRPr="00AD4C67">
        <w:rPr>
          <w:lang w:val="pl-PL"/>
        </w:rPr>
        <w:t>se</w:t>
      </w:r>
      <w:proofErr w:type="spellEnd"/>
      <w:r w:rsidRPr="00AD4C67">
        <w:rPr>
          <w:lang w:val="pl-PL"/>
        </w:rPr>
        <w:t xml:space="preserve"> </w:t>
      </w:r>
      <w:proofErr w:type="spellStart"/>
      <w:r w:rsidRPr="00AD4C67">
        <w:rPr>
          <w:lang w:val="pl-PL"/>
        </w:rPr>
        <w:t>nesmějí</w:t>
      </w:r>
      <w:proofErr w:type="spellEnd"/>
      <w:r w:rsidRPr="00AD4C67">
        <w:rPr>
          <w:lang w:val="pl-PL"/>
        </w:rPr>
        <w:t xml:space="preserve"> </w:t>
      </w:r>
      <w:proofErr w:type="spellStart"/>
      <w:r w:rsidRPr="00AD4C67">
        <w:rPr>
          <w:lang w:val="pl-PL"/>
        </w:rPr>
        <w:t>vhazovat</w:t>
      </w:r>
      <w:proofErr w:type="spellEnd"/>
      <w:r w:rsidRPr="00AD4C67">
        <w:rPr>
          <w:lang w:val="pl-PL"/>
        </w:rPr>
        <w:t xml:space="preserve"> </w:t>
      </w:r>
      <w:proofErr w:type="spellStart"/>
      <w:r w:rsidRPr="00AD4C67">
        <w:rPr>
          <w:lang w:val="pl-PL"/>
        </w:rPr>
        <w:t>žádné</w:t>
      </w:r>
      <w:proofErr w:type="spellEnd"/>
      <w:r w:rsidRPr="00AD4C67">
        <w:rPr>
          <w:lang w:val="pl-PL"/>
        </w:rPr>
        <w:t xml:space="preserve"> </w:t>
      </w:r>
      <w:proofErr w:type="spellStart"/>
      <w:r w:rsidRPr="00AD4C67">
        <w:rPr>
          <w:lang w:val="pl-PL"/>
        </w:rPr>
        <w:t>odpadky</w:t>
      </w:r>
      <w:proofErr w:type="spellEnd"/>
      <w:r w:rsidRPr="00AD4C67">
        <w:rPr>
          <w:lang w:val="pl-PL"/>
        </w:rPr>
        <w:t xml:space="preserve">, </w:t>
      </w:r>
      <w:proofErr w:type="spellStart"/>
      <w:r w:rsidRPr="00AD4C67">
        <w:rPr>
          <w:lang w:val="pl-PL"/>
        </w:rPr>
        <w:t>toaletní</w:t>
      </w:r>
      <w:proofErr w:type="spellEnd"/>
      <w:r w:rsidRPr="00AD4C67">
        <w:rPr>
          <w:lang w:val="pl-PL"/>
        </w:rPr>
        <w:t xml:space="preserve"> </w:t>
      </w:r>
      <w:proofErr w:type="spellStart"/>
      <w:r w:rsidRPr="00AD4C67">
        <w:rPr>
          <w:lang w:val="pl-PL"/>
        </w:rPr>
        <w:t>papír</w:t>
      </w:r>
      <w:proofErr w:type="spellEnd"/>
      <w:r w:rsidRPr="00AD4C67">
        <w:rPr>
          <w:lang w:val="pl-PL"/>
        </w:rPr>
        <w:t xml:space="preserve">, </w:t>
      </w:r>
      <w:proofErr w:type="spellStart"/>
      <w:r w:rsidRPr="00AD4C67">
        <w:rPr>
          <w:lang w:val="pl-PL"/>
        </w:rPr>
        <w:t>vlhčené</w:t>
      </w:r>
      <w:proofErr w:type="spellEnd"/>
      <w:r w:rsidRPr="00AD4C67">
        <w:rPr>
          <w:lang w:val="pl-PL"/>
        </w:rPr>
        <w:t xml:space="preserve"> </w:t>
      </w:r>
      <w:proofErr w:type="spellStart"/>
      <w:r w:rsidRPr="00AD4C67">
        <w:rPr>
          <w:lang w:val="pl-PL"/>
        </w:rPr>
        <w:t>ubrousky</w:t>
      </w:r>
      <w:proofErr w:type="spellEnd"/>
      <w:r w:rsidRPr="00AD4C67">
        <w:rPr>
          <w:lang w:val="pl-PL"/>
        </w:rPr>
        <w:t xml:space="preserve">, </w:t>
      </w:r>
      <w:proofErr w:type="spellStart"/>
      <w:r w:rsidRPr="00AD4C67">
        <w:rPr>
          <w:lang w:val="pl-PL"/>
        </w:rPr>
        <w:t>hygienické</w:t>
      </w:r>
      <w:proofErr w:type="spellEnd"/>
      <w:r w:rsidRPr="00AD4C67">
        <w:rPr>
          <w:lang w:val="pl-PL"/>
        </w:rPr>
        <w:t xml:space="preserve"> </w:t>
      </w:r>
      <w:proofErr w:type="spellStart"/>
      <w:r w:rsidRPr="00AD4C67">
        <w:rPr>
          <w:lang w:val="pl-PL"/>
        </w:rPr>
        <w:t>potřeby</w:t>
      </w:r>
      <w:proofErr w:type="spellEnd"/>
      <w:r w:rsidRPr="00AD4C67">
        <w:rPr>
          <w:lang w:val="pl-PL"/>
        </w:rPr>
        <w:t xml:space="preserve"> ani </w:t>
      </w:r>
      <w:proofErr w:type="spellStart"/>
      <w:r w:rsidRPr="00AD4C67">
        <w:rPr>
          <w:lang w:val="pl-PL"/>
        </w:rPr>
        <w:t>jiné</w:t>
      </w:r>
      <w:proofErr w:type="spellEnd"/>
      <w:r w:rsidRPr="00AD4C67">
        <w:rPr>
          <w:lang w:val="pl-PL"/>
        </w:rPr>
        <w:t xml:space="preserve"> </w:t>
      </w:r>
      <w:proofErr w:type="spellStart"/>
      <w:r w:rsidRPr="00AD4C67">
        <w:rPr>
          <w:lang w:val="pl-PL"/>
        </w:rPr>
        <w:t>předměty</w:t>
      </w:r>
      <w:proofErr w:type="spellEnd"/>
      <w:r w:rsidRPr="00AD4C67">
        <w:rPr>
          <w:lang w:val="pl-PL"/>
        </w:rPr>
        <w:t xml:space="preserve">. Ty </w:t>
      </w:r>
      <w:proofErr w:type="spellStart"/>
      <w:r w:rsidRPr="00AD4C67">
        <w:rPr>
          <w:lang w:val="pl-PL"/>
        </w:rPr>
        <w:t>se</w:t>
      </w:r>
      <w:proofErr w:type="spellEnd"/>
      <w:r w:rsidRPr="00AD4C67">
        <w:rPr>
          <w:lang w:val="pl-PL"/>
        </w:rPr>
        <w:t xml:space="preserve"> </w:t>
      </w:r>
      <w:proofErr w:type="spellStart"/>
      <w:r w:rsidRPr="00AD4C67">
        <w:rPr>
          <w:lang w:val="pl-PL"/>
        </w:rPr>
        <w:t>odkládají</w:t>
      </w:r>
      <w:proofErr w:type="spellEnd"/>
      <w:r w:rsidRPr="00AD4C67">
        <w:rPr>
          <w:lang w:val="pl-PL"/>
        </w:rPr>
        <w:t xml:space="preserve"> do </w:t>
      </w:r>
      <w:proofErr w:type="spellStart"/>
      <w:r w:rsidRPr="00AD4C67">
        <w:rPr>
          <w:lang w:val="pl-PL"/>
        </w:rPr>
        <w:t>určeného</w:t>
      </w:r>
      <w:proofErr w:type="spellEnd"/>
      <w:r w:rsidRPr="00AD4C67">
        <w:rPr>
          <w:lang w:val="pl-PL"/>
        </w:rPr>
        <w:t xml:space="preserve"> </w:t>
      </w:r>
      <w:proofErr w:type="spellStart"/>
      <w:r w:rsidRPr="00AD4C67">
        <w:rPr>
          <w:lang w:val="pl-PL"/>
        </w:rPr>
        <w:t>koše</w:t>
      </w:r>
      <w:proofErr w:type="spellEnd"/>
      <w:r w:rsidRPr="00AD4C67">
        <w:rPr>
          <w:lang w:val="pl-PL"/>
        </w:rPr>
        <w:t xml:space="preserve">. </w:t>
      </w:r>
      <w:proofErr w:type="spellStart"/>
      <w:r w:rsidRPr="00AD4C67">
        <w:rPr>
          <w:lang w:val="pl-PL"/>
        </w:rPr>
        <w:t>Účastníci</w:t>
      </w:r>
      <w:proofErr w:type="spellEnd"/>
      <w:r w:rsidRPr="00AD4C67">
        <w:rPr>
          <w:lang w:val="pl-PL"/>
        </w:rPr>
        <w:t xml:space="preserve"> </w:t>
      </w:r>
      <w:proofErr w:type="spellStart"/>
      <w:r w:rsidRPr="00AD4C67">
        <w:rPr>
          <w:lang w:val="pl-PL"/>
        </w:rPr>
        <w:t>jsou</w:t>
      </w:r>
      <w:proofErr w:type="spellEnd"/>
      <w:r w:rsidRPr="00AD4C67">
        <w:rPr>
          <w:lang w:val="pl-PL"/>
        </w:rPr>
        <w:t xml:space="preserve"> </w:t>
      </w:r>
      <w:proofErr w:type="spellStart"/>
      <w:r w:rsidRPr="00AD4C67">
        <w:rPr>
          <w:lang w:val="pl-PL"/>
        </w:rPr>
        <w:t>povinni</w:t>
      </w:r>
      <w:proofErr w:type="spellEnd"/>
      <w:r w:rsidRPr="00AD4C67">
        <w:rPr>
          <w:lang w:val="pl-PL"/>
        </w:rPr>
        <w:t xml:space="preserve"> </w:t>
      </w:r>
      <w:proofErr w:type="spellStart"/>
      <w:r w:rsidRPr="00AD4C67">
        <w:rPr>
          <w:lang w:val="pl-PL"/>
        </w:rPr>
        <w:t>řídit</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návodem</w:t>
      </w:r>
      <w:proofErr w:type="spellEnd"/>
      <w:r w:rsidRPr="00AD4C67">
        <w:rPr>
          <w:lang w:val="pl-PL"/>
        </w:rPr>
        <w:t xml:space="preserve"> a </w:t>
      </w:r>
      <w:proofErr w:type="spellStart"/>
      <w:r w:rsidRPr="00AD4C67">
        <w:rPr>
          <w:lang w:val="pl-PL"/>
        </w:rPr>
        <w:t>označením</w:t>
      </w:r>
      <w:proofErr w:type="spellEnd"/>
      <w:r w:rsidRPr="00AD4C67">
        <w:rPr>
          <w:lang w:val="pl-PL"/>
        </w:rPr>
        <w:t xml:space="preserve"> u toalety a </w:t>
      </w:r>
      <w:proofErr w:type="spellStart"/>
      <w:r w:rsidRPr="00AD4C67">
        <w:rPr>
          <w:lang w:val="pl-PL"/>
        </w:rPr>
        <w:t>při</w:t>
      </w:r>
      <w:proofErr w:type="spellEnd"/>
      <w:r w:rsidRPr="00AD4C67">
        <w:rPr>
          <w:lang w:val="pl-PL"/>
        </w:rPr>
        <w:t xml:space="preserve"> </w:t>
      </w:r>
      <w:proofErr w:type="spellStart"/>
      <w:r w:rsidRPr="00AD4C67">
        <w:rPr>
          <w:lang w:val="pl-PL"/>
        </w:rPr>
        <w:t>závadě</w:t>
      </w:r>
      <w:proofErr w:type="spellEnd"/>
      <w:r w:rsidRPr="00AD4C67">
        <w:rPr>
          <w:lang w:val="pl-PL"/>
        </w:rPr>
        <w:t xml:space="preserve"> </w:t>
      </w:r>
      <w:proofErr w:type="spellStart"/>
      <w:r w:rsidRPr="00AD4C67">
        <w:rPr>
          <w:lang w:val="pl-PL"/>
        </w:rPr>
        <w:t>přestat</w:t>
      </w:r>
      <w:proofErr w:type="spellEnd"/>
      <w:r w:rsidRPr="00AD4C67">
        <w:rPr>
          <w:lang w:val="pl-PL"/>
        </w:rPr>
        <w:t xml:space="preserve"> </w:t>
      </w:r>
      <w:proofErr w:type="spellStart"/>
      <w:r w:rsidRPr="00AD4C67">
        <w:rPr>
          <w:lang w:val="pl-PL"/>
        </w:rPr>
        <w:t>toaletu</w:t>
      </w:r>
      <w:proofErr w:type="spellEnd"/>
      <w:r w:rsidRPr="00AD4C67">
        <w:rPr>
          <w:lang w:val="pl-PL"/>
        </w:rPr>
        <w:t xml:space="preserve"> </w:t>
      </w:r>
      <w:proofErr w:type="spellStart"/>
      <w:r w:rsidRPr="00AD4C67">
        <w:rPr>
          <w:lang w:val="pl-PL"/>
        </w:rPr>
        <w:t>používat</w:t>
      </w:r>
      <w:proofErr w:type="spellEnd"/>
      <w:r w:rsidRPr="00AD4C67">
        <w:rPr>
          <w:lang w:val="pl-PL"/>
        </w:rPr>
        <w:t xml:space="preserve"> a </w:t>
      </w:r>
      <w:proofErr w:type="spellStart"/>
      <w:r w:rsidRPr="00AD4C67">
        <w:rPr>
          <w:lang w:val="pl-PL"/>
        </w:rPr>
        <w:t>informovat</w:t>
      </w:r>
      <w:proofErr w:type="spellEnd"/>
      <w:r w:rsidRPr="00AD4C67">
        <w:rPr>
          <w:lang w:val="pl-PL"/>
        </w:rPr>
        <w:t xml:space="preserve"> </w:t>
      </w:r>
      <w:proofErr w:type="spellStart"/>
      <w:r w:rsidRPr="00AD4C67">
        <w:rPr>
          <w:lang w:val="pl-PL"/>
        </w:rPr>
        <w:t>posádku</w:t>
      </w:r>
      <w:proofErr w:type="spellEnd"/>
      <w:r w:rsidRPr="00AD4C67">
        <w:rPr>
          <w:lang w:val="pl-PL"/>
        </w:rPr>
        <w:t>.</w:t>
      </w:r>
    </w:p>
    <w:p w14:paraId="5F0FCF4C" w14:textId="77777777" w:rsidR="006C464F" w:rsidRPr="00AD4C67" w:rsidRDefault="00000000">
      <w:pPr>
        <w:rPr>
          <w:lang w:val="pl-PL"/>
        </w:rPr>
      </w:pPr>
      <w:r w:rsidRPr="00AD4C67">
        <w:rPr>
          <w:lang w:val="pl-PL"/>
        </w:rPr>
        <w:t xml:space="preserve">5.9. </w:t>
      </w:r>
      <w:proofErr w:type="spellStart"/>
      <w:r w:rsidRPr="00AD4C67">
        <w:rPr>
          <w:lang w:val="pl-PL"/>
        </w:rPr>
        <w:t>Při</w:t>
      </w:r>
      <w:proofErr w:type="spellEnd"/>
      <w:r w:rsidRPr="00AD4C67">
        <w:rPr>
          <w:lang w:val="pl-PL"/>
        </w:rPr>
        <w:t xml:space="preserve"> </w:t>
      </w:r>
      <w:proofErr w:type="spellStart"/>
      <w:r w:rsidRPr="00AD4C67">
        <w:rPr>
          <w:lang w:val="pl-PL"/>
        </w:rPr>
        <w:t>znečištění</w:t>
      </w:r>
      <w:proofErr w:type="spellEnd"/>
      <w:r w:rsidRPr="00AD4C67">
        <w:rPr>
          <w:lang w:val="pl-PL"/>
        </w:rPr>
        <w:t xml:space="preserve"> </w:t>
      </w:r>
      <w:proofErr w:type="spellStart"/>
      <w:r w:rsidRPr="00AD4C67">
        <w:rPr>
          <w:lang w:val="pl-PL"/>
        </w:rPr>
        <w:t>plavidla</w:t>
      </w:r>
      <w:proofErr w:type="spellEnd"/>
      <w:r w:rsidRPr="00AD4C67">
        <w:rPr>
          <w:lang w:val="pl-PL"/>
        </w:rPr>
        <w:t xml:space="preserve"> </w:t>
      </w:r>
      <w:proofErr w:type="spellStart"/>
      <w:r w:rsidRPr="00AD4C67">
        <w:rPr>
          <w:lang w:val="pl-PL"/>
        </w:rPr>
        <w:t>zvratky</w:t>
      </w:r>
      <w:proofErr w:type="spellEnd"/>
      <w:r w:rsidRPr="00AD4C67">
        <w:rPr>
          <w:lang w:val="pl-PL"/>
        </w:rPr>
        <w:t xml:space="preserve"> </w:t>
      </w:r>
      <w:proofErr w:type="spellStart"/>
      <w:r w:rsidRPr="00AD4C67">
        <w:rPr>
          <w:lang w:val="pl-PL"/>
        </w:rPr>
        <w:t>posádka</w:t>
      </w:r>
      <w:proofErr w:type="spellEnd"/>
      <w:r w:rsidRPr="00AD4C67">
        <w:rPr>
          <w:lang w:val="pl-PL"/>
        </w:rPr>
        <w:t xml:space="preserve"> </w:t>
      </w:r>
      <w:proofErr w:type="spellStart"/>
      <w:r w:rsidRPr="00AD4C67">
        <w:rPr>
          <w:lang w:val="pl-PL"/>
        </w:rPr>
        <w:t>posoudí</w:t>
      </w:r>
      <w:proofErr w:type="spellEnd"/>
      <w:r w:rsidRPr="00AD4C67">
        <w:rPr>
          <w:lang w:val="pl-PL"/>
        </w:rPr>
        <w:t xml:space="preserve"> </w:t>
      </w:r>
      <w:proofErr w:type="spellStart"/>
      <w:r w:rsidRPr="00AD4C67">
        <w:rPr>
          <w:lang w:val="pl-PL"/>
        </w:rPr>
        <w:t>zdravotní</w:t>
      </w:r>
      <w:proofErr w:type="spellEnd"/>
      <w:r w:rsidRPr="00AD4C67">
        <w:rPr>
          <w:lang w:val="pl-PL"/>
        </w:rPr>
        <w:t xml:space="preserve"> </w:t>
      </w:r>
      <w:proofErr w:type="spellStart"/>
      <w:r w:rsidRPr="00AD4C67">
        <w:rPr>
          <w:lang w:val="pl-PL"/>
        </w:rPr>
        <w:t>stav</w:t>
      </w:r>
      <w:proofErr w:type="spellEnd"/>
      <w:r w:rsidRPr="00AD4C67">
        <w:rPr>
          <w:lang w:val="pl-PL"/>
        </w:rPr>
        <w:t xml:space="preserve"> osoby, </w:t>
      </w:r>
      <w:proofErr w:type="spellStart"/>
      <w:r w:rsidRPr="00AD4C67">
        <w:rPr>
          <w:lang w:val="pl-PL"/>
        </w:rPr>
        <w:t>bezpečnost</w:t>
      </w:r>
      <w:proofErr w:type="spellEnd"/>
      <w:r w:rsidRPr="00AD4C67">
        <w:rPr>
          <w:lang w:val="pl-PL"/>
        </w:rPr>
        <w:t xml:space="preserve"> a </w:t>
      </w:r>
      <w:proofErr w:type="spellStart"/>
      <w:r w:rsidRPr="00AD4C67">
        <w:rPr>
          <w:lang w:val="pl-PL"/>
        </w:rPr>
        <w:t>možnost</w:t>
      </w:r>
      <w:proofErr w:type="spellEnd"/>
      <w:r w:rsidRPr="00AD4C67">
        <w:rPr>
          <w:lang w:val="pl-PL"/>
        </w:rPr>
        <w:t xml:space="preserve"> </w:t>
      </w:r>
      <w:proofErr w:type="spellStart"/>
      <w:r w:rsidRPr="00AD4C67">
        <w:rPr>
          <w:lang w:val="pl-PL"/>
        </w:rPr>
        <w:t>pokračování</w:t>
      </w:r>
      <w:proofErr w:type="spellEnd"/>
      <w:r w:rsidRPr="00AD4C67">
        <w:rPr>
          <w:lang w:val="pl-PL"/>
        </w:rPr>
        <w:t xml:space="preserve">. </w:t>
      </w:r>
      <w:proofErr w:type="spellStart"/>
      <w:r w:rsidRPr="00AD4C67">
        <w:rPr>
          <w:lang w:val="pl-PL"/>
        </w:rPr>
        <w:t>Samotná</w:t>
      </w:r>
      <w:proofErr w:type="spellEnd"/>
      <w:r w:rsidRPr="00AD4C67">
        <w:rPr>
          <w:lang w:val="pl-PL"/>
        </w:rPr>
        <w:t xml:space="preserve"> </w:t>
      </w:r>
      <w:proofErr w:type="spellStart"/>
      <w:r w:rsidRPr="00AD4C67">
        <w:rPr>
          <w:lang w:val="pl-PL"/>
        </w:rPr>
        <w:t>nevolnost</w:t>
      </w:r>
      <w:proofErr w:type="spellEnd"/>
      <w:r w:rsidRPr="00AD4C67">
        <w:rPr>
          <w:lang w:val="pl-PL"/>
        </w:rPr>
        <w:t xml:space="preserve"> </w:t>
      </w:r>
      <w:proofErr w:type="spellStart"/>
      <w:r w:rsidRPr="00AD4C67">
        <w:rPr>
          <w:lang w:val="pl-PL"/>
        </w:rPr>
        <w:t>nezakládá</w:t>
      </w:r>
      <w:proofErr w:type="spellEnd"/>
      <w:r w:rsidRPr="00AD4C67">
        <w:rPr>
          <w:lang w:val="pl-PL"/>
        </w:rPr>
        <w:t xml:space="preserve"> </w:t>
      </w:r>
      <w:proofErr w:type="spellStart"/>
      <w:r w:rsidRPr="00AD4C67">
        <w:rPr>
          <w:lang w:val="pl-PL"/>
        </w:rPr>
        <w:t>automatické</w:t>
      </w:r>
      <w:proofErr w:type="spellEnd"/>
      <w:r w:rsidRPr="00AD4C67">
        <w:rPr>
          <w:lang w:val="pl-PL"/>
        </w:rPr>
        <w:t xml:space="preserve"> </w:t>
      </w:r>
      <w:proofErr w:type="spellStart"/>
      <w:r w:rsidRPr="00AD4C67">
        <w:rPr>
          <w:lang w:val="pl-PL"/>
        </w:rPr>
        <w:t>vyloučení</w:t>
      </w:r>
      <w:proofErr w:type="spellEnd"/>
      <w:r w:rsidRPr="00AD4C67">
        <w:rPr>
          <w:lang w:val="pl-PL"/>
        </w:rPr>
        <w:t xml:space="preserve">. </w:t>
      </w:r>
      <w:proofErr w:type="spellStart"/>
      <w:r w:rsidRPr="00AD4C67">
        <w:rPr>
          <w:lang w:val="pl-PL"/>
        </w:rPr>
        <w:t>Pokud</w:t>
      </w:r>
      <w:proofErr w:type="spellEnd"/>
      <w:r w:rsidRPr="00AD4C67">
        <w:rPr>
          <w:lang w:val="pl-PL"/>
        </w:rPr>
        <w:t xml:space="preserve"> osoba </w:t>
      </w:r>
      <w:proofErr w:type="spellStart"/>
      <w:r w:rsidRPr="00AD4C67">
        <w:rPr>
          <w:lang w:val="pl-PL"/>
        </w:rPr>
        <w:t>zároveň</w:t>
      </w:r>
      <w:proofErr w:type="spellEnd"/>
      <w:r w:rsidRPr="00AD4C67">
        <w:rPr>
          <w:lang w:val="pl-PL"/>
        </w:rPr>
        <w:t xml:space="preserve"> </w:t>
      </w:r>
      <w:proofErr w:type="spellStart"/>
      <w:r w:rsidRPr="00AD4C67">
        <w:rPr>
          <w:lang w:val="pl-PL"/>
        </w:rPr>
        <w:t>závažně</w:t>
      </w:r>
      <w:proofErr w:type="spellEnd"/>
      <w:r w:rsidRPr="00AD4C67">
        <w:rPr>
          <w:lang w:val="pl-PL"/>
        </w:rPr>
        <w:t xml:space="preserve"> </w:t>
      </w:r>
      <w:proofErr w:type="spellStart"/>
      <w:r w:rsidRPr="00AD4C67">
        <w:rPr>
          <w:lang w:val="pl-PL"/>
        </w:rPr>
        <w:t>ohrožuje</w:t>
      </w:r>
      <w:proofErr w:type="spellEnd"/>
      <w:r w:rsidRPr="00AD4C67">
        <w:rPr>
          <w:lang w:val="pl-PL"/>
        </w:rPr>
        <w:t xml:space="preserve"> </w:t>
      </w:r>
      <w:proofErr w:type="spellStart"/>
      <w:r w:rsidRPr="00AD4C67">
        <w:rPr>
          <w:lang w:val="pl-PL"/>
        </w:rPr>
        <w:t>bezpečnost</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narušuje</w:t>
      </w:r>
      <w:proofErr w:type="spellEnd"/>
      <w:r w:rsidRPr="00AD4C67">
        <w:rPr>
          <w:lang w:val="pl-PL"/>
        </w:rPr>
        <w:t xml:space="preserve"> </w:t>
      </w:r>
      <w:proofErr w:type="spellStart"/>
      <w:r w:rsidRPr="00AD4C67">
        <w:rPr>
          <w:lang w:val="pl-PL"/>
        </w:rPr>
        <w:t>průběh</w:t>
      </w:r>
      <w:proofErr w:type="spellEnd"/>
      <w:r w:rsidRPr="00AD4C67">
        <w:rPr>
          <w:lang w:val="pl-PL"/>
        </w:rPr>
        <w:t xml:space="preserve"> </w:t>
      </w:r>
      <w:proofErr w:type="spellStart"/>
      <w:r w:rsidRPr="00AD4C67">
        <w:rPr>
          <w:lang w:val="pl-PL"/>
        </w:rPr>
        <w:t>akce</w:t>
      </w:r>
      <w:proofErr w:type="spellEnd"/>
      <w:r w:rsidRPr="00AD4C67">
        <w:rPr>
          <w:lang w:val="pl-PL"/>
        </w:rPr>
        <w:t xml:space="preserve">, </w:t>
      </w:r>
      <w:proofErr w:type="spellStart"/>
      <w:r w:rsidRPr="00AD4C67">
        <w:rPr>
          <w:lang w:val="pl-PL"/>
        </w:rPr>
        <w:t>může</w:t>
      </w:r>
      <w:proofErr w:type="spellEnd"/>
      <w:r w:rsidRPr="00AD4C67">
        <w:rPr>
          <w:lang w:val="pl-PL"/>
        </w:rPr>
        <w:t xml:space="preserve"> </w:t>
      </w:r>
      <w:proofErr w:type="spellStart"/>
      <w:r w:rsidRPr="00AD4C67">
        <w:rPr>
          <w:lang w:val="pl-PL"/>
        </w:rPr>
        <w:t>být</w:t>
      </w:r>
      <w:proofErr w:type="spellEnd"/>
      <w:r w:rsidRPr="00AD4C67">
        <w:rPr>
          <w:lang w:val="pl-PL"/>
        </w:rPr>
        <w:t xml:space="preserve"> </w:t>
      </w:r>
      <w:proofErr w:type="spellStart"/>
      <w:r w:rsidRPr="00AD4C67">
        <w:rPr>
          <w:lang w:val="pl-PL"/>
        </w:rPr>
        <w:t>postupováno</w:t>
      </w:r>
      <w:proofErr w:type="spellEnd"/>
      <w:r w:rsidRPr="00AD4C67">
        <w:rPr>
          <w:lang w:val="pl-PL"/>
        </w:rPr>
        <w:t xml:space="preserve"> podle </w:t>
      </w:r>
      <w:proofErr w:type="spellStart"/>
      <w:r w:rsidRPr="00AD4C67">
        <w:rPr>
          <w:lang w:val="pl-PL"/>
        </w:rPr>
        <w:t>článků</w:t>
      </w:r>
      <w:proofErr w:type="spellEnd"/>
      <w:r w:rsidRPr="00AD4C67">
        <w:rPr>
          <w:lang w:val="pl-PL"/>
        </w:rPr>
        <w:t xml:space="preserve"> 5.5 a 5.6. </w:t>
      </w:r>
      <w:proofErr w:type="spellStart"/>
      <w:r w:rsidRPr="00AD4C67">
        <w:rPr>
          <w:lang w:val="pl-PL"/>
        </w:rPr>
        <w:t>Vždy</w:t>
      </w:r>
      <w:proofErr w:type="spellEnd"/>
      <w:r w:rsidRPr="00AD4C67">
        <w:rPr>
          <w:lang w:val="pl-PL"/>
        </w:rPr>
        <w:t xml:space="preserve"> </w:t>
      </w:r>
      <w:proofErr w:type="spellStart"/>
      <w:r w:rsidRPr="00AD4C67">
        <w:rPr>
          <w:lang w:val="pl-PL"/>
        </w:rPr>
        <w:t>musí</w:t>
      </w:r>
      <w:proofErr w:type="spellEnd"/>
      <w:r w:rsidRPr="00AD4C67">
        <w:rPr>
          <w:lang w:val="pl-PL"/>
        </w:rPr>
        <w:t xml:space="preserve"> </w:t>
      </w:r>
      <w:proofErr w:type="spellStart"/>
      <w:r w:rsidRPr="00AD4C67">
        <w:rPr>
          <w:lang w:val="pl-PL"/>
        </w:rPr>
        <w:t>být</w:t>
      </w:r>
      <w:proofErr w:type="spellEnd"/>
      <w:r w:rsidRPr="00AD4C67">
        <w:rPr>
          <w:lang w:val="pl-PL"/>
        </w:rPr>
        <w:t xml:space="preserve"> </w:t>
      </w:r>
      <w:proofErr w:type="spellStart"/>
      <w:r w:rsidRPr="00AD4C67">
        <w:rPr>
          <w:lang w:val="pl-PL"/>
        </w:rPr>
        <w:t>zajištěna</w:t>
      </w:r>
      <w:proofErr w:type="spellEnd"/>
      <w:r w:rsidRPr="00AD4C67">
        <w:rPr>
          <w:lang w:val="pl-PL"/>
        </w:rPr>
        <w:t xml:space="preserve"> </w:t>
      </w:r>
      <w:proofErr w:type="spellStart"/>
      <w:r w:rsidRPr="00AD4C67">
        <w:rPr>
          <w:lang w:val="pl-PL"/>
        </w:rPr>
        <w:t>nezbytná</w:t>
      </w:r>
      <w:proofErr w:type="spellEnd"/>
      <w:r w:rsidRPr="00AD4C67">
        <w:rPr>
          <w:lang w:val="pl-PL"/>
        </w:rPr>
        <w:t xml:space="preserve"> pomoc a </w:t>
      </w:r>
      <w:proofErr w:type="spellStart"/>
      <w:r w:rsidRPr="00AD4C67">
        <w:rPr>
          <w:lang w:val="pl-PL"/>
        </w:rPr>
        <w:t>bezpečné</w:t>
      </w:r>
      <w:proofErr w:type="spellEnd"/>
      <w:r w:rsidRPr="00AD4C67">
        <w:rPr>
          <w:lang w:val="pl-PL"/>
        </w:rPr>
        <w:t xml:space="preserve"> </w:t>
      </w:r>
      <w:proofErr w:type="spellStart"/>
      <w:r w:rsidRPr="00AD4C67">
        <w:rPr>
          <w:lang w:val="pl-PL"/>
        </w:rPr>
        <w:t>přistání</w:t>
      </w:r>
      <w:proofErr w:type="spellEnd"/>
      <w:r w:rsidRPr="00AD4C67">
        <w:rPr>
          <w:lang w:val="pl-PL"/>
        </w:rPr>
        <w:t xml:space="preserve">. </w:t>
      </w:r>
      <w:proofErr w:type="spellStart"/>
      <w:r w:rsidRPr="00AD4C67">
        <w:rPr>
          <w:lang w:val="pl-PL"/>
        </w:rPr>
        <w:t>Finanční</w:t>
      </w:r>
      <w:proofErr w:type="spellEnd"/>
      <w:r w:rsidRPr="00AD4C67">
        <w:rPr>
          <w:lang w:val="pl-PL"/>
        </w:rPr>
        <w:t xml:space="preserve"> </w:t>
      </w:r>
      <w:proofErr w:type="spellStart"/>
      <w:r w:rsidRPr="00AD4C67">
        <w:rPr>
          <w:lang w:val="pl-PL"/>
        </w:rPr>
        <w:t>nároky</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posuzují</w:t>
      </w:r>
      <w:proofErr w:type="spellEnd"/>
      <w:r w:rsidRPr="00AD4C67">
        <w:rPr>
          <w:lang w:val="pl-PL"/>
        </w:rPr>
        <w:t xml:space="preserve"> podle </w:t>
      </w:r>
      <w:proofErr w:type="spellStart"/>
      <w:r w:rsidRPr="00AD4C67">
        <w:rPr>
          <w:lang w:val="pl-PL"/>
        </w:rPr>
        <w:t>článku</w:t>
      </w:r>
      <w:proofErr w:type="spellEnd"/>
      <w:r w:rsidRPr="00AD4C67">
        <w:rPr>
          <w:lang w:val="pl-PL"/>
        </w:rPr>
        <w:t xml:space="preserve"> 10; </w:t>
      </w:r>
      <w:proofErr w:type="spellStart"/>
      <w:r w:rsidRPr="00AD4C67">
        <w:rPr>
          <w:lang w:val="pl-PL"/>
        </w:rPr>
        <w:t>nejsou</w:t>
      </w:r>
      <w:proofErr w:type="spellEnd"/>
      <w:r w:rsidRPr="00AD4C67">
        <w:rPr>
          <w:lang w:val="pl-PL"/>
        </w:rPr>
        <w:t xml:space="preserve"> </w:t>
      </w:r>
      <w:proofErr w:type="spellStart"/>
      <w:r w:rsidRPr="00AD4C67">
        <w:rPr>
          <w:lang w:val="pl-PL"/>
        </w:rPr>
        <w:t>automatickým</w:t>
      </w:r>
      <w:proofErr w:type="spellEnd"/>
      <w:r w:rsidRPr="00AD4C67">
        <w:rPr>
          <w:lang w:val="pl-PL"/>
        </w:rPr>
        <w:t xml:space="preserve"> </w:t>
      </w:r>
      <w:proofErr w:type="spellStart"/>
      <w:r w:rsidRPr="00AD4C67">
        <w:rPr>
          <w:lang w:val="pl-PL"/>
        </w:rPr>
        <w:t>následkem</w:t>
      </w:r>
      <w:proofErr w:type="spellEnd"/>
      <w:r w:rsidRPr="00AD4C67">
        <w:rPr>
          <w:lang w:val="pl-PL"/>
        </w:rPr>
        <w:t xml:space="preserve"> </w:t>
      </w:r>
      <w:proofErr w:type="spellStart"/>
      <w:r w:rsidRPr="00AD4C67">
        <w:rPr>
          <w:lang w:val="pl-PL"/>
        </w:rPr>
        <w:t>zdravotní</w:t>
      </w:r>
      <w:proofErr w:type="spellEnd"/>
      <w:r w:rsidRPr="00AD4C67">
        <w:rPr>
          <w:lang w:val="pl-PL"/>
        </w:rPr>
        <w:t xml:space="preserve"> </w:t>
      </w:r>
      <w:proofErr w:type="spellStart"/>
      <w:r w:rsidRPr="00AD4C67">
        <w:rPr>
          <w:lang w:val="pl-PL"/>
        </w:rPr>
        <w:t>indispozice</w:t>
      </w:r>
      <w:proofErr w:type="spellEnd"/>
      <w:r w:rsidRPr="00AD4C67">
        <w:rPr>
          <w:lang w:val="pl-PL"/>
        </w:rPr>
        <w:t>.</w:t>
      </w:r>
    </w:p>
    <w:p w14:paraId="7C9092D6" w14:textId="77777777" w:rsidR="006C464F" w:rsidRPr="00AD4C67" w:rsidRDefault="00000000">
      <w:pPr>
        <w:pStyle w:val="Nadpis1"/>
        <w:rPr>
          <w:lang w:val="pl-PL"/>
        </w:rPr>
      </w:pPr>
      <w:r w:rsidRPr="00AD4C67">
        <w:rPr>
          <w:lang w:val="pl-PL"/>
        </w:rPr>
        <w:lastRenderedPageBreak/>
        <w:t xml:space="preserve">6 </w:t>
      </w:r>
      <w:proofErr w:type="spellStart"/>
      <w:r w:rsidRPr="00AD4C67">
        <w:rPr>
          <w:lang w:val="pl-PL"/>
        </w:rPr>
        <w:t>Občerstvení</w:t>
      </w:r>
      <w:proofErr w:type="spellEnd"/>
      <w:r w:rsidRPr="00AD4C67">
        <w:rPr>
          <w:lang w:val="pl-PL"/>
        </w:rPr>
        <w:t xml:space="preserve">, </w:t>
      </w:r>
      <w:proofErr w:type="spellStart"/>
      <w:r w:rsidRPr="00AD4C67">
        <w:rPr>
          <w:lang w:val="pl-PL"/>
        </w:rPr>
        <w:t>nápoje</w:t>
      </w:r>
      <w:proofErr w:type="spellEnd"/>
      <w:r w:rsidRPr="00AD4C67">
        <w:rPr>
          <w:lang w:val="pl-PL"/>
        </w:rPr>
        <w:t xml:space="preserve">, </w:t>
      </w:r>
      <w:proofErr w:type="spellStart"/>
      <w:r w:rsidRPr="00AD4C67">
        <w:rPr>
          <w:lang w:val="pl-PL"/>
        </w:rPr>
        <w:t>dekorace</w:t>
      </w:r>
      <w:proofErr w:type="spellEnd"/>
      <w:r w:rsidRPr="00AD4C67">
        <w:rPr>
          <w:lang w:val="pl-PL"/>
        </w:rPr>
        <w:t xml:space="preserve"> a </w:t>
      </w:r>
      <w:proofErr w:type="spellStart"/>
      <w:r w:rsidRPr="00AD4C67">
        <w:rPr>
          <w:lang w:val="pl-PL"/>
        </w:rPr>
        <w:t>dodavatelé</w:t>
      </w:r>
      <w:proofErr w:type="spellEnd"/>
    </w:p>
    <w:p w14:paraId="515E2216" w14:textId="77777777" w:rsidR="006C464F" w:rsidRPr="00AD4C67" w:rsidRDefault="00000000">
      <w:pPr>
        <w:rPr>
          <w:lang w:val="pl-PL"/>
        </w:rPr>
      </w:pPr>
      <w:r w:rsidRPr="00AD4C67">
        <w:rPr>
          <w:lang w:val="pl-PL"/>
        </w:rPr>
        <w:t xml:space="preserve">6.1. Catering </w:t>
      </w:r>
      <w:proofErr w:type="spellStart"/>
      <w:r w:rsidRPr="00AD4C67">
        <w:rPr>
          <w:lang w:val="pl-PL"/>
        </w:rPr>
        <w:t>zajišťuje</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vlastním</w:t>
      </w:r>
      <w:proofErr w:type="spellEnd"/>
      <w:r w:rsidRPr="00AD4C67">
        <w:rPr>
          <w:lang w:val="pl-PL"/>
        </w:rPr>
        <w:t xml:space="preserve"> </w:t>
      </w:r>
      <w:proofErr w:type="spellStart"/>
      <w:r w:rsidRPr="00AD4C67">
        <w:rPr>
          <w:lang w:val="pl-PL"/>
        </w:rPr>
        <w:t>jménem</w:t>
      </w:r>
      <w:proofErr w:type="spellEnd"/>
      <w:r w:rsidRPr="00AD4C67">
        <w:rPr>
          <w:lang w:val="pl-PL"/>
        </w:rPr>
        <w:t xml:space="preserve">, </w:t>
      </w:r>
      <w:proofErr w:type="spellStart"/>
      <w:r w:rsidRPr="00AD4C67">
        <w:rPr>
          <w:lang w:val="pl-PL"/>
        </w:rPr>
        <w:t>případně</w:t>
      </w:r>
      <w:proofErr w:type="spellEnd"/>
      <w:r w:rsidRPr="00AD4C67">
        <w:rPr>
          <w:lang w:val="pl-PL"/>
        </w:rPr>
        <w:t xml:space="preserve"> </w:t>
      </w:r>
      <w:proofErr w:type="spellStart"/>
      <w:r w:rsidRPr="00AD4C67">
        <w:rPr>
          <w:lang w:val="pl-PL"/>
        </w:rPr>
        <w:t>prostřednictvím</w:t>
      </w:r>
      <w:proofErr w:type="spellEnd"/>
      <w:r w:rsidRPr="00AD4C67">
        <w:rPr>
          <w:lang w:val="pl-PL"/>
        </w:rPr>
        <w:t xml:space="preserve"> </w:t>
      </w:r>
      <w:proofErr w:type="spellStart"/>
      <w:r w:rsidRPr="00AD4C67">
        <w:rPr>
          <w:lang w:val="pl-PL"/>
        </w:rPr>
        <w:t>subdodavatelů</w:t>
      </w:r>
      <w:proofErr w:type="spellEnd"/>
      <w:r w:rsidRPr="00AD4C67">
        <w:rPr>
          <w:lang w:val="pl-PL"/>
        </w:rPr>
        <w:t xml:space="preserve">, a </w:t>
      </w:r>
      <w:proofErr w:type="spellStart"/>
      <w:r w:rsidRPr="00AD4C67">
        <w:rPr>
          <w:lang w:val="pl-PL"/>
        </w:rPr>
        <w:t>vůči</w:t>
      </w:r>
      <w:proofErr w:type="spellEnd"/>
      <w:r w:rsidRPr="00AD4C67">
        <w:rPr>
          <w:lang w:val="pl-PL"/>
        </w:rPr>
        <w:t xml:space="preserve"> </w:t>
      </w:r>
      <w:proofErr w:type="spellStart"/>
      <w:r w:rsidRPr="00AD4C67">
        <w:rPr>
          <w:lang w:val="pl-PL"/>
        </w:rPr>
        <w:t>zákazníkovi</w:t>
      </w:r>
      <w:proofErr w:type="spellEnd"/>
      <w:r w:rsidRPr="00AD4C67">
        <w:rPr>
          <w:lang w:val="pl-PL"/>
        </w:rPr>
        <w:t xml:space="preserve"> </w:t>
      </w:r>
      <w:proofErr w:type="spellStart"/>
      <w:r w:rsidRPr="00AD4C67">
        <w:rPr>
          <w:lang w:val="pl-PL"/>
        </w:rPr>
        <w:t>odpovídá</w:t>
      </w:r>
      <w:proofErr w:type="spellEnd"/>
      <w:r w:rsidRPr="00AD4C67">
        <w:rPr>
          <w:lang w:val="pl-PL"/>
        </w:rPr>
        <w:t xml:space="preserve"> za </w:t>
      </w:r>
      <w:proofErr w:type="spellStart"/>
      <w:r w:rsidRPr="00AD4C67">
        <w:rPr>
          <w:lang w:val="pl-PL"/>
        </w:rPr>
        <w:t>jeho</w:t>
      </w:r>
      <w:proofErr w:type="spellEnd"/>
      <w:r w:rsidRPr="00AD4C67">
        <w:rPr>
          <w:lang w:val="pl-PL"/>
        </w:rPr>
        <w:t xml:space="preserve"> </w:t>
      </w:r>
      <w:proofErr w:type="spellStart"/>
      <w:r w:rsidRPr="00AD4C67">
        <w:rPr>
          <w:lang w:val="pl-PL"/>
        </w:rPr>
        <w:t>řádné</w:t>
      </w:r>
      <w:proofErr w:type="spellEnd"/>
      <w:r w:rsidRPr="00AD4C67">
        <w:rPr>
          <w:lang w:val="pl-PL"/>
        </w:rPr>
        <w:t xml:space="preserve"> </w:t>
      </w:r>
      <w:proofErr w:type="spellStart"/>
      <w:r w:rsidRPr="00AD4C67">
        <w:rPr>
          <w:lang w:val="pl-PL"/>
        </w:rPr>
        <w:t>poskytnutí</w:t>
      </w:r>
      <w:proofErr w:type="spellEnd"/>
      <w:r w:rsidRPr="00AD4C67">
        <w:rPr>
          <w:lang w:val="pl-PL"/>
        </w:rPr>
        <w:t xml:space="preserve">. </w:t>
      </w:r>
      <w:proofErr w:type="spellStart"/>
      <w:r w:rsidRPr="00AD4C67">
        <w:rPr>
          <w:lang w:val="pl-PL"/>
        </w:rPr>
        <w:t>Rozsah</w:t>
      </w:r>
      <w:proofErr w:type="spellEnd"/>
      <w:r w:rsidRPr="00AD4C67">
        <w:rPr>
          <w:lang w:val="pl-PL"/>
        </w:rPr>
        <w:t xml:space="preserve"> a cena cateringu, </w:t>
      </w:r>
      <w:proofErr w:type="spellStart"/>
      <w:r w:rsidRPr="00AD4C67">
        <w:rPr>
          <w:lang w:val="pl-PL"/>
        </w:rPr>
        <w:t>nápojů</w:t>
      </w:r>
      <w:proofErr w:type="spellEnd"/>
      <w:r w:rsidRPr="00AD4C67">
        <w:rPr>
          <w:lang w:val="pl-PL"/>
        </w:rPr>
        <w:t xml:space="preserve">, </w:t>
      </w:r>
      <w:proofErr w:type="spellStart"/>
      <w:r w:rsidRPr="00AD4C67">
        <w:rPr>
          <w:lang w:val="pl-PL"/>
        </w:rPr>
        <w:t>obsluhy</w:t>
      </w:r>
      <w:proofErr w:type="spellEnd"/>
      <w:r w:rsidRPr="00AD4C67">
        <w:rPr>
          <w:lang w:val="pl-PL"/>
        </w:rPr>
        <w:t xml:space="preserve"> a </w:t>
      </w:r>
      <w:proofErr w:type="spellStart"/>
      <w:r w:rsidRPr="00AD4C67">
        <w:rPr>
          <w:lang w:val="pl-PL"/>
        </w:rPr>
        <w:t>dekorací</w:t>
      </w:r>
      <w:proofErr w:type="spellEnd"/>
      <w:r w:rsidRPr="00AD4C67">
        <w:rPr>
          <w:lang w:val="pl-PL"/>
        </w:rPr>
        <w:t xml:space="preserve"> </w:t>
      </w:r>
      <w:proofErr w:type="spellStart"/>
      <w:r w:rsidRPr="00AD4C67">
        <w:rPr>
          <w:lang w:val="pl-PL"/>
        </w:rPr>
        <w:t>jsou</w:t>
      </w:r>
      <w:proofErr w:type="spellEnd"/>
      <w:r w:rsidRPr="00AD4C67">
        <w:rPr>
          <w:lang w:val="pl-PL"/>
        </w:rPr>
        <w:t xml:space="preserve"> </w:t>
      </w:r>
      <w:proofErr w:type="spellStart"/>
      <w:r w:rsidRPr="00AD4C67">
        <w:rPr>
          <w:lang w:val="pl-PL"/>
        </w:rPr>
        <w:t>součástí</w:t>
      </w:r>
      <w:proofErr w:type="spellEnd"/>
      <w:r w:rsidRPr="00AD4C67">
        <w:rPr>
          <w:lang w:val="pl-PL"/>
        </w:rPr>
        <w:t xml:space="preserve"> </w:t>
      </w:r>
      <w:proofErr w:type="spellStart"/>
      <w:r w:rsidRPr="00AD4C67">
        <w:rPr>
          <w:lang w:val="pl-PL"/>
        </w:rPr>
        <w:t>přijaté</w:t>
      </w:r>
      <w:proofErr w:type="spellEnd"/>
      <w:r w:rsidRPr="00AD4C67">
        <w:rPr>
          <w:lang w:val="pl-PL"/>
        </w:rPr>
        <w:t xml:space="preserve"> </w:t>
      </w:r>
      <w:proofErr w:type="spellStart"/>
      <w:r w:rsidRPr="00AD4C67">
        <w:rPr>
          <w:lang w:val="pl-PL"/>
        </w:rPr>
        <w:t>nabídky</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pozdější</w:t>
      </w:r>
      <w:proofErr w:type="spellEnd"/>
      <w:r w:rsidRPr="00AD4C67">
        <w:rPr>
          <w:lang w:val="pl-PL"/>
        </w:rPr>
        <w:t xml:space="preserve"> </w:t>
      </w:r>
      <w:proofErr w:type="spellStart"/>
      <w:r w:rsidRPr="00AD4C67">
        <w:rPr>
          <w:lang w:val="pl-PL"/>
        </w:rPr>
        <w:t>odsouhlasené</w:t>
      </w:r>
      <w:proofErr w:type="spellEnd"/>
      <w:r w:rsidRPr="00AD4C67">
        <w:rPr>
          <w:lang w:val="pl-PL"/>
        </w:rPr>
        <w:t xml:space="preserve"> </w:t>
      </w:r>
      <w:proofErr w:type="spellStart"/>
      <w:r w:rsidRPr="00AD4C67">
        <w:rPr>
          <w:lang w:val="pl-PL"/>
        </w:rPr>
        <w:t>změny</w:t>
      </w:r>
      <w:proofErr w:type="spellEnd"/>
      <w:r w:rsidRPr="00AD4C67">
        <w:rPr>
          <w:lang w:val="pl-PL"/>
        </w:rPr>
        <w:t xml:space="preserve">. </w:t>
      </w:r>
      <w:proofErr w:type="spellStart"/>
      <w:r w:rsidRPr="00AD4C67">
        <w:rPr>
          <w:lang w:val="pl-PL"/>
        </w:rPr>
        <w:t>Pokud</w:t>
      </w:r>
      <w:proofErr w:type="spellEnd"/>
      <w:r w:rsidRPr="00AD4C67">
        <w:rPr>
          <w:lang w:val="pl-PL"/>
        </w:rPr>
        <w:t xml:space="preserve"> u </w:t>
      </w:r>
      <w:proofErr w:type="spellStart"/>
      <w:r w:rsidRPr="00AD4C67">
        <w:rPr>
          <w:lang w:val="pl-PL"/>
        </w:rPr>
        <w:t>jiné</w:t>
      </w:r>
      <w:proofErr w:type="spellEnd"/>
      <w:r w:rsidRPr="00AD4C67">
        <w:rPr>
          <w:lang w:val="pl-PL"/>
        </w:rPr>
        <w:t xml:space="preserve"> </w:t>
      </w:r>
      <w:proofErr w:type="spellStart"/>
      <w:r w:rsidRPr="00AD4C67">
        <w:rPr>
          <w:lang w:val="pl-PL"/>
        </w:rPr>
        <w:t>doplňkové</w:t>
      </w:r>
      <w:proofErr w:type="spellEnd"/>
      <w:r w:rsidRPr="00AD4C67">
        <w:rPr>
          <w:lang w:val="pl-PL"/>
        </w:rPr>
        <w:t xml:space="preserve"> </w:t>
      </w:r>
      <w:proofErr w:type="spellStart"/>
      <w:r w:rsidRPr="00AD4C67">
        <w:rPr>
          <w:lang w:val="pl-PL"/>
        </w:rPr>
        <w:t>služby</w:t>
      </w:r>
      <w:proofErr w:type="spellEnd"/>
      <w:r w:rsidRPr="00AD4C67">
        <w:rPr>
          <w:lang w:val="pl-PL"/>
        </w:rPr>
        <w:t xml:space="preserve"> </w:t>
      </w:r>
      <w:proofErr w:type="spellStart"/>
      <w:r w:rsidRPr="00AD4C67">
        <w:rPr>
          <w:lang w:val="pl-PL"/>
        </w:rPr>
        <w:t>zákazník</w:t>
      </w:r>
      <w:proofErr w:type="spellEnd"/>
      <w:r w:rsidRPr="00AD4C67">
        <w:rPr>
          <w:lang w:val="pl-PL"/>
        </w:rPr>
        <w:t xml:space="preserve"> </w:t>
      </w:r>
      <w:proofErr w:type="spellStart"/>
      <w:r w:rsidRPr="00AD4C67">
        <w:rPr>
          <w:lang w:val="pl-PL"/>
        </w:rPr>
        <w:t>uzavírá</w:t>
      </w:r>
      <w:proofErr w:type="spellEnd"/>
      <w:r w:rsidRPr="00AD4C67">
        <w:rPr>
          <w:lang w:val="pl-PL"/>
        </w:rPr>
        <w:t xml:space="preserve"> </w:t>
      </w:r>
      <w:proofErr w:type="spellStart"/>
      <w:r w:rsidRPr="00AD4C67">
        <w:rPr>
          <w:lang w:val="pl-PL"/>
        </w:rPr>
        <w:t>samostatnou</w:t>
      </w:r>
      <w:proofErr w:type="spellEnd"/>
      <w:r w:rsidRPr="00AD4C67">
        <w:rPr>
          <w:lang w:val="pl-PL"/>
        </w:rPr>
        <w:t xml:space="preserve"> </w:t>
      </w:r>
      <w:proofErr w:type="spellStart"/>
      <w:r w:rsidRPr="00AD4C67">
        <w:rPr>
          <w:lang w:val="pl-PL"/>
        </w:rPr>
        <w:t>smlouvu</w:t>
      </w:r>
      <w:proofErr w:type="spellEnd"/>
      <w:r w:rsidRPr="00AD4C67">
        <w:rPr>
          <w:lang w:val="pl-PL"/>
        </w:rPr>
        <w:t xml:space="preserve"> </w:t>
      </w:r>
      <w:proofErr w:type="spellStart"/>
      <w:r w:rsidRPr="00AD4C67">
        <w:rPr>
          <w:lang w:val="pl-PL"/>
        </w:rPr>
        <w:t>přímo</w:t>
      </w:r>
      <w:proofErr w:type="spellEnd"/>
      <w:r w:rsidRPr="00AD4C67">
        <w:rPr>
          <w:lang w:val="pl-PL"/>
        </w:rPr>
        <w:t xml:space="preserve"> s </w:t>
      </w:r>
      <w:proofErr w:type="spellStart"/>
      <w:r w:rsidRPr="00AD4C67">
        <w:rPr>
          <w:lang w:val="pl-PL"/>
        </w:rPr>
        <w:t>dodavatelem</w:t>
      </w:r>
      <w:proofErr w:type="spellEnd"/>
      <w:r w:rsidRPr="00AD4C67">
        <w:rPr>
          <w:lang w:val="pl-PL"/>
        </w:rPr>
        <w:t xml:space="preserve">, </w:t>
      </w:r>
      <w:proofErr w:type="spellStart"/>
      <w:r w:rsidRPr="00AD4C67">
        <w:rPr>
          <w:lang w:val="pl-PL"/>
        </w:rPr>
        <w:t>bude</w:t>
      </w:r>
      <w:proofErr w:type="spellEnd"/>
      <w:r w:rsidRPr="00AD4C67">
        <w:rPr>
          <w:lang w:val="pl-PL"/>
        </w:rPr>
        <w:t xml:space="preserve"> o </w:t>
      </w:r>
      <w:proofErr w:type="spellStart"/>
      <w:r w:rsidRPr="00AD4C67">
        <w:rPr>
          <w:lang w:val="pl-PL"/>
        </w:rPr>
        <w:t>jeho</w:t>
      </w:r>
      <w:proofErr w:type="spellEnd"/>
      <w:r w:rsidRPr="00AD4C67">
        <w:rPr>
          <w:lang w:val="pl-PL"/>
        </w:rPr>
        <w:t xml:space="preserve"> </w:t>
      </w:r>
      <w:proofErr w:type="spellStart"/>
      <w:r w:rsidRPr="00AD4C67">
        <w:rPr>
          <w:lang w:val="pl-PL"/>
        </w:rPr>
        <w:t>totožnosti</w:t>
      </w:r>
      <w:proofErr w:type="spellEnd"/>
      <w:r w:rsidRPr="00AD4C67">
        <w:rPr>
          <w:lang w:val="pl-PL"/>
        </w:rPr>
        <w:t xml:space="preserve"> a </w:t>
      </w:r>
      <w:proofErr w:type="spellStart"/>
      <w:r w:rsidRPr="00AD4C67">
        <w:rPr>
          <w:lang w:val="pl-PL"/>
        </w:rPr>
        <w:t>rozdělení</w:t>
      </w:r>
      <w:proofErr w:type="spellEnd"/>
      <w:r w:rsidRPr="00AD4C67">
        <w:rPr>
          <w:lang w:val="pl-PL"/>
        </w:rPr>
        <w:t xml:space="preserve"> </w:t>
      </w:r>
      <w:proofErr w:type="spellStart"/>
      <w:r w:rsidRPr="00AD4C67">
        <w:rPr>
          <w:lang w:val="pl-PL"/>
        </w:rPr>
        <w:t>závazků</w:t>
      </w:r>
      <w:proofErr w:type="spellEnd"/>
      <w:r w:rsidRPr="00AD4C67">
        <w:rPr>
          <w:lang w:val="pl-PL"/>
        </w:rPr>
        <w:t xml:space="preserve"> </w:t>
      </w:r>
      <w:proofErr w:type="spellStart"/>
      <w:r w:rsidRPr="00AD4C67">
        <w:rPr>
          <w:lang w:val="pl-PL"/>
        </w:rPr>
        <w:t>předem</w:t>
      </w:r>
      <w:proofErr w:type="spellEnd"/>
      <w:r w:rsidRPr="00AD4C67">
        <w:rPr>
          <w:lang w:val="pl-PL"/>
        </w:rPr>
        <w:t xml:space="preserve"> </w:t>
      </w:r>
      <w:proofErr w:type="spellStart"/>
      <w:r w:rsidRPr="00AD4C67">
        <w:rPr>
          <w:lang w:val="pl-PL"/>
        </w:rPr>
        <w:t>výslovně</w:t>
      </w:r>
      <w:proofErr w:type="spellEnd"/>
      <w:r w:rsidRPr="00AD4C67">
        <w:rPr>
          <w:lang w:val="pl-PL"/>
        </w:rPr>
        <w:t xml:space="preserve"> </w:t>
      </w:r>
      <w:proofErr w:type="spellStart"/>
      <w:r w:rsidRPr="00AD4C67">
        <w:rPr>
          <w:lang w:val="pl-PL"/>
        </w:rPr>
        <w:t>informován</w:t>
      </w:r>
      <w:proofErr w:type="spellEnd"/>
      <w:r w:rsidRPr="00AD4C67">
        <w:rPr>
          <w:lang w:val="pl-PL"/>
        </w:rPr>
        <w:t>.</w:t>
      </w:r>
    </w:p>
    <w:p w14:paraId="234E9A0F" w14:textId="77777777" w:rsidR="006C464F" w:rsidRPr="00AD4C67" w:rsidRDefault="00000000">
      <w:pPr>
        <w:rPr>
          <w:lang w:val="pl-PL"/>
        </w:rPr>
      </w:pPr>
      <w:r w:rsidRPr="00AD4C67">
        <w:rPr>
          <w:lang w:val="pl-PL"/>
        </w:rPr>
        <w:t xml:space="preserve">6.2. </w:t>
      </w:r>
      <w:proofErr w:type="spellStart"/>
      <w:r w:rsidRPr="00AD4C67">
        <w:rPr>
          <w:lang w:val="pl-PL"/>
        </w:rPr>
        <w:t>Informace</w:t>
      </w:r>
      <w:proofErr w:type="spellEnd"/>
      <w:r w:rsidRPr="00AD4C67">
        <w:rPr>
          <w:lang w:val="pl-PL"/>
        </w:rPr>
        <w:t xml:space="preserve"> o </w:t>
      </w:r>
      <w:proofErr w:type="spellStart"/>
      <w:r w:rsidRPr="00AD4C67">
        <w:rPr>
          <w:lang w:val="pl-PL"/>
        </w:rPr>
        <w:t>alergenech</w:t>
      </w:r>
      <w:proofErr w:type="spellEnd"/>
      <w:r w:rsidRPr="00AD4C67">
        <w:rPr>
          <w:lang w:val="pl-PL"/>
        </w:rPr>
        <w:t xml:space="preserve"> </w:t>
      </w:r>
      <w:proofErr w:type="spellStart"/>
      <w:r w:rsidRPr="00AD4C67">
        <w:rPr>
          <w:lang w:val="pl-PL"/>
        </w:rPr>
        <w:t>jsou</w:t>
      </w:r>
      <w:proofErr w:type="spellEnd"/>
      <w:r w:rsidRPr="00AD4C67">
        <w:rPr>
          <w:lang w:val="pl-PL"/>
        </w:rPr>
        <w:t xml:space="preserve"> </w:t>
      </w:r>
      <w:proofErr w:type="spellStart"/>
      <w:r w:rsidRPr="00AD4C67">
        <w:rPr>
          <w:lang w:val="pl-PL"/>
        </w:rPr>
        <w:t>dostupné</w:t>
      </w:r>
      <w:proofErr w:type="spellEnd"/>
      <w:r w:rsidRPr="00AD4C67">
        <w:rPr>
          <w:lang w:val="pl-PL"/>
        </w:rPr>
        <w:t xml:space="preserve"> </w:t>
      </w:r>
      <w:proofErr w:type="spellStart"/>
      <w:r w:rsidRPr="00AD4C67">
        <w:rPr>
          <w:lang w:val="pl-PL"/>
        </w:rPr>
        <w:t>před</w:t>
      </w:r>
      <w:proofErr w:type="spellEnd"/>
      <w:r w:rsidRPr="00AD4C67">
        <w:rPr>
          <w:lang w:val="pl-PL"/>
        </w:rPr>
        <w:t xml:space="preserve"> </w:t>
      </w:r>
      <w:proofErr w:type="spellStart"/>
      <w:r w:rsidRPr="00AD4C67">
        <w:rPr>
          <w:lang w:val="pl-PL"/>
        </w:rPr>
        <w:t>objednáním</w:t>
      </w:r>
      <w:proofErr w:type="spellEnd"/>
      <w:r w:rsidRPr="00AD4C67">
        <w:rPr>
          <w:lang w:val="pl-PL"/>
        </w:rPr>
        <w:t xml:space="preserve"> </w:t>
      </w:r>
      <w:proofErr w:type="spellStart"/>
      <w:r w:rsidRPr="00AD4C67">
        <w:rPr>
          <w:lang w:val="pl-PL"/>
        </w:rPr>
        <w:t>konkrétního</w:t>
      </w:r>
      <w:proofErr w:type="spellEnd"/>
      <w:r w:rsidRPr="00AD4C67">
        <w:rPr>
          <w:lang w:val="pl-PL"/>
        </w:rPr>
        <w:t xml:space="preserve"> </w:t>
      </w:r>
      <w:proofErr w:type="spellStart"/>
      <w:r w:rsidRPr="00AD4C67">
        <w:rPr>
          <w:lang w:val="pl-PL"/>
        </w:rPr>
        <w:t>pokrmu</w:t>
      </w:r>
      <w:proofErr w:type="spellEnd"/>
      <w:r w:rsidRPr="00AD4C67">
        <w:rPr>
          <w:lang w:val="pl-PL"/>
        </w:rPr>
        <w:t xml:space="preserve"> a </w:t>
      </w:r>
      <w:proofErr w:type="spellStart"/>
      <w:r w:rsidRPr="00AD4C67">
        <w:rPr>
          <w:lang w:val="pl-PL"/>
        </w:rPr>
        <w:t>při</w:t>
      </w:r>
      <w:proofErr w:type="spellEnd"/>
      <w:r w:rsidRPr="00AD4C67">
        <w:rPr>
          <w:lang w:val="pl-PL"/>
        </w:rPr>
        <w:t xml:space="preserve"> </w:t>
      </w:r>
      <w:proofErr w:type="spellStart"/>
      <w:r w:rsidRPr="00AD4C67">
        <w:rPr>
          <w:lang w:val="pl-PL"/>
        </w:rPr>
        <w:t>jeho</w:t>
      </w:r>
      <w:proofErr w:type="spellEnd"/>
      <w:r w:rsidRPr="00AD4C67">
        <w:rPr>
          <w:lang w:val="pl-PL"/>
        </w:rPr>
        <w:t xml:space="preserve"> </w:t>
      </w:r>
      <w:proofErr w:type="spellStart"/>
      <w:r w:rsidRPr="00AD4C67">
        <w:rPr>
          <w:lang w:val="pl-PL"/>
        </w:rPr>
        <w:t>podávání</w:t>
      </w:r>
      <w:proofErr w:type="spellEnd"/>
      <w:r w:rsidRPr="00AD4C67">
        <w:rPr>
          <w:lang w:val="pl-PL"/>
        </w:rPr>
        <w:t xml:space="preserve">. </w:t>
      </w:r>
      <w:proofErr w:type="spellStart"/>
      <w:r w:rsidRPr="00AD4C67">
        <w:rPr>
          <w:lang w:val="pl-PL"/>
        </w:rPr>
        <w:t>Zákazník</w:t>
      </w:r>
      <w:proofErr w:type="spellEnd"/>
      <w:r w:rsidRPr="00AD4C67">
        <w:rPr>
          <w:lang w:val="pl-PL"/>
        </w:rPr>
        <w:t xml:space="preserve"> </w:t>
      </w:r>
      <w:proofErr w:type="spellStart"/>
      <w:r w:rsidRPr="00AD4C67">
        <w:rPr>
          <w:lang w:val="pl-PL"/>
        </w:rPr>
        <w:t>oznámí</w:t>
      </w:r>
      <w:proofErr w:type="spellEnd"/>
      <w:r w:rsidRPr="00AD4C67">
        <w:rPr>
          <w:lang w:val="pl-PL"/>
        </w:rPr>
        <w:t xml:space="preserve"> </w:t>
      </w:r>
      <w:proofErr w:type="spellStart"/>
      <w:r w:rsidRPr="00AD4C67">
        <w:rPr>
          <w:lang w:val="pl-PL"/>
        </w:rPr>
        <w:t>zvláštní</w:t>
      </w:r>
      <w:proofErr w:type="spellEnd"/>
      <w:r w:rsidRPr="00AD4C67">
        <w:rPr>
          <w:lang w:val="pl-PL"/>
        </w:rPr>
        <w:t xml:space="preserve"> </w:t>
      </w:r>
      <w:proofErr w:type="spellStart"/>
      <w:r w:rsidRPr="00AD4C67">
        <w:rPr>
          <w:lang w:val="pl-PL"/>
        </w:rPr>
        <w:t>dietní</w:t>
      </w:r>
      <w:proofErr w:type="spellEnd"/>
      <w:r w:rsidRPr="00AD4C67">
        <w:rPr>
          <w:lang w:val="pl-PL"/>
        </w:rPr>
        <w:t xml:space="preserve"> </w:t>
      </w:r>
      <w:proofErr w:type="spellStart"/>
      <w:r w:rsidRPr="00AD4C67">
        <w:rPr>
          <w:lang w:val="pl-PL"/>
        </w:rPr>
        <w:t>požadavky</w:t>
      </w:r>
      <w:proofErr w:type="spellEnd"/>
      <w:r w:rsidRPr="00AD4C67">
        <w:rPr>
          <w:lang w:val="pl-PL"/>
        </w:rPr>
        <w:t xml:space="preserve"> </w:t>
      </w:r>
      <w:proofErr w:type="spellStart"/>
      <w:r w:rsidRPr="00AD4C67">
        <w:rPr>
          <w:lang w:val="pl-PL"/>
        </w:rPr>
        <w:t>včas</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výslovně</w:t>
      </w:r>
      <w:proofErr w:type="spellEnd"/>
      <w:r w:rsidRPr="00AD4C67">
        <w:rPr>
          <w:lang w:val="pl-PL"/>
        </w:rPr>
        <w:t xml:space="preserve"> </w:t>
      </w:r>
      <w:proofErr w:type="spellStart"/>
      <w:r w:rsidRPr="00AD4C67">
        <w:rPr>
          <w:lang w:val="pl-PL"/>
        </w:rPr>
        <w:t>potvrdí</w:t>
      </w:r>
      <w:proofErr w:type="spellEnd"/>
      <w:r w:rsidRPr="00AD4C67">
        <w:rPr>
          <w:lang w:val="pl-PL"/>
        </w:rPr>
        <w:t xml:space="preserve">, </w:t>
      </w:r>
      <w:proofErr w:type="spellStart"/>
      <w:r w:rsidRPr="00AD4C67">
        <w:rPr>
          <w:lang w:val="pl-PL"/>
        </w:rPr>
        <w:t>které</w:t>
      </w:r>
      <w:proofErr w:type="spellEnd"/>
      <w:r w:rsidRPr="00AD4C67">
        <w:rPr>
          <w:lang w:val="pl-PL"/>
        </w:rPr>
        <w:t xml:space="preserve"> </w:t>
      </w:r>
      <w:proofErr w:type="spellStart"/>
      <w:r w:rsidRPr="00AD4C67">
        <w:rPr>
          <w:lang w:val="pl-PL"/>
        </w:rPr>
        <w:t>dokáže</w:t>
      </w:r>
      <w:proofErr w:type="spellEnd"/>
      <w:r w:rsidRPr="00AD4C67">
        <w:rPr>
          <w:lang w:val="pl-PL"/>
        </w:rPr>
        <w:t xml:space="preserve"> </w:t>
      </w:r>
      <w:proofErr w:type="spellStart"/>
      <w:r w:rsidRPr="00AD4C67">
        <w:rPr>
          <w:lang w:val="pl-PL"/>
        </w:rPr>
        <w:t>splnit</w:t>
      </w:r>
      <w:proofErr w:type="spellEnd"/>
      <w:r w:rsidRPr="00AD4C67">
        <w:rPr>
          <w:lang w:val="pl-PL"/>
        </w:rPr>
        <w:t xml:space="preserve">. Bez </w:t>
      </w:r>
      <w:proofErr w:type="spellStart"/>
      <w:r w:rsidRPr="00AD4C67">
        <w:rPr>
          <w:lang w:val="pl-PL"/>
        </w:rPr>
        <w:t>takového</w:t>
      </w:r>
      <w:proofErr w:type="spellEnd"/>
      <w:r w:rsidRPr="00AD4C67">
        <w:rPr>
          <w:lang w:val="pl-PL"/>
        </w:rPr>
        <w:t xml:space="preserve"> </w:t>
      </w:r>
      <w:proofErr w:type="spellStart"/>
      <w:r w:rsidRPr="00AD4C67">
        <w:rPr>
          <w:lang w:val="pl-PL"/>
        </w:rPr>
        <w:t>potvrzení</w:t>
      </w:r>
      <w:proofErr w:type="spellEnd"/>
      <w:r w:rsidRPr="00AD4C67">
        <w:rPr>
          <w:lang w:val="pl-PL"/>
        </w:rPr>
        <w:t xml:space="preserve"> </w:t>
      </w:r>
      <w:proofErr w:type="spellStart"/>
      <w:r w:rsidRPr="00AD4C67">
        <w:rPr>
          <w:lang w:val="pl-PL"/>
        </w:rPr>
        <w:t>nelze</w:t>
      </w:r>
      <w:proofErr w:type="spellEnd"/>
      <w:r w:rsidRPr="00AD4C67">
        <w:rPr>
          <w:lang w:val="pl-PL"/>
        </w:rPr>
        <w:t xml:space="preserve"> </w:t>
      </w:r>
      <w:proofErr w:type="spellStart"/>
      <w:r w:rsidRPr="00AD4C67">
        <w:rPr>
          <w:lang w:val="pl-PL"/>
        </w:rPr>
        <w:t>považovat</w:t>
      </w:r>
      <w:proofErr w:type="spellEnd"/>
      <w:r w:rsidRPr="00AD4C67">
        <w:rPr>
          <w:lang w:val="pl-PL"/>
        </w:rPr>
        <w:t xml:space="preserve"> </w:t>
      </w:r>
      <w:proofErr w:type="spellStart"/>
      <w:r w:rsidRPr="00AD4C67">
        <w:rPr>
          <w:lang w:val="pl-PL"/>
        </w:rPr>
        <w:t>speciální</w:t>
      </w:r>
      <w:proofErr w:type="spellEnd"/>
      <w:r w:rsidRPr="00AD4C67">
        <w:rPr>
          <w:lang w:val="pl-PL"/>
        </w:rPr>
        <w:t xml:space="preserve"> </w:t>
      </w:r>
      <w:proofErr w:type="spellStart"/>
      <w:r w:rsidRPr="00AD4C67">
        <w:rPr>
          <w:lang w:val="pl-PL"/>
        </w:rPr>
        <w:t>požadavek</w:t>
      </w:r>
      <w:proofErr w:type="spellEnd"/>
      <w:r w:rsidRPr="00AD4C67">
        <w:rPr>
          <w:lang w:val="pl-PL"/>
        </w:rPr>
        <w:t xml:space="preserve"> za </w:t>
      </w:r>
      <w:proofErr w:type="spellStart"/>
      <w:r w:rsidRPr="00AD4C67">
        <w:rPr>
          <w:lang w:val="pl-PL"/>
        </w:rPr>
        <w:t>přijatý</w:t>
      </w:r>
      <w:proofErr w:type="spellEnd"/>
      <w:r w:rsidRPr="00AD4C67">
        <w:rPr>
          <w:lang w:val="pl-PL"/>
        </w:rPr>
        <w:t xml:space="preserve">. </w:t>
      </w:r>
      <w:proofErr w:type="spellStart"/>
      <w:r w:rsidRPr="00AD4C67">
        <w:rPr>
          <w:lang w:val="pl-PL"/>
        </w:rPr>
        <w:t>Tím</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neomezuje</w:t>
      </w:r>
      <w:proofErr w:type="spellEnd"/>
      <w:r w:rsidRPr="00AD4C67">
        <w:rPr>
          <w:lang w:val="pl-PL"/>
        </w:rPr>
        <w:t xml:space="preserve"> </w:t>
      </w:r>
      <w:proofErr w:type="spellStart"/>
      <w:r w:rsidRPr="00AD4C67">
        <w:rPr>
          <w:lang w:val="pl-PL"/>
        </w:rPr>
        <w:t>odpovědnost</w:t>
      </w:r>
      <w:proofErr w:type="spellEnd"/>
      <w:r w:rsidRPr="00AD4C67">
        <w:rPr>
          <w:lang w:val="pl-PL"/>
        </w:rPr>
        <w:t xml:space="preserve"> za </w:t>
      </w:r>
      <w:proofErr w:type="spellStart"/>
      <w:r w:rsidRPr="00AD4C67">
        <w:rPr>
          <w:lang w:val="pl-PL"/>
        </w:rPr>
        <w:t>bezpečnost</w:t>
      </w:r>
      <w:proofErr w:type="spellEnd"/>
      <w:r w:rsidRPr="00AD4C67">
        <w:rPr>
          <w:lang w:val="pl-PL"/>
        </w:rPr>
        <w:t xml:space="preserve"> </w:t>
      </w:r>
      <w:proofErr w:type="spellStart"/>
      <w:r w:rsidRPr="00AD4C67">
        <w:rPr>
          <w:lang w:val="pl-PL"/>
        </w:rPr>
        <w:t>potravin</w:t>
      </w:r>
      <w:proofErr w:type="spellEnd"/>
      <w:r w:rsidRPr="00AD4C67">
        <w:rPr>
          <w:lang w:val="pl-PL"/>
        </w:rPr>
        <w:t xml:space="preserve"> a </w:t>
      </w:r>
      <w:proofErr w:type="spellStart"/>
      <w:r w:rsidRPr="00AD4C67">
        <w:rPr>
          <w:lang w:val="pl-PL"/>
        </w:rPr>
        <w:t>správnost</w:t>
      </w:r>
      <w:proofErr w:type="spellEnd"/>
      <w:r w:rsidRPr="00AD4C67">
        <w:rPr>
          <w:lang w:val="pl-PL"/>
        </w:rPr>
        <w:t xml:space="preserve"> </w:t>
      </w:r>
      <w:proofErr w:type="spellStart"/>
      <w:r w:rsidRPr="00AD4C67">
        <w:rPr>
          <w:lang w:val="pl-PL"/>
        </w:rPr>
        <w:t>informací</w:t>
      </w:r>
      <w:proofErr w:type="spellEnd"/>
      <w:r w:rsidRPr="00AD4C67">
        <w:rPr>
          <w:lang w:val="pl-PL"/>
        </w:rPr>
        <w:t xml:space="preserve"> o </w:t>
      </w:r>
      <w:proofErr w:type="spellStart"/>
      <w:r w:rsidRPr="00AD4C67">
        <w:rPr>
          <w:lang w:val="pl-PL"/>
        </w:rPr>
        <w:t>alergenech</w:t>
      </w:r>
      <w:proofErr w:type="spellEnd"/>
      <w:r w:rsidRPr="00AD4C67">
        <w:rPr>
          <w:lang w:val="pl-PL"/>
        </w:rPr>
        <w:t>.</w:t>
      </w:r>
    </w:p>
    <w:p w14:paraId="1978F2CA" w14:textId="77777777" w:rsidR="006C464F" w:rsidRPr="00AD4C67" w:rsidRDefault="00000000">
      <w:pPr>
        <w:rPr>
          <w:lang w:val="pl-PL"/>
        </w:rPr>
      </w:pPr>
      <w:r w:rsidRPr="00AD4C67">
        <w:rPr>
          <w:lang w:val="pl-PL"/>
        </w:rPr>
        <w:t xml:space="preserve">6.3. Alkohol </w:t>
      </w:r>
      <w:proofErr w:type="spellStart"/>
      <w:r w:rsidRPr="00AD4C67">
        <w:rPr>
          <w:lang w:val="pl-PL"/>
        </w:rPr>
        <w:t>se</w:t>
      </w:r>
      <w:proofErr w:type="spellEnd"/>
      <w:r w:rsidRPr="00AD4C67">
        <w:rPr>
          <w:lang w:val="pl-PL"/>
        </w:rPr>
        <w:t xml:space="preserve"> </w:t>
      </w:r>
      <w:proofErr w:type="spellStart"/>
      <w:r w:rsidRPr="00AD4C67">
        <w:rPr>
          <w:lang w:val="pl-PL"/>
        </w:rPr>
        <w:t>nepodává</w:t>
      </w:r>
      <w:proofErr w:type="spellEnd"/>
      <w:r w:rsidRPr="00AD4C67">
        <w:rPr>
          <w:lang w:val="pl-PL"/>
        </w:rPr>
        <w:t xml:space="preserve"> </w:t>
      </w:r>
      <w:proofErr w:type="spellStart"/>
      <w:r w:rsidRPr="00AD4C67">
        <w:rPr>
          <w:lang w:val="pl-PL"/>
        </w:rPr>
        <w:t>osobám</w:t>
      </w:r>
      <w:proofErr w:type="spellEnd"/>
      <w:r w:rsidRPr="00AD4C67">
        <w:rPr>
          <w:lang w:val="pl-PL"/>
        </w:rPr>
        <w:t xml:space="preserve"> </w:t>
      </w:r>
      <w:proofErr w:type="spellStart"/>
      <w:r w:rsidRPr="00AD4C67">
        <w:rPr>
          <w:lang w:val="pl-PL"/>
        </w:rPr>
        <w:t>mladším</w:t>
      </w:r>
      <w:proofErr w:type="spellEnd"/>
      <w:r w:rsidRPr="00AD4C67">
        <w:rPr>
          <w:lang w:val="pl-PL"/>
        </w:rPr>
        <w:t xml:space="preserve"> 18 </w:t>
      </w:r>
      <w:proofErr w:type="spellStart"/>
      <w:r w:rsidRPr="00AD4C67">
        <w:rPr>
          <w:lang w:val="pl-PL"/>
        </w:rPr>
        <w:t>let</w:t>
      </w:r>
      <w:proofErr w:type="spellEnd"/>
      <w:r w:rsidRPr="00AD4C67">
        <w:rPr>
          <w:lang w:val="pl-PL"/>
        </w:rPr>
        <w:t xml:space="preserve"> ani v </w:t>
      </w:r>
      <w:proofErr w:type="spellStart"/>
      <w:r w:rsidRPr="00AD4C67">
        <w:rPr>
          <w:lang w:val="pl-PL"/>
        </w:rPr>
        <w:t>dalších</w:t>
      </w:r>
      <w:proofErr w:type="spellEnd"/>
      <w:r w:rsidRPr="00AD4C67">
        <w:rPr>
          <w:lang w:val="pl-PL"/>
        </w:rPr>
        <w:t xml:space="preserve"> </w:t>
      </w:r>
      <w:proofErr w:type="spellStart"/>
      <w:r w:rsidRPr="00AD4C67">
        <w:rPr>
          <w:lang w:val="pl-PL"/>
        </w:rPr>
        <w:t>zákonem</w:t>
      </w:r>
      <w:proofErr w:type="spellEnd"/>
      <w:r w:rsidRPr="00AD4C67">
        <w:rPr>
          <w:lang w:val="pl-PL"/>
        </w:rPr>
        <w:t xml:space="preserve"> </w:t>
      </w:r>
      <w:proofErr w:type="spellStart"/>
      <w:r w:rsidRPr="00AD4C67">
        <w:rPr>
          <w:lang w:val="pl-PL"/>
        </w:rPr>
        <w:t>zakázaných</w:t>
      </w:r>
      <w:proofErr w:type="spellEnd"/>
      <w:r w:rsidRPr="00AD4C67">
        <w:rPr>
          <w:lang w:val="pl-PL"/>
        </w:rPr>
        <w:t xml:space="preserve"> </w:t>
      </w:r>
      <w:proofErr w:type="spellStart"/>
      <w:r w:rsidRPr="00AD4C67">
        <w:rPr>
          <w:lang w:val="pl-PL"/>
        </w:rPr>
        <w:t>případech</w:t>
      </w:r>
      <w:proofErr w:type="spellEnd"/>
      <w:r w:rsidRPr="00AD4C67">
        <w:rPr>
          <w:lang w:val="pl-PL"/>
        </w:rPr>
        <w:t xml:space="preserve">. </w:t>
      </w:r>
      <w:proofErr w:type="spellStart"/>
      <w:r w:rsidRPr="00AD4C67">
        <w:rPr>
          <w:lang w:val="pl-PL"/>
        </w:rPr>
        <w:t>Obsluha</w:t>
      </w:r>
      <w:proofErr w:type="spellEnd"/>
      <w:r w:rsidRPr="00AD4C67">
        <w:rPr>
          <w:lang w:val="pl-PL"/>
        </w:rPr>
        <w:t xml:space="preserve"> </w:t>
      </w:r>
      <w:proofErr w:type="spellStart"/>
      <w:r w:rsidRPr="00AD4C67">
        <w:rPr>
          <w:lang w:val="pl-PL"/>
        </w:rPr>
        <w:t>může</w:t>
      </w:r>
      <w:proofErr w:type="spellEnd"/>
      <w:r w:rsidRPr="00AD4C67">
        <w:rPr>
          <w:lang w:val="pl-PL"/>
        </w:rPr>
        <w:t xml:space="preserve"> </w:t>
      </w:r>
      <w:proofErr w:type="spellStart"/>
      <w:r w:rsidRPr="00AD4C67">
        <w:rPr>
          <w:lang w:val="pl-PL"/>
        </w:rPr>
        <w:t>požadovat</w:t>
      </w:r>
      <w:proofErr w:type="spellEnd"/>
      <w:r w:rsidRPr="00AD4C67">
        <w:rPr>
          <w:lang w:val="pl-PL"/>
        </w:rPr>
        <w:t xml:space="preserve"> </w:t>
      </w:r>
      <w:proofErr w:type="spellStart"/>
      <w:r w:rsidRPr="00AD4C67">
        <w:rPr>
          <w:lang w:val="pl-PL"/>
        </w:rPr>
        <w:t>prokázání</w:t>
      </w:r>
      <w:proofErr w:type="spellEnd"/>
      <w:r w:rsidRPr="00AD4C67">
        <w:rPr>
          <w:lang w:val="pl-PL"/>
        </w:rPr>
        <w:t xml:space="preserve"> </w:t>
      </w:r>
      <w:proofErr w:type="spellStart"/>
      <w:r w:rsidRPr="00AD4C67">
        <w:rPr>
          <w:lang w:val="pl-PL"/>
        </w:rPr>
        <w:t>věku</w:t>
      </w:r>
      <w:proofErr w:type="spellEnd"/>
      <w:r w:rsidRPr="00AD4C67">
        <w:rPr>
          <w:lang w:val="pl-PL"/>
        </w:rPr>
        <w:t xml:space="preserve"> a </w:t>
      </w:r>
      <w:proofErr w:type="spellStart"/>
      <w:r w:rsidRPr="00AD4C67">
        <w:rPr>
          <w:lang w:val="pl-PL"/>
        </w:rPr>
        <w:t>odmítnout</w:t>
      </w:r>
      <w:proofErr w:type="spellEnd"/>
      <w:r w:rsidRPr="00AD4C67">
        <w:rPr>
          <w:lang w:val="pl-PL"/>
        </w:rPr>
        <w:t xml:space="preserve"> </w:t>
      </w:r>
      <w:proofErr w:type="spellStart"/>
      <w:r w:rsidRPr="00AD4C67">
        <w:rPr>
          <w:lang w:val="pl-PL"/>
        </w:rPr>
        <w:t>další</w:t>
      </w:r>
      <w:proofErr w:type="spellEnd"/>
      <w:r w:rsidRPr="00AD4C67">
        <w:rPr>
          <w:lang w:val="pl-PL"/>
        </w:rPr>
        <w:t xml:space="preserve"> </w:t>
      </w:r>
      <w:proofErr w:type="spellStart"/>
      <w:r w:rsidRPr="00AD4C67">
        <w:rPr>
          <w:lang w:val="pl-PL"/>
        </w:rPr>
        <w:t>podávání</w:t>
      </w:r>
      <w:proofErr w:type="spellEnd"/>
      <w:r w:rsidRPr="00AD4C67">
        <w:rPr>
          <w:lang w:val="pl-PL"/>
        </w:rPr>
        <w:t xml:space="preserve"> z </w:t>
      </w:r>
      <w:proofErr w:type="spellStart"/>
      <w:r w:rsidRPr="00AD4C67">
        <w:rPr>
          <w:lang w:val="pl-PL"/>
        </w:rPr>
        <w:t>bezpečnostních</w:t>
      </w:r>
      <w:proofErr w:type="spellEnd"/>
      <w:r w:rsidRPr="00AD4C67">
        <w:rPr>
          <w:lang w:val="pl-PL"/>
        </w:rPr>
        <w:t xml:space="preserve"> </w:t>
      </w:r>
      <w:proofErr w:type="spellStart"/>
      <w:r w:rsidRPr="00AD4C67">
        <w:rPr>
          <w:lang w:val="pl-PL"/>
        </w:rPr>
        <w:t>důvodů</w:t>
      </w:r>
      <w:proofErr w:type="spellEnd"/>
      <w:r w:rsidRPr="00AD4C67">
        <w:rPr>
          <w:lang w:val="pl-PL"/>
        </w:rPr>
        <w:t>.</w:t>
      </w:r>
    </w:p>
    <w:p w14:paraId="5006F1D8" w14:textId="77777777" w:rsidR="006C464F" w:rsidRPr="00AD4C67" w:rsidRDefault="00000000">
      <w:pPr>
        <w:rPr>
          <w:lang w:val="pl-PL"/>
        </w:rPr>
      </w:pPr>
      <w:r w:rsidRPr="00AD4C67">
        <w:rPr>
          <w:lang w:val="pl-PL"/>
        </w:rPr>
        <w:t xml:space="preserve">6.4. </w:t>
      </w:r>
      <w:proofErr w:type="spellStart"/>
      <w:r w:rsidRPr="00AD4C67">
        <w:rPr>
          <w:lang w:val="pl-PL"/>
        </w:rPr>
        <w:t>Vlastní</w:t>
      </w:r>
      <w:proofErr w:type="spellEnd"/>
      <w:r w:rsidRPr="00AD4C67">
        <w:rPr>
          <w:lang w:val="pl-PL"/>
        </w:rPr>
        <w:t xml:space="preserve"> </w:t>
      </w:r>
      <w:proofErr w:type="spellStart"/>
      <w:r w:rsidRPr="00AD4C67">
        <w:rPr>
          <w:lang w:val="pl-PL"/>
        </w:rPr>
        <w:t>občerstvení</w:t>
      </w:r>
      <w:proofErr w:type="spellEnd"/>
      <w:r w:rsidRPr="00AD4C67">
        <w:rPr>
          <w:lang w:val="pl-PL"/>
        </w:rPr>
        <w:t xml:space="preserve">, </w:t>
      </w:r>
      <w:proofErr w:type="spellStart"/>
      <w:r w:rsidRPr="00AD4C67">
        <w:rPr>
          <w:lang w:val="pl-PL"/>
        </w:rPr>
        <w:t>nápoje</w:t>
      </w:r>
      <w:proofErr w:type="spellEnd"/>
      <w:r w:rsidRPr="00AD4C67">
        <w:rPr>
          <w:lang w:val="pl-PL"/>
        </w:rPr>
        <w:t xml:space="preserve"> a </w:t>
      </w:r>
      <w:proofErr w:type="spellStart"/>
      <w:r w:rsidRPr="00AD4C67">
        <w:rPr>
          <w:lang w:val="pl-PL"/>
        </w:rPr>
        <w:t>externí</w:t>
      </w:r>
      <w:proofErr w:type="spellEnd"/>
      <w:r w:rsidRPr="00AD4C67">
        <w:rPr>
          <w:lang w:val="pl-PL"/>
        </w:rPr>
        <w:t xml:space="preserve"> catering </w:t>
      </w:r>
      <w:proofErr w:type="spellStart"/>
      <w:r w:rsidRPr="00AD4C67">
        <w:rPr>
          <w:lang w:val="pl-PL"/>
        </w:rPr>
        <w:t>jsou</w:t>
      </w:r>
      <w:proofErr w:type="spellEnd"/>
      <w:r w:rsidRPr="00AD4C67">
        <w:rPr>
          <w:lang w:val="pl-PL"/>
        </w:rPr>
        <w:t xml:space="preserve"> </w:t>
      </w:r>
      <w:proofErr w:type="spellStart"/>
      <w:r w:rsidRPr="00AD4C67">
        <w:rPr>
          <w:lang w:val="pl-PL"/>
        </w:rPr>
        <w:t>možné</w:t>
      </w:r>
      <w:proofErr w:type="spellEnd"/>
      <w:r w:rsidRPr="00AD4C67">
        <w:rPr>
          <w:lang w:val="pl-PL"/>
        </w:rPr>
        <w:t xml:space="preserve"> po </w:t>
      </w:r>
      <w:proofErr w:type="spellStart"/>
      <w:r w:rsidRPr="00AD4C67">
        <w:rPr>
          <w:lang w:val="pl-PL"/>
        </w:rPr>
        <w:t>předchozí</w:t>
      </w:r>
      <w:proofErr w:type="spellEnd"/>
      <w:r w:rsidRPr="00AD4C67">
        <w:rPr>
          <w:lang w:val="pl-PL"/>
        </w:rPr>
        <w:t xml:space="preserve"> </w:t>
      </w:r>
      <w:proofErr w:type="spellStart"/>
      <w:r w:rsidRPr="00AD4C67">
        <w:rPr>
          <w:lang w:val="pl-PL"/>
        </w:rPr>
        <w:t>dohodě</w:t>
      </w:r>
      <w:proofErr w:type="spellEnd"/>
      <w:r w:rsidRPr="00AD4C67">
        <w:rPr>
          <w:lang w:val="pl-PL"/>
        </w:rPr>
        <w:t xml:space="preserve">. </w:t>
      </w:r>
      <w:proofErr w:type="spellStart"/>
      <w:r w:rsidRPr="00AD4C67">
        <w:rPr>
          <w:lang w:val="pl-PL"/>
        </w:rPr>
        <w:t>Případné</w:t>
      </w:r>
      <w:proofErr w:type="spellEnd"/>
      <w:r w:rsidRPr="00AD4C67">
        <w:rPr>
          <w:lang w:val="pl-PL"/>
        </w:rPr>
        <w:t xml:space="preserve"> </w:t>
      </w:r>
      <w:proofErr w:type="spellStart"/>
      <w:r w:rsidRPr="00AD4C67">
        <w:rPr>
          <w:lang w:val="pl-PL"/>
        </w:rPr>
        <w:t>korkovné</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servisní</w:t>
      </w:r>
      <w:proofErr w:type="spellEnd"/>
      <w:r w:rsidRPr="00AD4C67">
        <w:rPr>
          <w:lang w:val="pl-PL"/>
        </w:rPr>
        <w:t xml:space="preserve"> </w:t>
      </w:r>
      <w:proofErr w:type="spellStart"/>
      <w:r w:rsidRPr="00AD4C67">
        <w:rPr>
          <w:lang w:val="pl-PL"/>
        </w:rPr>
        <w:t>poplatek</w:t>
      </w:r>
      <w:proofErr w:type="spellEnd"/>
      <w:r w:rsidRPr="00AD4C67">
        <w:rPr>
          <w:lang w:val="pl-PL"/>
        </w:rPr>
        <w:t xml:space="preserve"> </w:t>
      </w:r>
      <w:proofErr w:type="spellStart"/>
      <w:r w:rsidRPr="00AD4C67">
        <w:rPr>
          <w:lang w:val="pl-PL"/>
        </w:rPr>
        <w:t>musí</w:t>
      </w:r>
      <w:proofErr w:type="spellEnd"/>
      <w:r w:rsidRPr="00AD4C67">
        <w:rPr>
          <w:lang w:val="pl-PL"/>
        </w:rPr>
        <w:t xml:space="preserve"> </w:t>
      </w:r>
      <w:proofErr w:type="spellStart"/>
      <w:r w:rsidRPr="00AD4C67">
        <w:rPr>
          <w:lang w:val="pl-PL"/>
        </w:rPr>
        <w:t>být</w:t>
      </w:r>
      <w:proofErr w:type="spellEnd"/>
      <w:r w:rsidRPr="00AD4C67">
        <w:rPr>
          <w:lang w:val="pl-PL"/>
        </w:rPr>
        <w:t xml:space="preserve"> </w:t>
      </w:r>
      <w:proofErr w:type="spellStart"/>
      <w:r w:rsidRPr="00AD4C67">
        <w:rPr>
          <w:lang w:val="pl-PL"/>
        </w:rPr>
        <w:t>zákazníkovi</w:t>
      </w:r>
      <w:proofErr w:type="spellEnd"/>
      <w:r w:rsidRPr="00AD4C67">
        <w:rPr>
          <w:lang w:val="pl-PL"/>
        </w:rPr>
        <w:t xml:space="preserve"> </w:t>
      </w:r>
      <w:proofErr w:type="spellStart"/>
      <w:r w:rsidRPr="00AD4C67">
        <w:rPr>
          <w:lang w:val="pl-PL"/>
        </w:rPr>
        <w:t>sděleny</w:t>
      </w:r>
      <w:proofErr w:type="spellEnd"/>
      <w:r w:rsidRPr="00AD4C67">
        <w:rPr>
          <w:lang w:val="pl-PL"/>
        </w:rPr>
        <w:t xml:space="preserve"> a </w:t>
      </w:r>
      <w:proofErr w:type="spellStart"/>
      <w:r w:rsidRPr="00AD4C67">
        <w:rPr>
          <w:lang w:val="pl-PL"/>
        </w:rPr>
        <w:t>odsouhlaseny</w:t>
      </w:r>
      <w:proofErr w:type="spellEnd"/>
      <w:r w:rsidRPr="00AD4C67">
        <w:rPr>
          <w:lang w:val="pl-PL"/>
        </w:rPr>
        <w:t xml:space="preserve"> </w:t>
      </w:r>
      <w:proofErr w:type="spellStart"/>
      <w:r w:rsidRPr="00AD4C67">
        <w:rPr>
          <w:lang w:val="pl-PL"/>
        </w:rPr>
        <w:t>předem</w:t>
      </w:r>
      <w:proofErr w:type="spellEnd"/>
      <w:r w:rsidRPr="00AD4C67">
        <w:rPr>
          <w:lang w:val="pl-PL"/>
        </w:rPr>
        <w:t xml:space="preserve">. </w:t>
      </w:r>
      <w:proofErr w:type="spellStart"/>
      <w:r w:rsidRPr="00AD4C67">
        <w:rPr>
          <w:lang w:val="pl-PL"/>
        </w:rPr>
        <w:t>Zákazník</w:t>
      </w:r>
      <w:proofErr w:type="spellEnd"/>
      <w:r w:rsidRPr="00AD4C67">
        <w:rPr>
          <w:lang w:val="pl-PL"/>
        </w:rPr>
        <w:t xml:space="preserve"> </w:t>
      </w:r>
      <w:proofErr w:type="spellStart"/>
      <w:r w:rsidRPr="00AD4C67">
        <w:rPr>
          <w:lang w:val="pl-PL"/>
        </w:rPr>
        <w:t>odpovídá</w:t>
      </w:r>
      <w:proofErr w:type="spellEnd"/>
      <w:r w:rsidRPr="00AD4C67">
        <w:rPr>
          <w:lang w:val="pl-PL"/>
        </w:rPr>
        <w:t xml:space="preserve"> za </w:t>
      </w:r>
      <w:proofErr w:type="spellStart"/>
      <w:r w:rsidRPr="00AD4C67">
        <w:rPr>
          <w:lang w:val="pl-PL"/>
        </w:rPr>
        <w:t>stav</w:t>
      </w:r>
      <w:proofErr w:type="spellEnd"/>
      <w:r w:rsidRPr="00AD4C67">
        <w:rPr>
          <w:lang w:val="pl-PL"/>
        </w:rPr>
        <w:t xml:space="preserve"> </w:t>
      </w:r>
      <w:proofErr w:type="spellStart"/>
      <w:r w:rsidRPr="00AD4C67">
        <w:rPr>
          <w:lang w:val="pl-PL"/>
        </w:rPr>
        <w:t>jím</w:t>
      </w:r>
      <w:proofErr w:type="spellEnd"/>
      <w:r w:rsidRPr="00AD4C67">
        <w:rPr>
          <w:lang w:val="pl-PL"/>
        </w:rPr>
        <w:t xml:space="preserve"> </w:t>
      </w:r>
      <w:proofErr w:type="spellStart"/>
      <w:r w:rsidRPr="00AD4C67">
        <w:rPr>
          <w:lang w:val="pl-PL"/>
        </w:rPr>
        <w:t>dodaných</w:t>
      </w:r>
      <w:proofErr w:type="spellEnd"/>
      <w:r w:rsidRPr="00AD4C67">
        <w:rPr>
          <w:lang w:val="pl-PL"/>
        </w:rPr>
        <w:t xml:space="preserve"> </w:t>
      </w:r>
      <w:proofErr w:type="spellStart"/>
      <w:r w:rsidRPr="00AD4C67">
        <w:rPr>
          <w:lang w:val="pl-PL"/>
        </w:rPr>
        <w:t>potravin</w:t>
      </w:r>
      <w:proofErr w:type="spellEnd"/>
      <w:r w:rsidRPr="00AD4C67">
        <w:rPr>
          <w:lang w:val="pl-PL"/>
        </w:rPr>
        <w:t xml:space="preserve"> a </w:t>
      </w:r>
      <w:proofErr w:type="spellStart"/>
      <w:r w:rsidRPr="00AD4C67">
        <w:rPr>
          <w:lang w:val="pl-PL"/>
        </w:rPr>
        <w:t>nápojů</w:t>
      </w:r>
      <w:proofErr w:type="spellEnd"/>
      <w:r w:rsidRPr="00AD4C67">
        <w:rPr>
          <w:lang w:val="pl-PL"/>
        </w:rPr>
        <w:t xml:space="preserve"> do </w:t>
      </w:r>
      <w:proofErr w:type="spellStart"/>
      <w:r w:rsidRPr="00AD4C67">
        <w:rPr>
          <w:lang w:val="pl-PL"/>
        </w:rPr>
        <w:t>jejich</w:t>
      </w:r>
      <w:proofErr w:type="spellEnd"/>
      <w:r w:rsidRPr="00AD4C67">
        <w:rPr>
          <w:lang w:val="pl-PL"/>
        </w:rPr>
        <w:t xml:space="preserve"> </w:t>
      </w:r>
      <w:proofErr w:type="spellStart"/>
      <w:r w:rsidRPr="00AD4C67">
        <w:rPr>
          <w:lang w:val="pl-PL"/>
        </w:rPr>
        <w:t>případného</w:t>
      </w:r>
      <w:proofErr w:type="spellEnd"/>
      <w:r w:rsidRPr="00AD4C67">
        <w:rPr>
          <w:lang w:val="pl-PL"/>
        </w:rPr>
        <w:t xml:space="preserve"> </w:t>
      </w:r>
      <w:proofErr w:type="spellStart"/>
      <w:r w:rsidRPr="00AD4C67">
        <w:rPr>
          <w:lang w:val="pl-PL"/>
        </w:rPr>
        <w:t>převzetí</w:t>
      </w:r>
      <w:proofErr w:type="spellEnd"/>
      <w:r w:rsidRPr="00AD4C67">
        <w:rPr>
          <w:lang w:val="pl-PL"/>
        </w:rPr>
        <w:t xml:space="preserve"> </w:t>
      </w:r>
      <w:proofErr w:type="spellStart"/>
      <w:r w:rsidRPr="00AD4C67">
        <w:rPr>
          <w:lang w:val="pl-PL"/>
        </w:rPr>
        <w:t>poskytovatelem</w:t>
      </w:r>
      <w:proofErr w:type="spellEnd"/>
      <w:r w:rsidRPr="00AD4C67">
        <w:rPr>
          <w:lang w:val="pl-PL"/>
        </w:rPr>
        <w:t xml:space="preserve">. </w:t>
      </w:r>
      <w:proofErr w:type="spellStart"/>
      <w:r w:rsidRPr="00AD4C67">
        <w:rPr>
          <w:lang w:val="pl-PL"/>
        </w:rPr>
        <w:t>Každá</w:t>
      </w:r>
      <w:proofErr w:type="spellEnd"/>
      <w:r w:rsidRPr="00AD4C67">
        <w:rPr>
          <w:lang w:val="pl-PL"/>
        </w:rPr>
        <w:t xml:space="preserve"> </w:t>
      </w:r>
      <w:proofErr w:type="spellStart"/>
      <w:r w:rsidRPr="00AD4C67">
        <w:rPr>
          <w:lang w:val="pl-PL"/>
        </w:rPr>
        <w:t>strana</w:t>
      </w:r>
      <w:proofErr w:type="spellEnd"/>
      <w:r w:rsidRPr="00AD4C67">
        <w:rPr>
          <w:lang w:val="pl-PL"/>
        </w:rPr>
        <w:t xml:space="preserve"> </w:t>
      </w:r>
      <w:proofErr w:type="spellStart"/>
      <w:r w:rsidRPr="00AD4C67">
        <w:rPr>
          <w:lang w:val="pl-PL"/>
        </w:rPr>
        <w:t>odpovídá</w:t>
      </w:r>
      <w:proofErr w:type="spellEnd"/>
      <w:r w:rsidRPr="00AD4C67">
        <w:rPr>
          <w:lang w:val="pl-PL"/>
        </w:rPr>
        <w:t xml:space="preserve"> za </w:t>
      </w:r>
      <w:proofErr w:type="spellStart"/>
      <w:r w:rsidRPr="00AD4C67">
        <w:rPr>
          <w:lang w:val="pl-PL"/>
        </w:rPr>
        <w:t>vlastní</w:t>
      </w:r>
      <w:proofErr w:type="spellEnd"/>
      <w:r w:rsidRPr="00AD4C67">
        <w:rPr>
          <w:lang w:val="pl-PL"/>
        </w:rPr>
        <w:t xml:space="preserve"> </w:t>
      </w:r>
      <w:proofErr w:type="spellStart"/>
      <w:r w:rsidRPr="00AD4C67">
        <w:rPr>
          <w:lang w:val="pl-PL"/>
        </w:rPr>
        <w:t>skladování</w:t>
      </w:r>
      <w:proofErr w:type="spellEnd"/>
      <w:r w:rsidRPr="00AD4C67">
        <w:rPr>
          <w:lang w:val="pl-PL"/>
        </w:rPr>
        <w:t xml:space="preserve"> a </w:t>
      </w:r>
      <w:proofErr w:type="spellStart"/>
      <w:r w:rsidRPr="00AD4C67">
        <w:rPr>
          <w:lang w:val="pl-PL"/>
        </w:rPr>
        <w:t>manipulaci</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tím</w:t>
      </w:r>
      <w:proofErr w:type="spellEnd"/>
      <w:r w:rsidRPr="00AD4C67">
        <w:rPr>
          <w:lang w:val="pl-PL"/>
        </w:rPr>
        <w:t xml:space="preserve"> </w:t>
      </w:r>
      <w:proofErr w:type="spellStart"/>
      <w:r w:rsidRPr="00AD4C67">
        <w:rPr>
          <w:lang w:val="pl-PL"/>
        </w:rPr>
        <w:t>nevylučuje</w:t>
      </w:r>
      <w:proofErr w:type="spellEnd"/>
      <w:r w:rsidRPr="00AD4C67">
        <w:rPr>
          <w:lang w:val="pl-PL"/>
        </w:rPr>
        <w:t xml:space="preserve"> </w:t>
      </w:r>
      <w:proofErr w:type="spellStart"/>
      <w:r w:rsidRPr="00AD4C67">
        <w:rPr>
          <w:lang w:val="pl-PL"/>
        </w:rPr>
        <w:t>své</w:t>
      </w:r>
      <w:proofErr w:type="spellEnd"/>
      <w:r w:rsidRPr="00AD4C67">
        <w:rPr>
          <w:lang w:val="pl-PL"/>
        </w:rPr>
        <w:t xml:space="preserve"> </w:t>
      </w:r>
      <w:proofErr w:type="spellStart"/>
      <w:r w:rsidRPr="00AD4C67">
        <w:rPr>
          <w:lang w:val="pl-PL"/>
        </w:rPr>
        <w:t>zákonné</w:t>
      </w:r>
      <w:proofErr w:type="spellEnd"/>
      <w:r w:rsidRPr="00AD4C67">
        <w:rPr>
          <w:lang w:val="pl-PL"/>
        </w:rPr>
        <w:t xml:space="preserve"> </w:t>
      </w:r>
      <w:proofErr w:type="spellStart"/>
      <w:r w:rsidRPr="00AD4C67">
        <w:rPr>
          <w:lang w:val="pl-PL"/>
        </w:rPr>
        <w:t>hygienické</w:t>
      </w:r>
      <w:proofErr w:type="spellEnd"/>
      <w:r w:rsidRPr="00AD4C67">
        <w:rPr>
          <w:lang w:val="pl-PL"/>
        </w:rPr>
        <w:t xml:space="preserve"> </w:t>
      </w:r>
      <w:proofErr w:type="spellStart"/>
      <w:r w:rsidRPr="00AD4C67">
        <w:rPr>
          <w:lang w:val="pl-PL"/>
        </w:rPr>
        <w:t>povinnosti</w:t>
      </w:r>
      <w:proofErr w:type="spellEnd"/>
      <w:r w:rsidRPr="00AD4C67">
        <w:rPr>
          <w:lang w:val="pl-PL"/>
        </w:rPr>
        <w:t>.</w:t>
      </w:r>
    </w:p>
    <w:p w14:paraId="3578C9BB" w14:textId="77777777" w:rsidR="006C464F" w:rsidRPr="00AD4C67" w:rsidRDefault="00000000">
      <w:pPr>
        <w:rPr>
          <w:lang w:val="pl-PL"/>
        </w:rPr>
      </w:pPr>
      <w:r w:rsidRPr="00AD4C67">
        <w:rPr>
          <w:lang w:val="pl-PL"/>
        </w:rPr>
        <w:t xml:space="preserve">6.5. </w:t>
      </w:r>
      <w:proofErr w:type="spellStart"/>
      <w:r w:rsidRPr="00AD4C67">
        <w:rPr>
          <w:lang w:val="pl-PL"/>
        </w:rPr>
        <w:t>Termín</w:t>
      </w:r>
      <w:proofErr w:type="spellEnd"/>
      <w:r w:rsidRPr="00AD4C67">
        <w:rPr>
          <w:lang w:val="pl-PL"/>
        </w:rPr>
        <w:t xml:space="preserve"> pro </w:t>
      </w:r>
      <w:proofErr w:type="spellStart"/>
      <w:r w:rsidRPr="00AD4C67">
        <w:rPr>
          <w:lang w:val="pl-PL"/>
        </w:rPr>
        <w:t>konečné</w:t>
      </w:r>
      <w:proofErr w:type="spellEnd"/>
      <w:r w:rsidRPr="00AD4C67">
        <w:rPr>
          <w:lang w:val="pl-PL"/>
        </w:rPr>
        <w:t xml:space="preserve"> </w:t>
      </w:r>
      <w:proofErr w:type="spellStart"/>
      <w:r w:rsidRPr="00AD4C67">
        <w:rPr>
          <w:lang w:val="pl-PL"/>
        </w:rPr>
        <w:t>počty</w:t>
      </w:r>
      <w:proofErr w:type="spellEnd"/>
      <w:r w:rsidRPr="00AD4C67">
        <w:rPr>
          <w:lang w:val="pl-PL"/>
        </w:rPr>
        <w:t xml:space="preserve"> </w:t>
      </w:r>
      <w:proofErr w:type="spellStart"/>
      <w:r w:rsidRPr="00AD4C67">
        <w:rPr>
          <w:lang w:val="pl-PL"/>
        </w:rPr>
        <w:t>porcí</w:t>
      </w:r>
      <w:proofErr w:type="spellEnd"/>
      <w:r w:rsidRPr="00AD4C67">
        <w:rPr>
          <w:lang w:val="pl-PL"/>
        </w:rPr>
        <w:t xml:space="preserve">, </w:t>
      </w:r>
      <w:proofErr w:type="spellStart"/>
      <w:r w:rsidRPr="00AD4C67">
        <w:rPr>
          <w:lang w:val="pl-PL"/>
        </w:rPr>
        <w:t>výběr</w:t>
      </w:r>
      <w:proofErr w:type="spellEnd"/>
      <w:r w:rsidRPr="00AD4C67">
        <w:rPr>
          <w:lang w:val="pl-PL"/>
        </w:rPr>
        <w:t xml:space="preserve"> menu a </w:t>
      </w:r>
      <w:proofErr w:type="spellStart"/>
      <w:r w:rsidRPr="00AD4C67">
        <w:rPr>
          <w:lang w:val="pl-PL"/>
        </w:rPr>
        <w:t>podobu</w:t>
      </w:r>
      <w:proofErr w:type="spellEnd"/>
      <w:r w:rsidRPr="00AD4C67">
        <w:rPr>
          <w:lang w:val="pl-PL"/>
        </w:rPr>
        <w:t xml:space="preserve"> </w:t>
      </w:r>
      <w:proofErr w:type="spellStart"/>
      <w:r w:rsidRPr="00AD4C67">
        <w:rPr>
          <w:lang w:val="pl-PL"/>
        </w:rPr>
        <w:t>dekorací</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sjedná</w:t>
      </w:r>
      <w:proofErr w:type="spellEnd"/>
      <w:r w:rsidRPr="00AD4C67">
        <w:rPr>
          <w:lang w:val="pl-PL"/>
        </w:rPr>
        <w:t xml:space="preserve"> v </w:t>
      </w:r>
      <w:proofErr w:type="spellStart"/>
      <w:r w:rsidRPr="00AD4C67">
        <w:rPr>
          <w:lang w:val="pl-PL"/>
        </w:rPr>
        <w:t>nabídce</w:t>
      </w:r>
      <w:proofErr w:type="spellEnd"/>
      <w:r w:rsidRPr="00AD4C67">
        <w:rPr>
          <w:lang w:val="pl-PL"/>
        </w:rPr>
        <w:t xml:space="preserve">. </w:t>
      </w:r>
      <w:proofErr w:type="spellStart"/>
      <w:r w:rsidRPr="00AD4C67">
        <w:rPr>
          <w:lang w:val="pl-PL"/>
        </w:rPr>
        <w:t>Pozdější</w:t>
      </w:r>
      <w:proofErr w:type="spellEnd"/>
      <w:r w:rsidRPr="00AD4C67">
        <w:rPr>
          <w:lang w:val="pl-PL"/>
        </w:rPr>
        <w:t xml:space="preserve"> </w:t>
      </w:r>
      <w:proofErr w:type="spellStart"/>
      <w:r w:rsidRPr="00AD4C67">
        <w:rPr>
          <w:lang w:val="pl-PL"/>
        </w:rPr>
        <w:t>změny</w:t>
      </w:r>
      <w:proofErr w:type="spellEnd"/>
      <w:r w:rsidRPr="00AD4C67">
        <w:rPr>
          <w:lang w:val="pl-PL"/>
        </w:rPr>
        <w:t xml:space="preserve"> </w:t>
      </w:r>
      <w:proofErr w:type="spellStart"/>
      <w:r w:rsidRPr="00AD4C67">
        <w:rPr>
          <w:lang w:val="pl-PL"/>
        </w:rPr>
        <w:t>jsou</w:t>
      </w:r>
      <w:proofErr w:type="spellEnd"/>
      <w:r w:rsidRPr="00AD4C67">
        <w:rPr>
          <w:lang w:val="pl-PL"/>
        </w:rPr>
        <w:t xml:space="preserve"> </w:t>
      </w:r>
      <w:proofErr w:type="spellStart"/>
      <w:r w:rsidRPr="00AD4C67">
        <w:rPr>
          <w:lang w:val="pl-PL"/>
        </w:rPr>
        <w:t>možné</w:t>
      </w:r>
      <w:proofErr w:type="spellEnd"/>
      <w:r w:rsidRPr="00AD4C67">
        <w:rPr>
          <w:lang w:val="pl-PL"/>
        </w:rPr>
        <w:t xml:space="preserve"> </w:t>
      </w:r>
      <w:proofErr w:type="spellStart"/>
      <w:r w:rsidRPr="00AD4C67">
        <w:rPr>
          <w:lang w:val="pl-PL"/>
        </w:rPr>
        <w:t>pouze</w:t>
      </w:r>
      <w:proofErr w:type="spellEnd"/>
      <w:r w:rsidRPr="00AD4C67">
        <w:rPr>
          <w:lang w:val="pl-PL"/>
        </w:rPr>
        <w:t xml:space="preserve"> po </w:t>
      </w:r>
      <w:proofErr w:type="spellStart"/>
      <w:r w:rsidRPr="00AD4C67">
        <w:rPr>
          <w:lang w:val="pl-PL"/>
        </w:rPr>
        <w:t>dohodě</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jejich</w:t>
      </w:r>
      <w:proofErr w:type="spellEnd"/>
      <w:r w:rsidRPr="00AD4C67">
        <w:rPr>
          <w:lang w:val="pl-PL"/>
        </w:rPr>
        <w:t xml:space="preserve"> </w:t>
      </w:r>
      <w:proofErr w:type="spellStart"/>
      <w:r w:rsidRPr="00AD4C67">
        <w:rPr>
          <w:lang w:val="pl-PL"/>
        </w:rPr>
        <w:t>nacenění</w:t>
      </w:r>
      <w:proofErr w:type="spellEnd"/>
      <w:r w:rsidRPr="00AD4C67">
        <w:rPr>
          <w:lang w:val="pl-PL"/>
        </w:rPr>
        <w:t xml:space="preserve"> </w:t>
      </w:r>
      <w:proofErr w:type="spellStart"/>
      <w:r w:rsidRPr="00AD4C67">
        <w:rPr>
          <w:lang w:val="pl-PL"/>
        </w:rPr>
        <w:t>lze</w:t>
      </w:r>
      <w:proofErr w:type="spellEnd"/>
      <w:r w:rsidRPr="00AD4C67">
        <w:rPr>
          <w:lang w:val="pl-PL"/>
        </w:rPr>
        <w:t xml:space="preserve"> </w:t>
      </w:r>
      <w:proofErr w:type="spellStart"/>
      <w:r w:rsidRPr="00AD4C67">
        <w:rPr>
          <w:lang w:val="pl-PL"/>
        </w:rPr>
        <w:t>zohlednit</w:t>
      </w:r>
      <w:proofErr w:type="spellEnd"/>
      <w:r w:rsidRPr="00AD4C67">
        <w:rPr>
          <w:lang w:val="pl-PL"/>
        </w:rPr>
        <w:t xml:space="preserve"> </w:t>
      </w:r>
      <w:proofErr w:type="spellStart"/>
      <w:r w:rsidRPr="00AD4C67">
        <w:rPr>
          <w:lang w:val="pl-PL"/>
        </w:rPr>
        <w:t>již</w:t>
      </w:r>
      <w:proofErr w:type="spellEnd"/>
      <w:r w:rsidRPr="00AD4C67">
        <w:rPr>
          <w:lang w:val="pl-PL"/>
        </w:rPr>
        <w:t xml:space="preserve"> </w:t>
      </w:r>
      <w:proofErr w:type="spellStart"/>
      <w:r w:rsidRPr="00AD4C67">
        <w:rPr>
          <w:lang w:val="pl-PL"/>
        </w:rPr>
        <w:t>účelně</w:t>
      </w:r>
      <w:proofErr w:type="spellEnd"/>
      <w:r w:rsidRPr="00AD4C67">
        <w:rPr>
          <w:lang w:val="pl-PL"/>
        </w:rPr>
        <w:t xml:space="preserve"> </w:t>
      </w:r>
      <w:proofErr w:type="spellStart"/>
      <w:r w:rsidRPr="00AD4C67">
        <w:rPr>
          <w:lang w:val="pl-PL"/>
        </w:rPr>
        <w:t>vynaložené</w:t>
      </w:r>
      <w:proofErr w:type="spellEnd"/>
      <w:r w:rsidRPr="00AD4C67">
        <w:rPr>
          <w:lang w:val="pl-PL"/>
        </w:rPr>
        <w:t xml:space="preserve">, </w:t>
      </w:r>
      <w:proofErr w:type="spellStart"/>
      <w:r w:rsidRPr="00AD4C67">
        <w:rPr>
          <w:lang w:val="pl-PL"/>
        </w:rPr>
        <w:t>doložené</w:t>
      </w:r>
      <w:proofErr w:type="spellEnd"/>
      <w:r w:rsidRPr="00AD4C67">
        <w:rPr>
          <w:lang w:val="pl-PL"/>
        </w:rPr>
        <w:t xml:space="preserve"> a </w:t>
      </w:r>
      <w:proofErr w:type="spellStart"/>
      <w:r w:rsidRPr="00AD4C67">
        <w:rPr>
          <w:lang w:val="pl-PL"/>
        </w:rPr>
        <w:t>nevratné</w:t>
      </w:r>
      <w:proofErr w:type="spellEnd"/>
      <w:r w:rsidRPr="00AD4C67">
        <w:rPr>
          <w:lang w:val="pl-PL"/>
        </w:rPr>
        <w:t xml:space="preserve"> </w:t>
      </w:r>
      <w:proofErr w:type="spellStart"/>
      <w:r w:rsidRPr="00AD4C67">
        <w:rPr>
          <w:lang w:val="pl-PL"/>
        </w:rPr>
        <w:t>náklady</w:t>
      </w:r>
      <w:proofErr w:type="spellEnd"/>
      <w:r w:rsidRPr="00AD4C67">
        <w:rPr>
          <w:lang w:val="pl-PL"/>
        </w:rPr>
        <w:t xml:space="preserve"> na </w:t>
      </w:r>
      <w:proofErr w:type="spellStart"/>
      <w:r w:rsidRPr="00AD4C67">
        <w:rPr>
          <w:lang w:val="pl-PL"/>
        </w:rPr>
        <w:t>původně</w:t>
      </w:r>
      <w:proofErr w:type="spellEnd"/>
      <w:r w:rsidRPr="00AD4C67">
        <w:rPr>
          <w:lang w:val="pl-PL"/>
        </w:rPr>
        <w:t xml:space="preserve"> </w:t>
      </w:r>
      <w:proofErr w:type="spellStart"/>
      <w:r w:rsidRPr="00AD4C67">
        <w:rPr>
          <w:lang w:val="pl-PL"/>
        </w:rPr>
        <w:t>schválené</w:t>
      </w:r>
      <w:proofErr w:type="spellEnd"/>
      <w:r w:rsidRPr="00AD4C67">
        <w:rPr>
          <w:lang w:val="pl-PL"/>
        </w:rPr>
        <w:t xml:space="preserve"> </w:t>
      </w:r>
      <w:proofErr w:type="spellStart"/>
      <w:r w:rsidRPr="00AD4C67">
        <w:rPr>
          <w:lang w:val="pl-PL"/>
        </w:rPr>
        <w:t>plnění</w:t>
      </w:r>
      <w:proofErr w:type="spellEnd"/>
      <w:r w:rsidRPr="00AD4C67">
        <w:rPr>
          <w:lang w:val="pl-PL"/>
        </w:rPr>
        <w:t xml:space="preserve">, po </w:t>
      </w:r>
      <w:proofErr w:type="spellStart"/>
      <w:r w:rsidRPr="00AD4C67">
        <w:rPr>
          <w:lang w:val="pl-PL"/>
        </w:rPr>
        <w:t>odečtení</w:t>
      </w:r>
      <w:proofErr w:type="spellEnd"/>
      <w:r w:rsidRPr="00AD4C67">
        <w:rPr>
          <w:lang w:val="pl-PL"/>
        </w:rPr>
        <w:t xml:space="preserve"> </w:t>
      </w:r>
      <w:proofErr w:type="spellStart"/>
      <w:r w:rsidRPr="00AD4C67">
        <w:rPr>
          <w:lang w:val="pl-PL"/>
        </w:rPr>
        <w:t>úspor</w:t>
      </w:r>
      <w:proofErr w:type="spellEnd"/>
      <w:r w:rsidRPr="00AD4C67">
        <w:rPr>
          <w:lang w:val="pl-PL"/>
        </w:rPr>
        <w:t xml:space="preserve"> a </w:t>
      </w:r>
      <w:proofErr w:type="spellStart"/>
      <w:r w:rsidRPr="00AD4C67">
        <w:rPr>
          <w:lang w:val="pl-PL"/>
        </w:rPr>
        <w:t>možnosti</w:t>
      </w:r>
      <w:proofErr w:type="spellEnd"/>
      <w:r w:rsidRPr="00AD4C67">
        <w:rPr>
          <w:lang w:val="pl-PL"/>
        </w:rPr>
        <w:t xml:space="preserve"> </w:t>
      </w:r>
      <w:proofErr w:type="spellStart"/>
      <w:r w:rsidRPr="00AD4C67">
        <w:rPr>
          <w:lang w:val="pl-PL"/>
        </w:rPr>
        <w:t>dalšího</w:t>
      </w:r>
      <w:proofErr w:type="spellEnd"/>
      <w:r w:rsidRPr="00AD4C67">
        <w:rPr>
          <w:lang w:val="pl-PL"/>
        </w:rPr>
        <w:t xml:space="preserve"> </w:t>
      </w:r>
      <w:proofErr w:type="spellStart"/>
      <w:r w:rsidRPr="00AD4C67">
        <w:rPr>
          <w:lang w:val="pl-PL"/>
        </w:rPr>
        <w:t>využití</w:t>
      </w:r>
      <w:proofErr w:type="spellEnd"/>
      <w:r w:rsidRPr="00AD4C67">
        <w:rPr>
          <w:lang w:val="pl-PL"/>
        </w:rPr>
        <w:t xml:space="preserve">. </w:t>
      </w:r>
      <w:proofErr w:type="spellStart"/>
      <w:r w:rsidRPr="00AD4C67">
        <w:rPr>
          <w:lang w:val="pl-PL"/>
        </w:rPr>
        <w:t>Zákazník</w:t>
      </w:r>
      <w:proofErr w:type="spellEnd"/>
      <w:r w:rsidRPr="00AD4C67">
        <w:rPr>
          <w:lang w:val="pl-PL"/>
        </w:rPr>
        <w:t xml:space="preserve"> </w:t>
      </w:r>
      <w:proofErr w:type="spellStart"/>
      <w:r w:rsidRPr="00AD4C67">
        <w:rPr>
          <w:lang w:val="pl-PL"/>
        </w:rPr>
        <w:t>před</w:t>
      </w:r>
      <w:proofErr w:type="spellEnd"/>
      <w:r w:rsidRPr="00AD4C67">
        <w:rPr>
          <w:lang w:val="pl-PL"/>
        </w:rPr>
        <w:t xml:space="preserve"> </w:t>
      </w:r>
      <w:proofErr w:type="spellStart"/>
      <w:r w:rsidRPr="00AD4C67">
        <w:rPr>
          <w:lang w:val="pl-PL"/>
        </w:rPr>
        <w:t>schválením</w:t>
      </w:r>
      <w:proofErr w:type="spellEnd"/>
      <w:r w:rsidRPr="00AD4C67">
        <w:rPr>
          <w:lang w:val="pl-PL"/>
        </w:rPr>
        <w:t xml:space="preserve"> </w:t>
      </w:r>
      <w:proofErr w:type="spellStart"/>
      <w:r w:rsidRPr="00AD4C67">
        <w:rPr>
          <w:lang w:val="pl-PL"/>
        </w:rPr>
        <w:t>změny</w:t>
      </w:r>
      <w:proofErr w:type="spellEnd"/>
      <w:r w:rsidRPr="00AD4C67">
        <w:rPr>
          <w:lang w:val="pl-PL"/>
        </w:rPr>
        <w:t xml:space="preserve"> </w:t>
      </w:r>
      <w:proofErr w:type="spellStart"/>
      <w:r w:rsidRPr="00AD4C67">
        <w:rPr>
          <w:lang w:val="pl-PL"/>
        </w:rPr>
        <w:t>obdrží</w:t>
      </w:r>
      <w:proofErr w:type="spellEnd"/>
      <w:r w:rsidRPr="00AD4C67">
        <w:rPr>
          <w:lang w:val="pl-PL"/>
        </w:rPr>
        <w:t xml:space="preserve"> </w:t>
      </w:r>
      <w:proofErr w:type="spellStart"/>
      <w:r w:rsidRPr="00AD4C67">
        <w:rPr>
          <w:lang w:val="pl-PL"/>
        </w:rPr>
        <w:t>její</w:t>
      </w:r>
      <w:proofErr w:type="spellEnd"/>
      <w:r w:rsidRPr="00AD4C67">
        <w:rPr>
          <w:lang w:val="pl-PL"/>
        </w:rPr>
        <w:t xml:space="preserve"> </w:t>
      </w:r>
      <w:proofErr w:type="spellStart"/>
      <w:r w:rsidRPr="00AD4C67">
        <w:rPr>
          <w:lang w:val="pl-PL"/>
        </w:rPr>
        <w:t>finanční</w:t>
      </w:r>
      <w:proofErr w:type="spellEnd"/>
      <w:r w:rsidRPr="00AD4C67">
        <w:rPr>
          <w:lang w:val="pl-PL"/>
        </w:rPr>
        <w:t xml:space="preserve"> </w:t>
      </w:r>
      <w:proofErr w:type="spellStart"/>
      <w:r w:rsidRPr="00AD4C67">
        <w:rPr>
          <w:lang w:val="pl-PL"/>
        </w:rPr>
        <w:t>dopad</w:t>
      </w:r>
      <w:proofErr w:type="spellEnd"/>
      <w:r w:rsidRPr="00AD4C67">
        <w:rPr>
          <w:lang w:val="pl-PL"/>
        </w:rPr>
        <w:t xml:space="preserve">. </w:t>
      </w:r>
      <w:proofErr w:type="spellStart"/>
      <w:r w:rsidRPr="00AD4C67">
        <w:rPr>
          <w:lang w:val="pl-PL"/>
        </w:rPr>
        <w:t>Stejný</w:t>
      </w:r>
      <w:proofErr w:type="spellEnd"/>
      <w:r w:rsidRPr="00AD4C67">
        <w:rPr>
          <w:lang w:val="pl-PL"/>
        </w:rPr>
        <w:t xml:space="preserve"> </w:t>
      </w:r>
      <w:proofErr w:type="spellStart"/>
      <w:r w:rsidRPr="00AD4C67">
        <w:rPr>
          <w:lang w:val="pl-PL"/>
        </w:rPr>
        <w:t>náklad</w:t>
      </w:r>
      <w:proofErr w:type="spellEnd"/>
      <w:r w:rsidRPr="00AD4C67">
        <w:rPr>
          <w:lang w:val="pl-PL"/>
        </w:rPr>
        <w:t xml:space="preserve"> </w:t>
      </w:r>
      <w:proofErr w:type="spellStart"/>
      <w:r w:rsidRPr="00AD4C67">
        <w:rPr>
          <w:lang w:val="pl-PL"/>
        </w:rPr>
        <w:t>nelze</w:t>
      </w:r>
      <w:proofErr w:type="spellEnd"/>
      <w:r w:rsidRPr="00AD4C67">
        <w:rPr>
          <w:lang w:val="pl-PL"/>
        </w:rPr>
        <w:t xml:space="preserve"> </w:t>
      </w:r>
      <w:proofErr w:type="spellStart"/>
      <w:r w:rsidRPr="00AD4C67">
        <w:rPr>
          <w:lang w:val="pl-PL"/>
        </w:rPr>
        <w:t>účtovat</w:t>
      </w:r>
      <w:proofErr w:type="spellEnd"/>
      <w:r w:rsidRPr="00AD4C67">
        <w:rPr>
          <w:lang w:val="pl-PL"/>
        </w:rPr>
        <w:t xml:space="preserve"> </w:t>
      </w:r>
      <w:proofErr w:type="spellStart"/>
      <w:r w:rsidRPr="00AD4C67">
        <w:rPr>
          <w:lang w:val="pl-PL"/>
        </w:rPr>
        <w:t>dvakrát</w:t>
      </w:r>
      <w:proofErr w:type="spellEnd"/>
      <w:r w:rsidRPr="00AD4C67">
        <w:rPr>
          <w:lang w:val="pl-PL"/>
        </w:rPr>
        <w:t>.</w:t>
      </w:r>
    </w:p>
    <w:p w14:paraId="75DFD1BD" w14:textId="77777777" w:rsidR="006C464F" w:rsidRPr="00AD4C67" w:rsidRDefault="00000000">
      <w:pPr>
        <w:rPr>
          <w:lang w:val="pl-PL"/>
        </w:rPr>
      </w:pPr>
      <w:r w:rsidRPr="00AD4C67">
        <w:rPr>
          <w:lang w:val="pl-PL"/>
        </w:rPr>
        <w:t xml:space="preserve">6.6. </w:t>
      </w:r>
      <w:proofErr w:type="spellStart"/>
      <w:r w:rsidRPr="00AD4C67">
        <w:rPr>
          <w:lang w:val="pl-PL"/>
        </w:rPr>
        <w:t>Vlastní</w:t>
      </w:r>
      <w:proofErr w:type="spellEnd"/>
      <w:r w:rsidRPr="00AD4C67">
        <w:rPr>
          <w:lang w:val="pl-PL"/>
        </w:rPr>
        <w:t xml:space="preserve"> </w:t>
      </w:r>
      <w:proofErr w:type="spellStart"/>
      <w:r w:rsidRPr="00AD4C67">
        <w:rPr>
          <w:lang w:val="pl-PL"/>
        </w:rPr>
        <w:t>dekorace</w:t>
      </w:r>
      <w:proofErr w:type="spellEnd"/>
      <w:r w:rsidRPr="00AD4C67">
        <w:rPr>
          <w:lang w:val="pl-PL"/>
        </w:rPr>
        <w:t xml:space="preserve"> a </w:t>
      </w:r>
      <w:proofErr w:type="spellStart"/>
      <w:r w:rsidRPr="00AD4C67">
        <w:rPr>
          <w:lang w:val="pl-PL"/>
        </w:rPr>
        <w:t>jejich</w:t>
      </w:r>
      <w:proofErr w:type="spellEnd"/>
      <w:r w:rsidRPr="00AD4C67">
        <w:rPr>
          <w:lang w:val="pl-PL"/>
        </w:rPr>
        <w:t xml:space="preserve"> </w:t>
      </w:r>
      <w:proofErr w:type="spellStart"/>
      <w:r w:rsidRPr="00AD4C67">
        <w:rPr>
          <w:lang w:val="pl-PL"/>
        </w:rPr>
        <w:t>upevnění</w:t>
      </w:r>
      <w:proofErr w:type="spellEnd"/>
      <w:r w:rsidRPr="00AD4C67">
        <w:rPr>
          <w:lang w:val="pl-PL"/>
        </w:rPr>
        <w:t xml:space="preserve"> </w:t>
      </w:r>
      <w:proofErr w:type="spellStart"/>
      <w:r w:rsidRPr="00AD4C67">
        <w:rPr>
          <w:lang w:val="pl-PL"/>
        </w:rPr>
        <w:t>musí</w:t>
      </w:r>
      <w:proofErr w:type="spellEnd"/>
      <w:r w:rsidRPr="00AD4C67">
        <w:rPr>
          <w:lang w:val="pl-PL"/>
        </w:rPr>
        <w:t xml:space="preserve"> </w:t>
      </w:r>
      <w:proofErr w:type="spellStart"/>
      <w:r w:rsidRPr="00AD4C67">
        <w:rPr>
          <w:lang w:val="pl-PL"/>
        </w:rPr>
        <w:t>být</w:t>
      </w:r>
      <w:proofErr w:type="spellEnd"/>
      <w:r w:rsidRPr="00AD4C67">
        <w:rPr>
          <w:lang w:val="pl-PL"/>
        </w:rPr>
        <w:t xml:space="preserve"> </w:t>
      </w:r>
      <w:proofErr w:type="spellStart"/>
      <w:r w:rsidRPr="00AD4C67">
        <w:rPr>
          <w:lang w:val="pl-PL"/>
        </w:rPr>
        <w:t>schváleny</w:t>
      </w:r>
      <w:proofErr w:type="spellEnd"/>
      <w:r w:rsidRPr="00AD4C67">
        <w:rPr>
          <w:lang w:val="pl-PL"/>
        </w:rPr>
        <w:t xml:space="preserve"> </w:t>
      </w:r>
      <w:proofErr w:type="spellStart"/>
      <w:r w:rsidRPr="00AD4C67">
        <w:rPr>
          <w:lang w:val="pl-PL"/>
        </w:rPr>
        <w:t>poskytovatelem</w:t>
      </w:r>
      <w:proofErr w:type="spellEnd"/>
      <w:r w:rsidRPr="00AD4C67">
        <w:rPr>
          <w:lang w:val="pl-PL"/>
        </w:rPr>
        <w:t xml:space="preserve">, </w:t>
      </w:r>
      <w:proofErr w:type="spellStart"/>
      <w:r w:rsidRPr="00AD4C67">
        <w:rPr>
          <w:lang w:val="pl-PL"/>
        </w:rPr>
        <w:t>nesmějí</w:t>
      </w:r>
      <w:proofErr w:type="spellEnd"/>
      <w:r w:rsidRPr="00AD4C67">
        <w:rPr>
          <w:lang w:val="pl-PL"/>
        </w:rPr>
        <w:t xml:space="preserve"> </w:t>
      </w:r>
      <w:proofErr w:type="spellStart"/>
      <w:r w:rsidRPr="00AD4C67">
        <w:rPr>
          <w:lang w:val="pl-PL"/>
        </w:rPr>
        <w:t>poškodit</w:t>
      </w:r>
      <w:proofErr w:type="spellEnd"/>
      <w:r w:rsidRPr="00AD4C67">
        <w:rPr>
          <w:lang w:val="pl-PL"/>
        </w:rPr>
        <w:t xml:space="preserve"> </w:t>
      </w:r>
      <w:proofErr w:type="spellStart"/>
      <w:r w:rsidRPr="00AD4C67">
        <w:rPr>
          <w:lang w:val="pl-PL"/>
        </w:rPr>
        <w:t>loď</w:t>
      </w:r>
      <w:proofErr w:type="spellEnd"/>
      <w:r w:rsidRPr="00AD4C67">
        <w:rPr>
          <w:lang w:val="pl-PL"/>
        </w:rPr>
        <w:t xml:space="preserve"> ani </w:t>
      </w:r>
      <w:proofErr w:type="spellStart"/>
      <w:r w:rsidRPr="00AD4C67">
        <w:rPr>
          <w:lang w:val="pl-PL"/>
        </w:rPr>
        <w:t>blokovat</w:t>
      </w:r>
      <w:proofErr w:type="spellEnd"/>
      <w:r w:rsidRPr="00AD4C67">
        <w:rPr>
          <w:lang w:val="pl-PL"/>
        </w:rPr>
        <w:t xml:space="preserve"> </w:t>
      </w:r>
      <w:proofErr w:type="spellStart"/>
      <w:r w:rsidRPr="00AD4C67">
        <w:rPr>
          <w:lang w:val="pl-PL"/>
        </w:rPr>
        <w:t>průchody</w:t>
      </w:r>
      <w:proofErr w:type="spellEnd"/>
      <w:r w:rsidRPr="00AD4C67">
        <w:rPr>
          <w:lang w:val="pl-PL"/>
        </w:rPr>
        <w:t xml:space="preserve"> </w:t>
      </w:r>
      <w:proofErr w:type="spellStart"/>
      <w:r w:rsidRPr="00AD4C67">
        <w:rPr>
          <w:lang w:val="pl-PL"/>
        </w:rPr>
        <w:t>či</w:t>
      </w:r>
      <w:proofErr w:type="spellEnd"/>
      <w:r w:rsidRPr="00AD4C67">
        <w:rPr>
          <w:lang w:val="pl-PL"/>
        </w:rPr>
        <w:t xml:space="preserve"> </w:t>
      </w:r>
      <w:proofErr w:type="spellStart"/>
      <w:r w:rsidRPr="00AD4C67">
        <w:rPr>
          <w:lang w:val="pl-PL"/>
        </w:rPr>
        <w:t>bezpečnostní</w:t>
      </w:r>
      <w:proofErr w:type="spellEnd"/>
      <w:r w:rsidRPr="00AD4C67">
        <w:rPr>
          <w:lang w:val="pl-PL"/>
        </w:rPr>
        <w:t xml:space="preserve"> </w:t>
      </w:r>
      <w:proofErr w:type="spellStart"/>
      <w:r w:rsidRPr="00AD4C67">
        <w:rPr>
          <w:lang w:val="pl-PL"/>
        </w:rPr>
        <w:t>vybavení</w:t>
      </w:r>
      <w:proofErr w:type="spellEnd"/>
      <w:r w:rsidRPr="00AD4C67">
        <w:rPr>
          <w:lang w:val="pl-PL"/>
        </w:rPr>
        <w:t xml:space="preserve">. </w:t>
      </w:r>
      <w:proofErr w:type="spellStart"/>
      <w:r w:rsidRPr="00AD4C67">
        <w:rPr>
          <w:lang w:val="pl-PL"/>
        </w:rPr>
        <w:t>Použití</w:t>
      </w:r>
      <w:proofErr w:type="spellEnd"/>
      <w:r w:rsidRPr="00AD4C67">
        <w:rPr>
          <w:lang w:val="pl-PL"/>
        </w:rPr>
        <w:t xml:space="preserve"> </w:t>
      </w:r>
      <w:proofErr w:type="spellStart"/>
      <w:r w:rsidRPr="00AD4C67">
        <w:rPr>
          <w:lang w:val="pl-PL"/>
        </w:rPr>
        <w:t>konfet</w:t>
      </w:r>
      <w:proofErr w:type="spellEnd"/>
      <w:r w:rsidRPr="00AD4C67">
        <w:rPr>
          <w:lang w:val="pl-PL"/>
        </w:rPr>
        <w:t xml:space="preserve">, </w:t>
      </w:r>
      <w:proofErr w:type="spellStart"/>
      <w:r w:rsidRPr="00AD4C67">
        <w:rPr>
          <w:lang w:val="pl-PL"/>
        </w:rPr>
        <w:t>třpytek</w:t>
      </w:r>
      <w:proofErr w:type="spellEnd"/>
      <w:r w:rsidRPr="00AD4C67">
        <w:rPr>
          <w:lang w:val="pl-PL"/>
        </w:rPr>
        <w:t xml:space="preserve">, </w:t>
      </w:r>
      <w:proofErr w:type="spellStart"/>
      <w:r w:rsidRPr="00AD4C67">
        <w:rPr>
          <w:lang w:val="pl-PL"/>
        </w:rPr>
        <w:t>vystřelovacích</w:t>
      </w:r>
      <w:proofErr w:type="spellEnd"/>
      <w:r w:rsidRPr="00AD4C67">
        <w:rPr>
          <w:lang w:val="pl-PL"/>
        </w:rPr>
        <w:t xml:space="preserve"> </w:t>
      </w:r>
      <w:proofErr w:type="spellStart"/>
      <w:r w:rsidRPr="00AD4C67">
        <w:rPr>
          <w:lang w:val="pl-PL"/>
        </w:rPr>
        <w:t>konfet</w:t>
      </w:r>
      <w:proofErr w:type="spellEnd"/>
      <w:r w:rsidRPr="00AD4C67">
        <w:rPr>
          <w:lang w:val="pl-PL"/>
        </w:rPr>
        <w:t xml:space="preserve"> a </w:t>
      </w:r>
      <w:proofErr w:type="spellStart"/>
      <w:r w:rsidRPr="00AD4C67">
        <w:rPr>
          <w:lang w:val="pl-PL"/>
        </w:rPr>
        <w:t>obdobných</w:t>
      </w:r>
      <w:proofErr w:type="spellEnd"/>
      <w:r w:rsidRPr="00AD4C67">
        <w:rPr>
          <w:lang w:val="pl-PL"/>
        </w:rPr>
        <w:t xml:space="preserve"> </w:t>
      </w:r>
      <w:proofErr w:type="spellStart"/>
      <w:r w:rsidRPr="00AD4C67">
        <w:rPr>
          <w:lang w:val="pl-PL"/>
        </w:rPr>
        <w:t>předmětů</w:t>
      </w:r>
      <w:proofErr w:type="spellEnd"/>
      <w:r w:rsidRPr="00AD4C67">
        <w:rPr>
          <w:lang w:val="pl-PL"/>
        </w:rPr>
        <w:t xml:space="preserve"> </w:t>
      </w:r>
      <w:proofErr w:type="spellStart"/>
      <w:r w:rsidRPr="00AD4C67">
        <w:rPr>
          <w:lang w:val="pl-PL"/>
        </w:rPr>
        <w:t>podléhá</w:t>
      </w:r>
      <w:proofErr w:type="spellEnd"/>
      <w:r w:rsidRPr="00AD4C67">
        <w:rPr>
          <w:lang w:val="pl-PL"/>
        </w:rPr>
        <w:t xml:space="preserve"> </w:t>
      </w:r>
      <w:proofErr w:type="spellStart"/>
      <w:r w:rsidRPr="00AD4C67">
        <w:rPr>
          <w:lang w:val="pl-PL"/>
        </w:rPr>
        <w:t>souhlasu</w:t>
      </w:r>
      <w:proofErr w:type="spellEnd"/>
      <w:r w:rsidRPr="00AD4C67">
        <w:rPr>
          <w:lang w:val="pl-PL"/>
        </w:rPr>
        <w:t xml:space="preserve"> </w:t>
      </w:r>
      <w:proofErr w:type="spellStart"/>
      <w:r w:rsidRPr="00AD4C67">
        <w:rPr>
          <w:lang w:val="pl-PL"/>
        </w:rPr>
        <w:t>posádky</w:t>
      </w:r>
      <w:proofErr w:type="spellEnd"/>
      <w:r w:rsidRPr="00AD4C67">
        <w:rPr>
          <w:lang w:val="pl-PL"/>
        </w:rPr>
        <w:t xml:space="preserve"> a </w:t>
      </w:r>
      <w:proofErr w:type="spellStart"/>
      <w:r w:rsidRPr="00AD4C67">
        <w:rPr>
          <w:lang w:val="pl-PL"/>
        </w:rPr>
        <w:t>bezpečnostním</w:t>
      </w:r>
      <w:proofErr w:type="spellEnd"/>
      <w:r w:rsidRPr="00AD4C67">
        <w:rPr>
          <w:lang w:val="pl-PL"/>
        </w:rPr>
        <w:t xml:space="preserve"> </w:t>
      </w:r>
      <w:proofErr w:type="spellStart"/>
      <w:r w:rsidRPr="00AD4C67">
        <w:rPr>
          <w:lang w:val="pl-PL"/>
        </w:rPr>
        <w:t>pravidlům</w:t>
      </w:r>
      <w:proofErr w:type="spellEnd"/>
      <w:r w:rsidRPr="00AD4C67">
        <w:rPr>
          <w:lang w:val="pl-PL"/>
        </w:rPr>
        <w:t xml:space="preserve">; </w:t>
      </w:r>
      <w:proofErr w:type="spellStart"/>
      <w:r w:rsidRPr="00AD4C67">
        <w:rPr>
          <w:lang w:val="pl-PL"/>
        </w:rPr>
        <w:t>samotná</w:t>
      </w:r>
      <w:proofErr w:type="spellEnd"/>
      <w:r w:rsidRPr="00AD4C67">
        <w:rPr>
          <w:lang w:val="pl-PL"/>
        </w:rPr>
        <w:t xml:space="preserve"> </w:t>
      </w:r>
      <w:proofErr w:type="spellStart"/>
      <w:r w:rsidRPr="00AD4C67">
        <w:rPr>
          <w:lang w:val="pl-PL"/>
        </w:rPr>
        <w:t>nabídka</w:t>
      </w:r>
      <w:proofErr w:type="spellEnd"/>
      <w:r w:rsidRPr="00AD4C67">
        <w:rPr>
          <w:lang w:val="pl-PL"/>
        </w:rPr>
        <w:t xml:space="preserve"> </w:t>
      </w:r>
      <w:proofErr w:type="spellStart"/>
      <w:r w:rsidRPr="00AD4C67">
        <w:rPr>
          <w:lang w:val="pl-PL"/>
        </w:rPr>
        <w:t>mimořádného</w:t>
      </w:r>
      <w:proofErr w:type="spellEnd"/>
      <w:r w:rsidRPr="00AD4C67">
        <w:rPr>
          <w:lang w:val="pl-PL"/>
        </w:rPr>
        <w:t xml:space="preserve"> </w:t>
      </w:r>
      <w:proofErr w:type="spellStart"/>
      <w:r w:rsidRPr="00AD4C67">
        <w:rPr>
          <w:lang w:val="pl-PL"/>
        </w:rPr>
        <w:t>úklidu</w:t>
      </w:r>
      <w:proofErr w:type="spellEnd"/>
      <w:r w:rsidRPr="00AD4C67">
        <w:rPr>
          <w:lang w:val="pl-PL"/>
        </w:rPr>
        <w:t xml:space="preserve"> </w:t>
      </w:r>
      <w:proofErr w:type="spellStart"/>
      <w:r w:rsidRPr="00AD4C67">
        <w:rPr>
          <w:lang w:val="pl-PL"/>
        </w:rPr>
        <w:t>jejich</w:t>
      </w:r>
      <w:proofErr w:type="spellEnd"/>
      <w:r w:rsidRPr="00AD4C67">
        <w:rPr>
          <w:lang w:val="pl-PL"/>
        </w:rPr>
        <w:t xml:space="preserve"> </w:t>
      </w:r>
      <w:proofErr w:type="spellStart"/>
      <w:r w:rsidRPr="00AD4C67">
        <w:rPr>
          <w:lang w:val="pl-PL"/>
        </w:rPr>
        <w:t>použití</w:t>
      </w:r>
      <w:proofErr w:type="spellEnd"/>
      <w:r w:rsidRPr="00AD4C67">
        <w:rPr>
          <w:lang w:val="pl-PL"/>
        </w:rPr>
        <w:t xml:space="preserve"> </w:t>
      </w:r>
      <w:proofErr w:type="spellStart"/>
      <w:r w:rsidRPr="00AD4C67">
        <w:rPr>
          <w:lang w:val="pl-PL"/>
        </w:rPr>
        <w:t>nepovoluje</w:t>
      </w:r>
      <w:proofErr w:type="spellEnd"/>
      <w:r w:rsidRPr="00AD4C67">
        <w:rPr>
          <w:lang w:val="pl-PL"/>
        </w:rPr>
        <w:t xml:space="preserve">. </w:t>
      </w:r>
      <w:proofErr w:type="spellStart"/>
      <w:r w:rsidRPr="00AD4C67">
        <w:rPr>
          <w:lang w:val="pl-PL"/>
        </w:rPr>
        <w:t>Podmínky</w:t>
      </w:r>
      <w:proofErr w:type="spellEnd"/>
      <w:r w:rsidRPr="00AD4C67">
        <w:rPr>
          <w:lang w:val="pl-PL"/>
        </w:rPr>
        <w:t xml:space="preserve"> </w:t>
      </w:r>
      <w:proofErr w:type="spellStart"/>
      <w:r w:rsidRPr="00AD4C67">
        <w:rPr>
          <w:lang w:val="pl-PL"/>
        </w:rPr>
        <w:t>mimořádného</w:t>
      </w:r>
      <w:proofErr w:type="spellEnd"/>
      <w:r w:rsidRPr="00AD4C67">
        <w:rPr>
          <w:lang w:val="pl-PL"/>
        </w:rPr>
        <w:t xml:space="preserve"> </w:t>
      </w:r>
      <w:proofErr w:type="spellStart"/>
      <w:r w:rsidRPr="00AD4C67">
        <w:rPr>
          <w:lang w:val="pl-PL"/>
        </w:rPr>
        <w:t>úklidu</w:t>
      </w:r>
      <w:proofErr w:type="spellEnd"/>
      <w:r w:rsidRPr="00AD4C67">
        <w:rPr>
          <w:lang w:val="pl-PL"/>
        </w:rPr>
        <w:t xml:space="preserve"> a </w:t>
      </w:r>
      <w:proofErr w:type="spellStart"/>
      <w:r w:rsidRPr="00AD4C67">
        <w:rPr>
          <w:lang w:val="pl-PL"/>
        </w:rPr>
        <w:t>jeho</w:t>
      </w:r>
      <w:proofErr w:type="spellEnd"/>
      <w:r w:rsidRPr="00AD4C67">
        <w:rPr>
          <w:lang w:val="pl-PL"/>
        </w:rPr>
        <w:t xml:space="preserve"> cena 3 000 </w:t>
      </w:r>
      <w:proofErr w:type="spellStart"/>
      <w:r w:rsidRPr="00AD4C67">
        <w:rPr>
          <w:lang w:val="pl-PL"/>
        </w:rPr>
        <w:t>Kč</w:t>
      </w:r>
      <w:proofErr w:type="spellEnd"/>
      <w:r w:rsidRPr="00AD4C67">
        <w:rPr>
          <w:lang w:val="pl-PL"/>
        </w:rPr>
        <w:t xml:space="preserve"> </w:t>
      </w:r>
      <w:proofErr w:type="spellStart"/>
      <w:r w:rsidRPr="00AD4C67">
        <w:rPr>
          <w:lang w:val="pl-PL"/>
        </w:rPr>
        <w:t>včetně</w:t>
      </w:r>
      <w:proofErr w:type="spellEnd"/>
      <w:r w:rsidRPr="00AD4C67">
        <w:rPr>
          <w:lang w:val="pl-PL"/>
        </w:rPr>
        <w:t xml:space="preserve"> DPH za </w:t>
      </w:r>
      <w:proofErr w:type="spellStart"/>
      <w:r w:rsidRPr="00AD4C67">
        <w:rPr>
          <w:lang w:val="pl-PL"/>
        </w:rPr>
        <w:t>jednu</w:t>
      </w:r>
      <w:proofErr w:type="spellEnd"/>
      <w:r w:rsidRPr="00AD4C67">
        <w:rPr>
          <w:lang w:val="pl-PL"/>
        </w:rPr>
        <w:t xml:space="preserve"> </w:t>
      </w:r>
      <w:proofErr w:type="spellStart"/>
      <w:r w:rsidRPr="00AD4C67">
        <w:rPr>
          <w:lang w:val="pl-PL"/>
        </w:rPr>
        <w:t>akci</w:t>
      </w:r>
      <w:proofErr w:type="spellEnd"/>
      <w:r w:rsidRPr="00AD4C67">
        <w:rPr>
          <w:lang w:val="pl-PL"/>
        </w:rPr>
        <w:t xml:space="preserve"> </w:t>
      </w:r>
      <w:proofErr w:type="spellStart"/>
      <w:r w:rsidRPr="00AD4C67">
        <w:rPr>
          <w:lang w:val="pl-PL"/>
        </w:rPr>
        <w:t>jsou</w:t>
      </w:r>
      <w:proofErr w:type="spellEnd"/>
      <w:r w:rsidRPr="00AD4C67">
        <w:rPr>
          <w:lang w:val="pl-PL"/>
        </w:rPr>
        <w:t xml:space="preserve"> </w:t>
      </w:r>
      <w:proofErr w:type="spellStart"/>
      <w:r w:rsidRPr="00AD4C67">
        <w:rPr>
          <w:lang w:val="pl-PL"/>
        </w:rPr>
        <w:t>uvedeny</w:t>
      </w:r>
      <w:proofErr w:type="spellEnd"/>
      <w:r w:rsidRPr="00AD4C67">
        <w:rPr>
          <w:lang w:val="pl-PL"/>
        </w:rPr>
        <w:t xml:space="preserve"> v </w:t>
      </w:r>
      <w:proofErr w:type="spellStart"/>
      <w:r w:rsidRPr="00AD4C67">
        <w:rPr>
          <w:lang w:val="pl-PL"/>
        </w:rPr>
        <w:t>článku</w:t>
      </w:r>
      <w:proofErr w:type="spellEnd"/>
      <w:r w:rsidRPr="00AD4C67">
        <w:rPr>
          <w:lang w:val="pl-PL"/>
        </w:rPr>
        <w:t xml:space="preserve"> 10.14 a </w:t>
      </w:r>
      <w:proofErr w:type="spellStart"/>
      <w:r w:rsidRPr="00AD4C67">
        <w:rPr>
          <w:lang w:val="pl-PL"/>
        </w:rPr>
        <w:t>příloze</w:t>
      </w:r>
      <w:proofErr w:type="spellEnd"/>
      <w:r w:rsidRPr="00AD4C67">
        <w:rPr>
          <w:lang w:val="pl-PL"/>
        </w:rPr>
        <w:t xml:space="preserve"> č. 1. </w:t>
      </w:r>
      <w:proofErr w:type="spellStart"/>
      <w:r w:rsidRPr="00AD4C67">
        <w:rPr>
          <w:lang w:val="pl-PL"/>
        </w:rPr>
        <w:t>Běžný</w:t>
      </w:r>
      <w:proofErr w:type="spellEnd"/>
      <w:r w:rsidRPr="00AD4C67">
        <w:rPr>
          <w:lang w:val="pl-PL"/>
        </w:rPr>
        <w:t xml:space="preserve"> </w:t>
      </w:r>
      <w:proofErr w:type="spellStart"/>
      <w:r w:rsidRPr="00AD4C67">
        <w:rPr>
          <w:lang w:val="pl-PL"/>
        </w:rPr>
        <w:t>úklid</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tímto</w:t>
      </w:r>
      <w:proofErr w:type="spellEnd"/>
      <w:r w:rsidRPr="00AD4C67">
        <w:rPr>
          <w:lang w:val="pl-PL"/>
        </w:rPr>
        <w:t xml:space="preserve"> </w:t>
      </w:r>
      <w:proofErr w:type="spellStart"/>
      <w:r w:rsidRPr="00AD4C67">
        <w:rPr>
          <w:lang w:val="pl-PL"/>
        </w:rPr>
        <w:t>poplatkem</w:t>
      </w:r>
      <w:proofErr w:type="spellEnd"/>
      <w:r w:rsidRPr="00AD4C67">
        <w:rPr>
          <w:lang w:val="pl-PL"/>
        </w:rPr>
        <w:t xml:space="preserve"> </w:t>
      </w:r>
      <w:proofErr w:type="spellStart"/>
      <w:r w:rsidRPr="00AD4C67">
        <w:rPr>
          <w:lang w:val="pl-PL"/>
        </w:rPr>
        <w:t>nezpoplatňuje</w:t>
      </w:r>
      <w:proofErr w:type="spellEnd"/>
      <w:r w:rsidRPr="00AD4C67">
        <w:rPr>
          <w:lang w:val="pl-PL"/>
        </w:rPr>
        <w:t>.</w:t>
      </w:r>
    </w:p>
    <w:p w14:paraId="267E3274" w14:textId="77777777" w:rsidR="006C464F" w:rsidRPr="00AD4C67" w:rsidRDefault="00000000">
      <w:pPr>
        <w:pStyle w:val="Nadpis1"/>
        <w:rPr>
          <w:lang w:val="pl-PL"/>
        </w:rPr>
      </w:pPr>
      <w:r w:rsidRPr="00AD4C67">
        <w:rPr>
          <w:lang w:val="pl-PL"/>
        </w:rPr>
        <w:t xml:space="preserve">7 </w:t>
      </w:r>
      <w:proofErr w:type="spellStart"/>
      <w:r w:rsidRPr="00AD4C67">
        <w:rPr>
          <w:lang w:val="pl-PL"/>
        </w:rPr>
        <w:t>Počasí</w:t>
      </w:r>
      <w:proofErr w:type="spellEnd"/>
      <w:r w:rsidRPr="00AD4C67">
        <w:rPr>
          <w:lang w:val="pl-PL"/>
        </w:rPr>
        <w:t xml:space="preserve">, </w:t>
      </w:r>
      <w:proofErr w:type="spellStart"/>
      <w:r w:rsidRPr="00AD4C67">
        <w:rPr>
          <w:lang w:val="pl-PL"/>
        </w:rPr>
        <w:t>omezení</w:t>
      </w:r>
      <w:proofErr w:type="spellEnd"/>
      <w:r w:rsidRPr="00AD4C67">
        <w:rPr>
          <w:lang w:val="pl-PL"/>
        </w:rPr>
        <w:t xml:space="preserve"> </w:t>
      </w:r>
      <w:proofErr w:type="spellStart"/>
      <w:r w:rsidRPr="00AD4C67">
        <w:rPr>
          <w:lang w:val="pl-PL"/>
        </w:rPr>
        <w:t>plavby</w:t>
      </w:r>
      <w:proofErr w:type="spellEnd"/>
      <w:r w:rsidRPr="00AD4C67">
        <w:rPr>
          <w:lang w:val="pl-PL"/>
        </w:rPr>
        <w:t xml:space="preserve"> a </w:t>
      </w:r>
      <w:proofErr w:type="spellStart"/>
      <w:r w:rsidRPr="00AD4C67">
        <w:rPr>
          <w:lang w:val="pl-PL"/>
        </w:rPr>
        <w:t>změny</w:t>
      </w:r>
      <w:proofErr w:type="spellEnd"/>
      <w:r w:rsidRPr="00AD4C67">
        <w:rPr>
          <w:lang w:val="pl-PL"/>
        </w:rPr>
        <w:t xml:space="preserve"> </w:t>
      </w:r>
      <w:proofErr w:type="spellStart"/>
      <w:r w:rsidRPr="00AD4C67">
        <w:rPr>
          <w:lang w:val="pl-PL"/>
        </w:rPr>
        <w:t>poskytovatelem</w:t>
      </w:r>
      <w:proofErr w:type="spellEnd"/>
    </w:p>
    <w:p w14:paraId="52624A1B" w14:textId="77777777" w:rsidR="006C464F" w:rsidRPr="00AD4C67" w:rsidRDefault="00000000">
      <w:pPr>
        <w:rPr>
          <w:lang w:val="pl-PL"/>
        </w:rPr>
      </w:pPr>
      <w:r w:rsidRPr="00AD4C67">
        <w:rPr>
          <w:lang w:val="pl-PL"/>
        </w:rPr>
        <w:t xml:space="preserve">7.1. </w:t>
      </w:r>
      <w:proofErr w:type="spellStart"/>
      <w:r w:rsidRPr="00AD4C67">
        <w:rPr>
          <w:lang w:val="pl-PL"/>
        </w:rPr>
        <w:t>Běžný</w:t>
      </w:r>
      <w:proofErr w:type="spellEnd"/>
      <w:r w:rsidRPr="00AD4C67">
        <w:rPr>
          <w:lang w:val="pl-PL"/>
        </w:rPr>
        <w:t xml:space="preserve"> </w:t>
      </w:r>
      <w:proofErr w:type="spellStart"/>
      <w:r w:rsidRPr="00AD4C67">
        <w:rPr>
          <w:lang w:val="pl-PL"/>
        </w:rPr>
        <w:t>déšť</w:t>
      </w:r>
      <w:proofErr w:type="spellEnd"/>
      <w:r w:rsidRPr="00AD4C67">
        <w:rPr>
          <w:lang w:val="pl-PL"/>
        </w:rPr>
        <w:t xml:space="preserve">, </w:t>
      </w:r>
      <w:proofErr w:type="spellStart"/>
      <w:r w:rsidRPr="00AD4C67">
        <w:rPr>
          <w:lang w:val="pl-PL"/>
        </w:rPr>
        <w:t>oblačnost</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nižší</w:t>
      </w:r>
      <w:proofErr w:type="spellEnd"/>
      <w:r w:rsidRPr="00AD4C67">
        <w:rPr>
          <w:lang w:val="pl-PL"/>
        </w:rPr>
        <w:t xml:space="preserve"> </w:t>
      </w:r>
      <w:proofErr w:type="spellStart"/>
      <w:r w:rsidRPr="00AD4C67">
        <w:rPr>
          <w:lang w:val="pl-PL"/>
        </w:rPr>
        <w:t>teplota</w:t>
      </w:r>
      <w:proofErr w:type="spellEnd"/>
      <w:r w:rsidRPr="00AD4C67">
        <w:rPr>
          <w:lang w:val="pl-PL"/>
        </w:rPr>
        <w:t xml:space="preserve"> samy o </w:t>
      </w:r>
      <w:proofErr w:type="spellStart"/>
      <w:r w:rsidRPr="00AD4C67">
        <w:rPr>
          <w:lang w:val="pl-PL"/>
        </w:rPr>
        <w:t>sobě</w:t>
      </w:r>
      <w:proofErr w:type="spellEnd"/>
      <w:r w:rsidRPr="00AD4C67">
        <w:rPr>
          <w:lang w:val="pl-PL"/>
        </w:rPr>
        <w:t xml:space="preserve"> </w:t>
      </w:r>
      <w:proofErr w:type="spellStart"/>
      <w:r w:rsidRPr="00AD4C67">
        <w:rPr>
          <w:lang w:val="pl-PL"/>
        </w:rPr>
        <w:t>nejsou</w:t>
      </w:r>
      <w:proofErr w:type="spellEnd"/>
      <w:r w:rsidRPr="00AD4C67">
        <w:rPr>
          <w:lang w:val="pl-PL"/>
        </w:rPr>
        <w:t xml:space="preserve"> </w:t>
      </w:r>
      <w:proofErr w:type="spellStart"/>
      <w:r w:rsidRPr="00AD4C67">
        <w:rPr>
          <w:lang w:val="pl-PL"/>
        </w:rPr>
        <w:t>důvodem</w:t>
      </w:r>
      <w:proofErr w:type="spellEnd"/>
      <w:r w:rsidRPr="00AD4C67">
        <w:rPr>
          <w:lang w:val="pl-PL"/>
        </w:rPr>
        <w:t xml:space="preserve"> pro </w:t>
      </w:r>
      <w:proofErr w:type="spellStart"/>
      <w:r w:rsidRPr="00AD4C67">
        <w:rPr>
          <w:lang w:val="pl-PL"/>
        </w:rPr>
        <w:t>bezplatné</w:t>
      </w:r>
      <w:proofErr w:type="spellEnd"/>
      <w:r w:rsidRPr="00AD4C67">
        <w:rPr>
          <w:lang w:val="pl-PL"/>
        </w:rPr>
        <w:t xml:space="preserve"> </w:t>
      </w:r>
      <w:proofErr w:type="spellStart"/>
      <w:r w:rsidRPr="00AD4C67">
        <w:rPr>
          <w:lang w:val="pl-PL"/>
        </w:rPr>
        <w:t>zrušení</w:t>
      </w:r>
      <w:proofErr w:type="spellEnd"/>
      <w:r w:rsidRPr="00AD4C67">
        <w:rPr>
          <w:lang w:val="pl-PL"/>
        </w:rPr>
        <w:t xml:space="preserve">, </w:t>
      </w:r>
      <w:proofErr w:type="spellStart"/>
      <w:r w:rsidRPr="00AD4C67">
        <w:rPr>
          <w:lang w:val="pl-PL"/>
        </w:rPr>
        <w:t>pokud</w:t>
      </w:r>
      <w:proofErr w:type="spellEnd"/>
      <w:r w:rsidRPr="00AD4C67">
        <w:rPr>
          <w:lang w:val="pl-PL"/>
        </w:rPr>
        <w:t xml:space="preserve"> </w:t>
      </w:r>
      <w:proofErr w:type="spellStart"/>
      <w:r w:rsidRPr="00AD4C67">
        <w:rPr>
          <w:lang w:val="pl-PL"/>
        </w:rPr>
        <w:t>lze</w:t>
      </w:r>
      <w:proofErr w:type="spellEnd"/>
      <w:r w:rsidRPr="00AD4C67">
        <w:rPr>
          <w:lang w:val="pl-PL"/>
        </w:rPr>
        <w:t xml:space="preserve"> </w:t>
      </w:r>
      <w:proofErr w:type="spellStart"/>
      <w:r w:rsidRPr="00AD4C67">
        <w:rPr>
          <w:lang w:val="pl-PL"/>
        </w:rPr>
        <w:t>bezpečně</w:t>
      </w:r>
      <w:proofErr w:type="spellEnd"/>
      <w:r w:rsidRPr="00AD4C67">
        <w:rPr>
          <w:lang w:val="pl-PL"/>
        </w:rPr>
        <w:t xml:space="preserve"> a </w:t>
      </w:r>
      <w:proofErr w:type="spellStart"/>
      <w:r w:rsidRPr="00AD4C67">
        <w:rPr>
          <w:lang w:val="pl-PL"/>
        </w:rPr>
        <w:t>řádně</w:t>
      </w:r>
      <w:proofErr w:type="spellEnd"/>
      <w:r w:rsidRPr="00AD4C67">
        <w:rPr>
          <w:lang w:val="pl-PL"/>
        </w:rPr>
        <w:t xml:space="preserve"> </w:t>
      </w:r>
      <w:proofErr w:type="spellStart"/>
      <w:r w:rsidRPr="00AD4C67">
        <w:rPr>
          <w:lang w:val="pl-PL"/>
        </w:rPr>
        <w:t>poskytnout</w:t>
      </w:r>
      <w:proofErr w:type="spellEnd"/>
      <w:r w:rsidRPr="00AD4C67">
        <w:rPr>
          <w:lang w:val="pl-PL"/>
        </w:rPr>
        <w:t xml:space="preserve"> </w:t>
      </w:r>
      <w:proofErr w:type="spellStart"/>
      <w:r w:rsidRPr="00AD4C67">
        <w:rPr>
          <w:lang w:val="pl-PL"/>
        </w:rPr>
        <w:t>sjednanou</w:t>
      </w:r>
      <w:proofErr w:type="spellEnd"/>
      <w:r w:rsidRPr="00AD4C67">
        <w:rPr>
          <w:lang w:val="pl-PL"/>
        </w:rPr>
        <w:t xml:space="preserve"> </w:t>
      </w:r>
      <w:proofErr w:type="spellStart"/>
      <w:r w:rsidRPr="00AD4C67">
        <w:rPr>
          <w:lang w:val="pl-PL"/>
        </w:rPr>
        <w:t>službu</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však</w:t>
      </w:r>
      <w:proofErr w:type="spellEnd"/>
      <w:r w:rsidRPr="00AD4C67">
        <w:rPr>
          <w:lang w:val="pl-PL"/>
        </w:rPr>
        <w:t xml:space="preserve"> </w:t>
      </w:r>
      <w:proofErr w:type="spellStart"/>
      <w:r w:rsidRPr="00AD4C67">
        <w:rPr>
          <w:lang w:val="pl-PL"/>
        </w:rPr>
        <w:t>nesmí</w:t>
      </w:r>
      <w:proofErr w:type="spellEnd"/>
      <w:r w:rsidRPr="00AD4C67">
        <w:rPr>
          <w:lang w:val="pl-PL"/>
        </w:rPr>
        <w:t xml:space="preserve"> </w:t>
      </w:r>
      <w:proofErr w:type="spellStart"/>
      <w:r w:rsidRPr="00AD4C67">
        <w:rPr>
          <w:lang w:val="pl-PL"/>
        </w:rPr>
        <w:t>tímto</w:t>
      </w:r>
      <w:proofErr w:type="spellEnd"/>
      <w:r w:rsidRPr="00AD4C67">
        <w:rPr>
          <w:lang w:val="pl-PL"/>
        </w:rPr>
        <w:t xml:space="preserve"> </w:t>
      </w:r>
      <w:proofErr w:type="spellStart"/>
      <w:r w:rsidRPr="00AD4C67">
        <w:rPr>
          <w:lang w:val="pl-PL"/>
        </w:rPr>
        <w:t>ustanovením</w:t>
      </w:r>
      <w:proofErr w:type="spellEnd"/>
      <w:r w:rsidRPr="00AD4C67">
        <w:rPr>
          <w:lang w:val="pl-PL"/>
        </w:rPr>
        <w:t xml:space="preserve"> </w:t>
      </w:r>
      <w:proofErr w:type="spellStart"/>
      <w:r w:rsidRPr="00AD4C67">
        <w:rPr>
          <w:lang w:val="pl-PL"/>
        </w:rPr>
        <w:t>omlouvat</w:t>
      </w:r>
      <w:proofErr w:type="spellEnd"/>
      <w:r w:rsidRPr="00AD4C67">
        <w:rPr>
          <w:lang w:val="pl-PL"/>
        </w:rPr>
        <w:t xml:space="preserve"> </w:t>
      </w:r>
      <w:proofErr w:type="spellStart"/>
      <w:r w:rsidRPr="00AD4C67">
        <w:rPr>
          <w:lang w:val="pl-PL"/>
        </w:rPr>
        <w:t>nezpůsobilost</w:t>
      </w:r>
      <w:proofErr w:type="spellEnd"/>
      <w:r w:rsidRPr="00AD4C67">
        <w:rPr>
          <w:lang w:val="pl-PL"/>
        </w:rPr>
        <w:t xml:space="preserve"> </w:t>
      </w:r>
      <w:proofErr w:type="spellStart"/>
      <w:r w:rsidRPr="00AD4C67">
        <w:rPr>
          <w:lang w:val="pl-PL"/>
        </w:rPr>
        <w:t>plavidla</w:t>
      </w:r>
      <w:proofErr w:type="spellEnd"/>
      <w:r w:rsidRPr="00AD4C67">
        <w:rPr>
          <w:lang w:val="pl-PL"/>
        </w:rPr>
        <w:t xml:space="preserve"> </w:t>
      </w:r>
      <w:proofErr w:type="spellStart"/>
      <w:r w:rsidRPr="00AD4C67">
        <w:rPr>
          <w:lang w:val="pl-PL"/>
        </w:rPr>
        <w:t>či</w:t>
      </w:r>
      <w:proofErr w:type="spellEnd"/>
      <w:r w:rsidRPr="00AD4C67">
        <w:rPr>
          <w:lang w:val="pl-PL"/>
        </w:rPr>
        <w:t xml:space="preserve"> </w:t>
      </w:r>
      <w:proofErr w:type="spellStart"/>
      <w:r w:rsidRPr="00AD4C67">
        <w:rPr>
          <w:lang w:val="pl-PL"/>
        </w:rPr>
        <w:t>zásadní</w:t>
      </w:r>
      <w:proofErr w:type="spellEnd"/>
      <w:r w:rsidRPr="00AD4C67">
        <w:rPr>
          <w:lang w:val="pl-PL"/>
        </w:rPr>
        <w:t xml:space="preserve"> </w:t>
      </w:r>
      <w:proofErr w:type="spellStart"/>
      <w:r w:rsidRPr="00AD4C67">
        <w:rPr>
          <w:lang w:val="pl-PL"/>
        </w:rPr>
        <w:t>odchylku</w:t>
      </w:r>
      <w:proofErr w:type="spellEnd"/>
      <w:r w:rsidRPr="00AD4C67">
        <w:rPr>
          <w:lang w:val="pl-PL"/>
        </w:rPr>
        <w:t xml:space="preserve"> od </w:t>
      </w:r>
      <w:proofErr w:type="spellStart"/>
      <w:r w:rsidRPr="00AD4C67">
        <w:rPr>
          <w:lang w:val="pl-PL"/>
        </w:rPr>
        <w:t>slíbené</w:t>
      </w:r>
      <w:proofErr w:type="spellEnd"/>
      <w:r w:rsidRPr="00AD4C67">
        <w:rPr>
          <w:lang w:val="pl-PL"/>
        </w:rPr>
        <w:t xml:space="preserve"> </w:t>
      </w:r>
      <w:proofErr w:type="spellStart"/>
      <w:r w:rsidRPr="00AD4C67">
        <w:rPr>
          <w:lang w:val="pl-PL"/>
        </w:rPr>
        <w:t>služby</w:t>
      </w:r>
      <w:proofErr w:type="spellEnd"/>
      <w:r w:rsidRPr="00AD4C67">
        <w:rPr>
          <w:lang w:val="pl-PL"/>
        </w:rPr>
        <w:t>.</w:t>
      </w:r>
    </w:p>
    <w:p w14:paraId="69540E9F" w14:textId="77777777" w:rsidR="006C464F" w:rsidRPr="00AD4C67" w:rsidRDefault="00000000">
      <w:pPr>
        <w:rPr>
          <w:lang w:val="pl-PL"/>
        </w:rPr>
      </w:pPr>
      <w:r w:rsidRPr="00AD4C67">
        <w:rPr>
          <w:lang w:val="pl-PL"/>
        </w:rPr>
        <w:t xml:space="preserve">7.2. </w:t>
      </w:r>
      <w:proofErr w:type="spellStart"/>
      <w:r w:rsidRPr="00AD4C67">
        <w:rPr>
          <w:lang w:val="pl-PL"/>
        </w:rPr>
        <w:t>Pokud</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akci</w:t>
      </w:r>
      <w:proofErr w:type="spellEnd"/>
      <w:r w:rsidRPr="00AD4C67">
        <w:rPr>
          <w:lang w:val="pl-PL"/>
        </w:rPr>
        <w:t xml:space="preserve"> </w:t>
      </w:r>
      <w:proofErr w:type="spellStart"/>
      <w:r w:rsidRPr="00AD4C67">
        <w:rPr>
          <w:lang w:val="pl-PL"/>
        </w:rPr>
        <w:t>zruší</w:t>
      </w:r>
      <w:proofErr w:type="spellEnd"/>
      <w:r w:rsidRPr="00AD4C67">
        <w:rPr>
          <w:lang w:val="pl-PL"/>
        </w:rPr>
        <w:t xml:space="preserve">, bez </w:t>
      </w:r>
      <w:proofErr w:type="spellStart"/>
      <w:r w:rsidRPr="00AD4C67">
        <w:rPr>
          <w:lang w:val="pl-PL"/>
        </w:rPr>
        <w:t>zbytečného</w:t>
      </w:r>
      <w:proofErr w:type="spellEnd"/>
      <w:r w:rsidRPr="00AD4C67">
        <w:rPr>
          <w:lang w:val="pl-PL"/>
        </w:rPr>
        <w:t xml:space="preserve"> </w:t>
      </w:r>
      <w:proofErr w:type="spellStart"/>
      <w:r w:rsidRPr="00AD4C67">
        <w:rPr>
          <w:lang w:val="pl-PL"/>
        </w:rPr>
        <w:t>odkladu</w:t>
      </w:r>
      <w:proofErr w:type="spellEnd"/>
      <w:r w:rsidRPr="00AD4C67">
        <w:rPr>
          <w:lang w:val="pl-PL"/>
        </w:rPr>
        <w:t xml:space="preserve"> informuje </w:t>
      </w:r>
      <w:proofErr w:type="spellStart"/>
      <w:r w:rsidRPr="00AD4C67">
        <w:rPr>
          <w:lang w:val="pl-PL"/>
        </w:rPr>
        <w:t>zákazníka</w:t>
      </w:r>
      <w:proofErr w:type="spellEnd"/>
      <w:r w:rsidRPr="00AD4C67">
        <w:rPr>
          <w:lang w:val="pl-PL"/>
        </w:rPr>
        <w:t xml:space="preserve"> a </w:t>
      </w:r>
      <w:proofErr w:type="spellStart"/>
      <w:r w:rsidRPr="00AD4C67">
        <w:rPr>
          <w:lang w:val="pl-PL"/>
        </w:rPr>
        <w:t>nabídne</w:t>
      </w:r>
      <w:proofErr w:type="spellEnd"/>
      <w:r w:rsidRPr="00AD4C67">
        <w:rPr>
          <w:lang w:val="pl-PL"/>
        </w:rPr>
        <w:t xml:space="preserve"> </w:t>
      </w:r>
      <w:proofErr w:type="spellStart"/>
      <w:r w:rsidRPr="00AD4C67">
        <w:rPr>
          <w:lang w:val="pl-PL"/>
        </w:rPr>
        <w:t>náhradní</w:t>
      </w:r>
      <w:proofErr w:type="spellEnd"/>
      <w:r w:rsidRPr="00AD4C67">
        <w:rPr>
          <w:lang w:val="pl-PL"/>
        </w:rPr>
        <w:t xml:space="preserve"> </w:t>
      </w:r>
      <w:proofErr w:type="spellStart"/>
      <w:r w:rsidRPr="00AD4C67">
        <w:rPr>
          <w:lang w:val="pl-PL"/>
        </w:rPr>
        <w:t>termín</w:t>
      </w:r>
      <w:proofErr w:type="spellEnd"/>
      <w:r w:rsidRPr="00AD4C67">
        <w:rPr>
          <w:lang w:val="pl-PL"/>
        </w:rPr>
        <w:t xml:space="preserve">. </w:t>
      </w:r>
      <w:proofErr w:type="spellStart"/>
      <w:r w:rsidRPr="00AD4C67">
        <w:rPr>
          <w:lang w:val="pl-PL"/>
        </w:rPr>
        <w:t>Zrušení</w:t>
      </w:r>
      <w:proofErr w:type="spellEnd"/>
      <w:r w:rsidRPr="00AD4C67">
        <w:rPr>
          <w:lang w:val="pl-PL"/>
        </w:rPr>
        <w:t xml:space="preserve"> </w:t>
      </w:r>
      <w:proofErr w:type="spellStart"/>
      <w:r w:rsidRPr="00AD4C67">
        <w:rPr>
          <w:lang w:val="pl-PL"/>
        </w:rPr>
        <w:t>může</w:t>
      </w:r>
      <w:proofErr w:type="spellEnd"/>
      <w:r w:rsidRPr="00AD4C67">
        <w:rPr>
          <w:lang w:val="pl-PL"/>
        </w:rPr>
        <w:t xml:space="preserve"> </w:t>
      </w:r>
      <w:proofErr w:type="spellStart"/>
      <w:r w:rsidRPr="00AD4C67">
        <w:rPr>
          <w:lang w:val="pl-PL"/>
        </w:rPr>
        <w:t>být</w:t>
      </w:r>
      <w:proofErr w:type="spellEnd"/>
      <w:r w:rsidRPr="00AD4C67">
        <w:rPr>
          <w:lang w:val="pl-PL"/>
        </w:rPr>
        <w:t xml:space="preserve"> </w:t>
      </w:r>
      <w:proofErr w:type="spellStart"/>
      <w:r w:rsidRPr="00AD4C67">
        <w:rPr>
          <w:lang w:val="pl-PL"/>
        </w:rPr>
        <w:t>nezbytné</w:t>
      </w:r>
      <w:proofErr w:type="spellEnd"/>
      <w:r w:rsidRPr="00AD4C67">
        <w:rPr>
          <w:lang w:val="pl-PL"/>
        </w:rPr>
        <w:t xml:space="preserve"> </w:t>
      </w:r>
      <w:proofErr w:type="spellStart"/>
      <w:r w:rsidRPr="00AD4C67">
        <w:rPr>
          <w:lang w:val="pl-PL"/>
        </w:rPr>
        <w:t>zejména</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nebezpečném</w:t>
      </w:r>
      <w:proofErr w:type="spellEnd"/>
      <w:r w:rsidRPr="00AD4C67">
        <w:rPr>
          <w:lang w:val="pl-PL"/>
        </w:rPr>
        <w:t xml:space="preserve"> </w:t>
      </w:r>
      <w:proofErr w:type="spellStart"/>
      <w:r w:rsidRPr="00AD4C67">
        <w:rPr>
          <w:lang w:val="pl-PL"/>
        </w:rPr>
        <w:t>počasí</w:t>
      </w:r>
      <w:proofErr w:type="spellEnd"/>
      <w:r w:rsidRPr="00AD4C67">
        <w:rPr>
          <w:lang w:val="pl-PL"/>
        </w:rPr>
        <w:t xml:space="preserve">, </w:t>
      </w:r>
      <w:proofErr w:type="spellStart"/>
      <w:r w:rsidRPr="00AD4C67">
        <w:rPr>
          <w:lang w:val="pl-PL"/>
        </w:rPr>
        <w:t>nevhodném</w:t>
      </w:r>
      <w:proofErr w:type="spellEnd"/>
      <w:r w:rsidRPr="00AD4C67">
        <w:rPr>
          <w:lang w:val="pl-PL"/>
        </w:rPr>
        <w:t xml:space="preserve"> </w:t>
      </w:r>
      <w:proofErr w:type="spellStart"/>
      <w:r w:rsidRPr="00AD4C67">
        <w:rPr>
          <w:lang w:val="pl-PL"/>
        </w:rPr>
        <w:t>stavu</w:t>
      </w:r>
      <w:proofErr w:type="spellEnd"/>
      <w:r w:rsidRPr="00AD4C67">
        <w:rPr>
          <w:lang w:val="pl-PL"/>
        </w:rPr>
        <w:t xml:space="preserve"> </w:t>
      </w:r>
      <w:proofErr w:type="spellStart"/>
      <w:r w:rsidRPr="00AD4C67">
        <w:rPr>
          <w:lang w:val="pl-PL"/>
        </w:rPr>
        <w:t>vody</w:t>
      </w:r>
      <w:proofErr w:type="spellEnd"/>
      <w:r w:rsidRPr="00AD4C67">
        <w:rPr>
          <w:lang w:val="pl-PL"/>
        </w:rPr>
        <w:t xml:space="preserve">, </w:t>
      </w:r>
      <w:proofErr w:type="spellStart"/>
      <w:r w:rsidRPr="00AD4C67">
        <w:rPr>
          <w:lang w:val="pl-PL"/>
        </w:rPr>
        <w:t>zákazu</w:t>
      </w:r>
      <w:proofErr w:type="spellEnd"/>
      <w:r w:rsidRPr="00AD4C67">
        <w:rPr>
          <w:lang w:val="pl-PL"/>
        </w:rPr>
        <w:t xml:space="preserve"> </w:t>
      </w:r>
      <w:proofErr w:type="spellStart"/>
      <w:r w:rsidRPr="00AD4C67">
        <w:rPr>
          <w:lang w:val="pl-PL"/>
        </w:rPr>
        <w:t>plavby</w:t>
      </w:r>
      <w:proofErr w:type="spellEnd"/>
      <w:r w:rsidRPr="00AD4C67">
        <w:rPr>
          <w:lang w:val="pl-PL"/>
        </w:rPr>
        <w:t xml:space="preserve">, </w:t>
      </w:r>
      <w:proofErr w:type="spellStart"/>
      <w:r w:rsidRPr="00AD4C67">
        <w:rPr>
          <w:lang w:val="pl-PL"/>
        </w:rPr>
        <w:t>technické</w:t>
      </w:r>
      <w:proofErr w:type="spellEnd"/>
      <w:r w:rsidRPr="00AD4C67">
        <w:rPr>
          <w:lang w:val="pl-PL"/>
        </w:rPr>
        <w:t xml:space="preserve"> </w:t>
      </w:r>
      <w:proofErr w:type="spellStart"/>
      <w:r w:rsidRPr="00AD4C67">
        <w:rPr>
          <w:lang w:val="pl-PL"/>
        </w:rPr>
        <w:t>nezpůsobilosti</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jiné</w:t>
      </w:r>
      <w:proofErr w:type="spellEnd"/>
      <w:r w:rsidRPr="00AD4C67">
        <w:rPr>
          <w:lang w:val="pl-PL"/>
        </w:rPr>
        <w:t xml:space="preserve"> </w:t>
      </w:r>
      <w:proofErr w:type="spellStart"/>
      <w:r w:rsidRPr="00AD4C67">
        <w:rPr>
          <w:lang w:val="pl-PL"/>
        </w:rPr>
        <w:t>překážce</w:t>
      </w:r>
      <w:proofErr w:type="spellEnd"/>
      <w:r w:rsidRPr="00AD4C67">
        <w:rPr>
          <w:lang w:val="pl-PL"/>
        </w:rPr>
        <w:t xml:space="preserve"> </w:t>
      </w:r>
      <w:proofErr w:type="spellStart"/>
      <w:r w:rsidRPr="00AD4C67">
        <w:rPr>
          <w:lang w:val="pl-PL"/>
        </w:rPr>
        <w:t>bezpečného</w:t>
      </w:r>
      <w:proofErr w:type="spellEnd"/>
      <w:r w:rsidRPr="00AD4C67">
        <w:rPr>
          <w:lang w:val="pl-PL"/>
        </w:rPr>
        <w:t xml:space="preserve"> </w:t>
      </w:r>
      <w:proofErr w:type="spellStart"/>
      <w:r w:rsidRPr="00AD4C67">
        <w:rPr>
          <w:lang w:val="pl-PL"/>
        </w:rPr>
        <w:t>provozu</w:t>
      </w:r>
      <w:proofErr w:type="spellEnd"/>
      <w:r w:rsidRPr="00AD4C67">
        <w:rPr>
          <w:lang w:val="pl-PL"/>
        </w:rPr>
        <w:t xml:space="preserve">. </w:t>
      </w:r>
      <w:proofErr w:type="spellStart"/>
      <w:r w:rsidRPr="00AD4C67">
        <w:rPr>
          <w:lang w:val="pl-PL"/>
        </w:rPr>
        <w:t>Přijetí</w:t>
      </w:r>
      <w:proofErr w:type="spellEnd"/>
      <w:r w:rsidRPr="00AD4C67">
        <w:rPr>
          <w:lang w:val="pl-PL"/>
        </w:rPr>
        <w:t xml:space="preserve"> </w:t>
      </w:r>
      <w:proofErr w:type="spellStart"/>
      <w:r w:rsidRPr="00AD4C67">
        <w:rPr>
          <w:lang w:val="pl-PL"/>
        </w:rPr>
        <w:t>náhradního</w:t>
      </w:r>
      <w:proofErr w:type="spellEnd"/>
      <w:r w:rsidRPr="00AD4C67">
        <w:rPr>
          <w:lang w:val="pl-PL"/>
        </w:rPr>
        <w:t xml:space="preserve"> </w:t>
      </w:r>
      <w:proofErr w:type="spellStart"/>
      <w:r w:rsidRPr="00AD4C67">
        <w:rPr>
          <w:lang w:val="pl-PL"/>
        </w:rPr>
        <w:t>termínu</w:t>
      </w:r>
      <w:proofErr w:type="spellEnd"/>
      <w:r w:rsidRPr="00AD4C67">
        <w:rPr>
          <w:lang w:val="pl-PL"/>
        </w:rPr>
        <w:t xml:space="preserve"> </w:t>
      </w:r>
      <w:proofErr w:type="spellStart"/>
      <w:r w:rsidRPr="00AD4C67">
        <w:rPr>
          <w:lang w:val="pl-PL"/>
        </w:rPr>
        <w:t>vyžaduje</w:t>
      </w:r>
      <w:proofErr w:type="spellEnd"/>
      <w:r w:rsidRPr="00AD4C67">
        <w:rPr>
          <w:lang w:val="pl-PL"/>
        </w:rPr>
        <w:t xml:space="preserve"> </w:t>
      </w:r>
      <w:proofErr w:type="spellStart"/>
      <w:r w:rsidRPr="00AD4C67">
        <w:rPr>
          <w:lang w:val="pl-PL"/>
        </w:rPr>
        <w:t>dohodu</w:t>
      </w:r>
      <w:proofErr w:type="spellEnd"/>
      <w:r w:rsidRPr="00AD4C67">
        <w:rPr>
          <w:lang w:val="pl-PL"/>
        </w:rPr>
        <w:t xml:space="preserve"> </w:t>
      </w:r>
      <w:proofErr w:type="spellStart"/>
      <w:r w:rsidRPr="00AD4C67">
        <w:rPr>
          <w:lang w:val="pl-PL"/>
        </w:rPr>
        <w:t>zákazníka</w:t>
      </w:r>
      <w:proofErr w:type="spellEnd"/>
      <w:r w:rsidRPr="00AD4C67">
        <w:rPr>
          <w:lang w:val="pl-PL"/>
        </w:rPr>
        <w:t xml:space="preserve"> a </w:t>
      </w:r>
      <w:proofErr w:type="spellStart"/>
      <w:r w:rsidRPr="00AD4C67">
        <w:rPr>
          <w:lang w:val="pl-PL"/>
        </w:rPr>
        <w:t>poskytovatele</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jejím</w:t>
      </w:r>
      <w:proofErr w:type="spellEnd"/>
      <w:r w:rsidRPr="00AD4C67">
        <w:rPr>
          <w:lang w:val="pl-PL"/>
        </w:rPr>
        <w:t xml:space="preserve"> </w:t>
      </w:r>
      <w:proofErr w:type="spellStart"/>
      <w:r w:rsidRPr="00AD4C67">
        <w:rPr>
          <w:lang w:val="pl-PL"/>
        </w:rPr>
        <w:t>neuzavření</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platby</w:t>
      </w:r>
      <w:proofErr w:type="spellEnd"/>
      <w:r w:rsidRPr="00AD4C67">
        <w:rPr>
          <w:lang w:val="pl-PL"/>
        </w:rPr>
        <w:t xml:space="preserve"> </w:t>
      </w:r>
      <w:proofErr w:type="spellStart"/>
      <w:r w:rsidRPr="00AD4C67">
        <w:rPr>
          <w:lang w:val="pl-PL"/>
        </w:rPr>
        <w:t>vypořádají</w:t>
      </w:r>
      <w:proofErr w:type="spellEnd"/>
      <w:r w:rsidRPr="00AD4C67">
        <w:rPr>
          <w:lang w:val="pl-PL"/>
        </w:rPr>
        <w:t xml:space="preserve"> podle </w:t>
      </w:r>
      <w:proofErr w:type="spellStart"/>
      <w:r w:rsidRPr="00AD4C67">
        <w:rPr>
          <w:lang w:val="pl-PL"/>
        </w:rPr>
        <w:t>článku</w:t>
      </w:r>
      <w:proofErr w:type="spellEnd"/>
      <w:r w:rsidRPr="00AD4C67">
        <w:rPr>
          <w:lang w:val="pl-PL"/>
        </w:rPr>
        <w:t xml:space="preserve"> 7.4.</w:t>
      </w:r>
    </w:p>
    <w:p w14:paraId="58C1C612" w14:textId="77777777" w:rsidR="006C464F" w:rsidRPr="00AD4C67" w:rsidRDefault="00000000">
      <w:pPr>
        <w:rPr>
          <w:lang w:val="pl-PL"/>
        </w:rPr>
      </w:pPr>
      <w:r w:rsidRPr="00AD4C67">
        <w:rPr>
          <w:lang w:val="pl-PL"/>
        </w:rPr>
        <w:t xml:space="preserve">7.3. </w:t>
      </w:r>
      <w:proofErr w:type="spellStart"/>
      <w:r w:rsidRPr="00AD4C67">
        <w:rPr>
          <w:lang w:val="pl-PL"/>
        </w:rPr>
        <w:t>Nahrazení</w:t>
      </w:r>
      <w:proofErr w:type="spellEnd"/>
      <w:r w:rsidRPr="00AD4C67">
        <w:rPr>
          <w:lang w:val="pl-PL"/>
        </w:rPr>
        <w:t xml:space="preserve"> </w:t>
      </w:r>
      <w:proofErr w:type="spellStart"/>
      <w:r w:rsidRPr="00AD4C67">
        <w:rPr>
          <w:lang w:val="pl-PL"/>
        </w:rPr>
        <w:t>sjednané</w:t>
      </w:r>
      <w:proofErr w:type="spellEnd"/>
      <w:r w:rsidRPr="00AD4C67">
        <w:rPr>
          <w:lang w:val="pl-PL"/>
        </w:rPr>
        <w:t xml:space="preserve"> </w:t>
      </w:r>
      <w:proofErr w:type="spellStart"/>
      <w:r w:rsidRPr="00AD4C67">
        <w:rPr>
          <w:lang w:val="pl-PL"/>
        </w:rPr>
        <w:t>plavby</w:t>
      </w:r>
      <w:proofErr w:type="spellEnd"/>
      <w:r w:rsidRPr="00AD4C67">
        <w:rPr>
          <w:lang w:val="pl-PL"/>
        </w:rPr>
        <w:t xml:space="preserve"> pobytem </w:t>
      </w:r>
      <w:proofErr w:type="spellStart"/>
      <w:r w:rsidRPr="00AD4C67">
        <w:rPr>
          <w:lang w:val="pl-PL"/>
        </w:rPr>
        <w:t>při</w:t>
      </w:r>
      <w:proofErr w:type="spellEnd"/>
      <w:r w:rsidRPr="00AD4C67">
        <w:rPr>
          <w:lang w:val="pl-PL"/>
        </w:rPr>
        <w:t xml:space="preserve"> </w:t>
      </w:r>
      <w:proofErr w:type="spellStart"/>
      <w:r w:rsidRPr="00AD4C67">
        <w:rPr>
          <w:lang w:val="pl-PL"/>
        </w:rPr>
        <w:t>stání</w:t>
      </w:r>
      <w:proofErr w:type="spellEnd"/>
      <w:r w:rsidRPr="00AD4C67">
        <w:rPr>
          <w:lang w:val="pl-PL"/>
        </w:rPr>
        <w:t xml:space="preserve">, </w:t>
      </w:r>
      <w:proofErr w:type="spellStart"/>
      <w:r w:rsidRPr="00AD4C67">
        <w:rPr>
          <w:lang w:val="pl-PL"/>
        </w:rPr>
        <w:t>výměna</w:t>
      </w:r>
      <w:proofErr w:type="spellEnd"/>
      <w:r w:rsidRPr="00AD4C67">
        <w:rPr>
          <w:lang w:val="pl-PL"/>
        </w:rPr>
        <w:t xml:space="preserve"> </w:t>
      </w:r>
      <w:proofErr w:type="spellStart"/>
      <w:r w:rsidRPr="00AD4C67">
        <w:rPr>
          <w:lang w:val="pl-PL"/>
        </w:rPr>
        <w:t>plavidla</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zásadně</w:t>
      </w:r>
      <w:proofErr w:type="spellEnd"/>
      <w:r w:rsidRPr="00AD4C67">
        <w:rPr>
          <w:lang w:val="pl-PL"/>
        </w:rPr>
        <w:t xml:space="preserve"> </w:t>
      </w:r>
      <w:proofErr w:type="spellStart"/>
      <w:r w:rsidRPr="00AD4C67">
        <w:rPr>
          <w:lang w:val="pl-PL"/>
        </w:rPr>
        <w:t>odlišnými</w:t>
      </w:r>
      <w:proofErr w:type="spellEnd"/>
      <w:r w:rsidRPr="00AD4C67">
        <w:rPr>
          <w:lang w:val="pl-PL"/>
        </w:rPr>
        <w:t xml:space="preserve"> </w:t>
      </w:r>
      <w:proofErr w:type="spellStart"/>
      <w:r w:rsidRPr="00AD4C67">
        <w:rPr>
          <w:lang w:val="pl-PL"/>
        </w:rPr>
        <w:t>vlastnostmi</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jiná</w:t>
      </w:r>
      <w:proofErr w:type="spellEnd"/>
      <w:r w:rsidRPr="00AD4C67">
        <w:rPr>
          <w:lang w:val="pl-PL"/>
        </w:rPr>
        <w:t xml:space="preserve"> </w:t>
      </w:r>
      <w:proofErr w:type="spellStart"/>
      <w:r w:rsidRPr="00AD4C67">
        <w:rPr>
          <w:lang w:val="pl-PL"/>
        </w:rPr>
        <w:t>podstatná</w:t>
      </w:r>
      <w:proofErr w:type="spellEnd"/>
      <w:r w:rsidRPr="00AD4C67">
        <w:rPr>
          <w:lang w:val="pl-PL"/>
        </w:rPr>
        <w:t xml:space="preserve"> </w:t>
      </w:r>
      <w:proofErr w:type="spellStart"/>
      <w:r w:rsidRPr="00AD4C67">
        <w:rPr>
          <w:lang w:val="pl-PL"/>
        </w:rPr>
        <w:t>změna</w:t>
      </w:r>
      <w:proofErr w:type="spellEnd"/>
      <w:r w:rsidRPr="00AD4C67">
        <w:rPr>
          <w:lang w:val="pl-PL"/>
        </w:rPr>
        <w:t xml:space="preserve"> </w:t>
      </w:r>
      <w:proofErr w:type="spellStart"/>
      <w:r w:rsidRPr="00AD4C67">
        <w:rPr>
          <w:lang w:val="pl-PL"/>
        </w:rPr>
        <w:t>vyžadují</w:t>
      </w:r>
      <w:proofErr w:type="spellEnd"/>
      <w:r w:rsidRPr="00AD4C67">
        <w:rPr>
          <w:lang w:val="pl-PL"/>
        </w:rPr>
        <w:t xml:space="preserve"> </w:t>
      </w:r>
      <w:proofErr w:type="spellStart"/>
      <w:r w:rsidRPr="00AD4C67">
        <w:rPr>
          <w:lang w:val="pl-PL"/>
        </w:rPr>
        <w:t>souhlas</w:t>
      </w:r>
      <w:proofErr w:type="spellEnd"/>
      <w:r w:rsidRPr="00AD4C67">
        <w:rPr>
          <w:lang w:val="pl-PL"/>
        </w:rPr>
        <w:t xml:space="preserve"> </w:t>
      </w:r>
      <w:proofErr w:type="spellStart"/>
      <w:r w:rsidRPr="00AD4C67">
        <w:rPr>
          <w:lang w:val="pl-PL"/>
        </w:rPr>
        <w:t>zákazníka</w:t>
      </w:r>
      <w:proofErr w:type="spellEnd"/>
      <w:r w:rsidRPr="00AD4C67">
        <w:rPr>
          <w:lang w:val="pl-PL"/>
        </w:rPr>
        <w:t xml:space="preserve">. </w:t>
      </w:r>
      <w:proofErr w:type="spellStart"/>
      <w:r w:rsidRPr="00AD4C67">
        <w:rPr>
          <w:lang w:val="pl-PL"/>
        </w:rPr>
        <w:t>Zákazník</w:t>
      </w:r>
      <w:proofErr w:type="spellEnd"/>
      <w:r w:rsidRPr="00AD4C67">
        <w:rPr>
          <w:lang w:val="pl-PL"/>
        </w:rPr>
        <w:t xml:space="preserve"> </w:t>
      </w:r>
      <w:proofErr w:type="spellStart"/>
      <w:r w:rsidRPr="00AD4C67">
        <w:rPr>
          <w:lang w:val="pl-PL"/>
        </w:rPr>
        <w:t>není</w:t>
      </w:r>
      <w:proofErr w:type="spellEnd"/>
      <w:r w:rsidRPr="00AD4C67">
        <w:rPr>
          <w:lang w:val="pl-PL"/>
        </w:rPr>
        <w:t xml:space="preserve"> </w:t>
      </w:r>
      <w:proofErr w:type="spellStart"/>
      <w:r w:rsidRPr="00AD4C67">
        <w:rPr>
          <w:lang w:val="pl-PL"/>
        </w:rPr>
        <w:t>povinen</w:t>
      </w:r>
      <w:proofErr w:type="spellEnd"/>
      <w:r w:rsidRPr="00AD4C67">
        <w:rPr>
          <w:lang w:val="pl-PL"/>
        </w:rPr>
        <w:t xml:space="preserve"> </w:t>
      </w:r>
      <w:proofErr w:type="spellStart"/>
      <w:r w:rsidRPr="00AD4C67">
        <w:rPr>
          <w:lang w:val="pl-PL"/>
        </w:rPr>
        <w:t>přijmout</w:t>
      </w:r>
      <w:proofErr w:type="spellEnd"/>
      <w:r w:rsidRPr="00AD4C67">
        <w:rPr>
          <w:lang w:val="pl-PL"/>
        </w:rPr>
        <w:t xml:space="preserve"> </w:t>
      </w:r>
      <w:proofErr w:type="spellStart"/>
      <w:r w:rsidRPr="00AD4C67">
        <w:rPr>
          <w:lang w:val="pl-PL"/>
        </w:rPr>
        <w:t>poukaz</w:t>
      </w:r>
      <w:proofErr w:type="spellEnd"/>
      <w:r w:rsidRPr="00AD4C67">
        <w:rPr>
          <w:lang w:val="pl-PL"/>
        </w:rPr>
        <w:t xml:space="preserve">, </w:t>
      </w:r>
      <w:proofErr w:type="spellStart"/>
      <w:r w:rsidRPr="00AD4C67">
        <w:rPr>
          <w:lang w:val="pl-PL"/>
        </w:rPr>
        <w:t>jiný</w:t>
      </w:r>
      <w:proofErr w:type="spellEnd"/>
      <w:r w:rsidRPr="00AD4C67">
        <w:rPr>
          <w:lang w:val="pl-PL"/>
        </w:rPr>
        <w:t xml:space="preserve"> </w:t>
      </w:r>
      <w:proofErr w:type="spellStart"/>
      <w:r w:rsidRPr="00AD4C67">
        <w:rPr>
          <w:lang w:val="pl-PL"/>
        </w:rPr>
        <w:t>termín</w:t>
      </w:r>
      <w:proofErr w:type="spellEnd"/>
      <w:r w:rsidRPr="00AD4C67">
        <w:rPr>
          <w:lang w:val="pl-PL"/>
        </w:rPr>
        <w:t xml:space="preserve"> ani </w:t>
      </w:r>
      <w:proofErr w:type="spellStart"/>
      <w:r w:rsidRPr="00AD4C67">
        <w:rPr>
          <w:lang w:val="pl-PL"/>
        </w:rPr>
        <w:t>podstatně</w:t>
      </w:r>
      <w:proofErr w:type="spellEnd"/>
      <w:r w:rsidRPr="00AD4C67">
        <w:rPr>
          <w:lang w:val="pl-PL"/>
        </w:rPr>
        <w:t xml:space="preserve"> </w:t>
      </w:r>
      <w:proofErr w:type="spellStart"/>
      <w:r w:rsidRPr="00AD4C67">
        <w:rPr>
          <w:lang w:val="pl-PL"/>
        </w:rPr>
        <w:t>odlišnou</w:t>
      </w:r>
      <w:proofErr w:type="spellEnd"/>
      <w:r w:rsidRPr="00AD4C67">
        <w:rPr>
          <w:lang w:val="pl-PL"/>
        </w:rPr>
        <w:t xml:space="preserve"> </w:t>
      </w:r>
      <w:proofErr w:type="spellStart"/>
      <w:r w:rsidRPr="00AD4C67">
        <w:rPr>
          <w:lang w:val="pl-PL"/>
        </w:rPr>
        <w:t>službu</w:t>
      </w:r>
      <w:proofErr w:type="spellEnd"/>
      <w:r w:rsidRPr="00AD4C67">
        <w:rPr>
          <w:lang w:val="pl-PL"/>
        </w:rPr>
        <w:t xml:space="preserve"> </w:t>
      </w:r>
      <w:proofErr w:type="spellStart"/>
      <w:r w:rsidRPr="00AD4C67">
        <w:rPr>
          <w:lang w:val="pl-PL"/>
        </w:rPr>
        <w:t>místo</w:t>
      </w:r>
      <w:proofErr w:type="spellEnd"/>
      <w:r w:rsidRPr="00AD4C67">
        <w:rPr>
          <w:lang w:val="pl-PL"/>
        </w:rPr>
        <w:t xml:space="preserve"> </w:t>
      </w:r>
      <w:proofErr w:type="spellStart"/>
      <w:r w:rsidRPr="00AD4C67">
        <w:rPr>
          <w:lang w:val="pl-PL"/>
        </w:rPr>
        <w:t>vrácení</w:t>
      </w:r>
      <w:proofErr w:type="spellEnd"/>
      <w:r w:rsidRPr="00AD4C67">
        <w:rPr>
          <w:lang w:val="pl-PL"/>
        </w:rPr>
        <w:t xml:space="preserve"> </w:t>
      </w:r>
      <w:proofErr w:type="spellStart"/>
      <w:r w:rsidRPr="00AD4C67">
        <w:rPr>
          <w:lang w:val="pl-PL"/>
        </w:rPr>
        <w:t>peněz</w:t>
      </w:r>
      <w:proofErr w:type="spellEnd"/>
      <w:r w:rsidRPr="00AD4C67">
        <w:rPr>
          <w:lang w:val="pl-PL"/>
        </w:rPr>
        <w:t>.</w:t>
      </w:r>
    </w:p>
    <w:p w14:paraId="1CD8985A" w14:textId="77777777" w:rsidR="006C464F" w:rsidRPr="00AD4C67" w:rsidRDefault="00000000">
      <w:pPr>
        <w:rPr>
          <w:lang w:val="pl-PL"/>
        </w:rPr>
      </w:pPr>
      <w:r w:rsidRPr="00AD4C67">
        <w:rPr>
          <w:lang w:val="pl-PL"/>
        </w:rPr>
        <w:t xml:space="preserve">7.4. </w:t>
      </w:r>
      <w:proofErr w:type="spellStart"/>
      <w:r w:rsidRPr="00AD4C67">
        <w:rPr>
          <w:lang w:val="pl-PL"/>
        </w:rPr>
        <w:t>Pokud</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zruší</w:t>
      </w:r>
      <w:proofErr w:type="spellEnd"/>
      <w:r w:rsidRPr="00AD4C67">
        <w:rPr>
          <w:lang w:val="pl-PL"/>
        </w:rPr>
        <w:t xml:space="preserve"> </w:t>
      </w:r>
      <w:proofErr w:type="spellStart"/>
      <w:r w:rsidRPr="00AD4C67">
        <w:rPr>
          <w:lang w:val="pl-PL"/>
        </w:rPr>
        <w:t>celou</w:t>
      </w:r>
      <w:proofErr w:type="spellEnd"/>
      <w:r w:rsidRPr="00AD4C67">
        <w:rPr>
          <w:lang w:val="pl-PL"/>
        </w:rPr>
        <w:t xml:space="preserve"> </w:t>
      </w:r>
      <w:proofErr w:type="spellStart"/>
      <w:r w:rsidRPr="00AD4C67">
        <w:rPr>
          <w:lang w:val="pl-PL"/>
        </w:rPr>
        <w:t>akci</w:t>
      </w:r>
      <w:proofErr w:type="spellEnd"/>
      <w:r w:rsidRPr="00AD4C67">
        <w:rPr>
          <w:lang w:val="pl-PL"/>
        </w:rPr>
        <w:t xml:space="preserve"> a </w:t>
      </w:r>
      <w:proofErr w:type="spellStart"/>
      <w:r w:rsidRPr="00AD4C67">
        <w:rPr>
          <w:lang w:val="pl-PL"/>
        </w:rPr>
        <w:t>zákazník</w:t>
      </w:r>
      <w:proofErr w:type="spellEnd"/>
      <w:r w:rsidRPr="00AD4C67">
        <w:rPr>
          <w:lang w:val="pl-PL"/>
        </w:rPr>
        <w:t xml:space="preserve"> </w:t>
      </w:r>
      <w:proofErr w:type="spellStart"/>
      <w:r w:rsidRPr="00AD4C67">
        <w:rPr>
          <w:lang w:val="pl-PL"/>
        </w:rPr>
        <w:t>nepřijme</w:t>
      </w:r>
      <w:proofErr w:type="spellEnd"/>
      <w:r w:rsidRPr="00AD4C67">
        <w:rPr>
          <w:lang w:val="pl-PL"/>
        </w:rPr>
        <w:t xml:space="preserve"> </w:t>
      </w:r>
      <w:proofErr w:type="spellStart"/>
      <w:r w:rsidRPr="00AD4C67">
        <w:rPr>
          <w:lang w:val="pl-PL"/>
        </w:rPr>
        <w:t>alternativu</w:t>
      </w:r>
      <w:proofErr w:type="spellEnd"/>
      <w:r w:rsidRPr="00AD4C67">
        <w:rPr>
          <w:lang w:val="pl-PL"/>
        </w:rPr>
        <w:t xml:space="preserve">, </w:t>
      </w:r>
      <w:proofErr w:type="spellStart"/>
      <w:r w:rsidRPr="00AD4C67">
        <w:rPr>
          <w:lang w:val="pl-PL"/>
        </w:rPr>
        <w:t>vrátí</w:t>
      </w:r>
      <w:proofErr w:type="spellEnd"/>
      <w:r w:rsidRPr="00AD4C67">
        <w:rPr>
          <w:lang w:val="pl-PL"/>
        </w:rPr>
        <w:t xml:space="preserve"> </w:t>
      </w:r>
      <w:proofErr w:type="spellStart"/>
      <w:r w:rsidRPr="00AD4C67">
        <w:rPr>
          <w:lang w:val="pl-PL"/>
        </w:rPr>
        <w:t>platby</w:t>
      </w:r>
      <w:proofErr w:type="spellEnd"/>
      <w:r w:rsidRPr="00AD4C67">
        <w:rPr>
          <w:lang w:val="pl-PL"/>
        </w:rPr>
        <w:t xml:space="preserve"> za </w:t>
      </w:r>
      <w:proofErr w:type="spellStart"/>
      <w:r w:rsidRPr="00AD4C67">
        <w:rPr>
          <w:lang w:val="pl-PL"/>
        </w:rPr>
        <w:t>zrušené</w:t>
      </w:r>
      <w:proofErr w:type="spellEnd"/>
      <w:r w:rsidRPr="00AD4C67">
        <w:rPr>
          <w:lang w:val="pl-PL"/>
        </w:rPr>
        <w:t xml:space="preserve"> </w:t>
      </w:r>
      <w:proofErr w:type="spellStart"/>
      <w:r w:rsidRPr="00AD4C67">
        <w:rPr>
          <w:lang w:val="pl-PL"/>
        </w:rPr>
        <w:t>plnění</w:t>
      </w:r>
      <w:proofErr w:type="spellEnd"/>
      <w:r w:rsidRPr="00AD4C67">
        <w:rPr>
          <w:lang w:val="pl-PL"/>
        </w:rPr>
        <w:t xml:space="preserve"> bez </w:t>
      </w:r>
      <w:proofErr w:type="spellStart"/>
      <w:r w:rsidRPr="00AD4C67">
        <w:rPr>
          <w:lang w:val="pl-PL"/>
        </w:rPr>
        <w:t>zbytečného</w:t>
      </w:r>
      <w:proofErr w:type="spellEnd"/>
      <w:r w:rsidRPr="00AD4C67">
        <w:rPr>
          <w:lang w:val="pl-PL"/>
        </w:rPr>
        <w:t xml:space="preserve"> </w:t>
      </w:r>
      <w:proofErr w:type="spellStart"/>
      <w:r w:rsidRPr="00AD4C67">
        <w:rPr>
          <w:lang w:val="pl-PL"/>
        </w:rPr>
        <w:t>odkladu</w:t>
      </w:r>
      <w:proofErr w:type="spellEnd"/>
      <w:r w:rsidRPr="00AD4C67">
        <w:rPr>
          <w:lang w:val="pl-PL"/>
        </w:rPr>
        <w:t xml:space="preserve">, </w:t>
      </w:r>
      <w:proofErr w:type="spellStart"/>
      <w:r w:rsidRPr="00AD4C67">
        <w:rPr>
          <w:lang w:val="pl-PL"/>
        </w:rPr>
        <w:t>nejpozději</w:t>
      </w:r>
      <w:proofErr w:type="spellEnd"/>
      <w:r w:rsidRPr="00AD4C67">
        <w:rPr>
          <w:lang w:val="pl-PL"/>
        </w:rPr>
        <w:t xml:space="preserve"> do 14 </w:t>
      </w:r>
      <w:proofErr w:type="spellStart"/>
      <w:r w:rsidRPr="00AD4C67">
        <w:rPr>
          <w:lang w:val="pl-PL"/>
        </w:rPr>
        <w:t>dnů</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částečném</w:t>
      </w:r>
      <w:proofErr w:type="spellEnd"/>
      <w:r w:rsidRPr="00AD4C67">
        <w:rPr>
          <w:lang w:val="pl-PL"/>
        </w:rPr>
        <w:t xml:space="preserve"> </w:t>
      </w:r>
      <w:proofErr w:type="spellStart"/>
      <w:r w:rsidRPr="00AD4C67">
        <w:rPr>
          <w:lang w:val="pl-PL"/>
        </w:rPr>
        <w:t>neposkytnutí</w:t>
      </w:r>
      <w:proofErr w:type="spellEnd"/>
      <w:r w:rsidRPr="00AD4C67">
        <w:rPr>
          <w:lang w:val="pl-PL"/>
        </w:rPr>
        <w:t xml:space="preserve"> </w:t>
      </w:r>
      <w:proofErr w:type="spellStart"/>
      <w:r w:rsidRPr="00AD4C67">
        <w:rPr>
          <w:lang w:val="pl-PL"/>
        </w:rPr>
        <w:t>služby</w:t>
      </w:r>
      <w:proofErr w:type="spellEnd"/>
      <w:r w:rsidRPr="00AD4C67">
        <w:rPr>
          <w:lang w:val="pl-PL"/>
        </w:rPr>
        <w:t xml:space="preserve"> </w:t>
      </w:r>
      <w:proofErr w:type="spellStart"/>
      <w:r w:rsidRPr="00AD4C67">
        <w:rPr>
          <w:lang w:val="pl-PL"/>
        </w:rPr>
        <w:t>náleží</w:t>
      </w:r>
      <w:proofErr w:type="spellEnd"/>
      <w:r w:rsidRPr="00AD4C67">
        <w:rPr>
          <w:lang w:val="pl-PL"/>
        </w:rPr>
        <w:t xml:space="preserve"> </w:t>
      </w:r>
      <w:proofErr w:type="spellStart"/>
      <w:r w:rsidRPr="00AD4C67">
        <w:rPr>
          <w:lang w:val="pl-PL"/>
        </w:rPr>
        <w:t>zákazníkovi</w:t>
      </w:r>
      <w:proofErr w:type="spellEnd"/>
      <w:r w:rsidRPr="00AD4C67">
        <w:rPr>
          <w:lang w:val="pl-PL"/>
        </w:rPr>
        <w:t xml:space="preserve"> </w:t>
      </w:r>
      <w:proofErr w:type="spellStart"/>
      <w:r w:rsidRPr="00AD4C67">
        <w:rPr>
          <w:lang w:val="pl-PL"/>
        </w:rPr>
        <w:t>odpovídající</w:t>
      </w:r>
      <w:proofErr w:type="spellEnd"/>
      <w:r w:rsidRPr="00AD4C67">
        <w:rPr>
          <w:lang w:val="pl-PL"/>
        </w:rPr>
        <w:t xml:space="preserve"> </w:t>
      </w:r>
      <w:proofErr w:type="spellStart"/>
      <w:r w:rsidRPr="00AD4C67">
        <w:rPr>
          <w:lang w:val="pl-PL"/>
        </w:rPr>
        <w:t>vypořádání</w:t>
      </w:r>
      <w:proofErr w:type="spellEnd"/>
      <w:r w:rsidRPr="00AD4C67">
        <w:rPr>
          <w:lang w:val="pl-PL"/>
        </w:rPr>
        <w:t xml:space="preserve"> </w:t>
      </w:r>
      <w:proofErr w:type="spellStart"/>
      <w:r w:rsidRPr="00AD4C67">
        <w:rPr>
          <w:lang w:val="pl-PL"/>
        </w:rPr>
        <w:t>neuskutečněné</w:t>
      </w:r>
      <w:proofErr w:type="spellEnd"/>
      <w:r w:rsidRPr="00AD4C67">
        <w:rPr>
          <w:lang w:val="pl-PL"/>
        </w:rPr>
        <w:t xml:space="preserve"> </w:t>
      </w:r>
      <w:proofErr w:type="spellStart"/>
      <w:r w:rsidRPr="00AD4C67">
        <w:rPr>
          <w:lang w:val="pl-PL"/>
        </w:rPr>
        <w:t>části</w:t>
      </w:r>
      <w:proofErr w:type="spellEnd"/>
      <w:r w:rsidRPr="00AD4C67">
        <w:rPr>
          <w:lang w:val="pl-PL"/>
        </w:rPr>
        <w:t xml:space="preserve">; </w:t>
      </w:r>
      <w:proofErr w:type="spellStart"/>
      <w:r w:rsidRPr="00AD4C67">
        <w:rPr>
          <w:lang w:val="pl-PL"/>
        </w:rPr>
        <w:t>další</w:t>
      </w:r>
      <w:proofErr w:type="spellEnd"/>
      <w:r w:rsidRPr="00AD4C67">
        <w:rPr>
          <w:lang w:val="pl-PL"/>
        </w:rPr>
        <w:t xml:space="preserve"> </w:t>
      </w:r>
      <w:proofErr w:type="spellStart"/>
      <w:r w:rsidRPr="00AD4C67">
        <w:rPr>
          <w:lang w:val="pl-PL"/>
        </w:rPr>
        <w:t>zákonná</w:t>
      </w:r>
      <w:proofErr w:type="spellEnd"/>
      <w:r w:rsidRPr="00AD4C67">
        <w:rPr>
          <w:lang w:val="pl-PL"/>
        </w:rPr>
        <w:t xml:space="preserve"> </w:t>
      </w:r>
      <w:proofErr w:type="spellStart"/>
      <w:r w:rsidRPr="00AD4C67">
        <w:rPr>
          <w:lang w:val="pl-PL"/>
        </w:rPr>
        <w:t>práva</w:t>
      </w:r>
      <w:proofErr w:type="spellEnd"/>
      <w:r w:rsidRPr="00AD4C67">
        <w:rPr>
          <w:lang w:val="pl-PL"/>
        </w:rPr>
        <w:t xml:space="preserve"> </w:t>
      </w:r>
      <w:proofErr w:type="spellStart"/>
      <w:r w:rsidRPr="00AD4C67">
        <w:rPr>
          <w:lang w:val="pl-PL"/>
        </w:rPr>
        <w:t>včetně</w:t>
      </w:r>
      <w:proofErr w:type="spellEnd"/>
      <w:r w:rsidRPr="00AD4C67">
        <w:rPr>
          <w:lang w:val="pl-PL"/>
        </w:rPr>
        <w:t xml:space="preserve"> </w:t>
      </w:r>
      <w:proofErr w:type="spellStart"/>
      <w:r w:rsidRPr="00AD4C67">
        <w:rPr>
          <w:lang w:val="pl-PL"/>
        </w:rPr>
        <w:t>odstoupení</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podstatném</w:t>
      </w:r>
      <w:proofErr w:type="spellEnd"/>
      <w:r w:rsidRPr="00AD4C67">
        <w:rPr>
          <w:lang w:val="pl-PL"/>
        </w:rPr>
        <w:t xml:space="preserve"> </w:t>
      </w:r>
      <w:proofErr w:type="spellStart"/>
      <w:r w:rsidRPr="00AD4C67">
        <w:rPr>
          <w:lang w:val="pl-PL"/>
        </w:rPr>
        <w:t>porušení</w:t>
      </w:r>
      <w:proofErr w:type="spellEnd"/>
      <w:r w:rsidRPr="00AD4C67">
        <w:rPr>
          <w:lang w:val="pl-PL"/>
        </w:rPr>
        <w:t xml:space="preserve"> </w:t>
      </w:r>
      <w:proofErr w:type="spellStart"/>
      <w:r w:rsidRPr="00AD4C67">
        <w:rPr>
          <w:lang w:val="pl-PL"/>
        </w:rPr>
        <w:t>smlouvy</w:t>
      </w:r>
      <w:proofErr w:type="spellEnd"/>
      <w:r w:rsidRPr="00AD4C67">
        <w:rPr>
          <w:lang w:val="pl-PL"/>
        </w:rPr>
        <w:t xml:space="preserve"> </w:t>
      </w:r>
      <w:proofErr w:type="spellStart"/>
      <w:r w:rsidRPr="00AD4C67">
        <w:rPr>
          <w:lang w:val="pl-PL"/>
        </w:rPr>
        <w:t>zůstávají</w:t>
      </w:r>
      <w:proofErr w:type="spellEnd"/>
      <w:r w:rsidRPr="00AD4C67">
        <w:rPr>
          <w:lang w:val="pl-PL"/>
        </w:rPr>
        <w:t xml:space="preserve"> </w:t>
      </w:r>
      <w:proofErr w:type="spellStart"/>
      <w:r w:rsidRPr="00AD4C67">
        <w:rPr>
          <w:lang w:val="pl-PL"/>
        </w:rPr>
        <w:t>zachována</w:t>
      </w:r>
      <w:proofErr w:type="spellEnd"/>
      <w:r w:rsidRPr="00AD4C67">
        <w:rPr>
          <w:lang w:val="pl-PL"/>
        </w:rPr>
        <w:t>.</w:t>
      </w:r>
    </w:p>
    <w:p w14:paraId="3C59792E" w14:textId="77777777" w:rsidR="006C464F" w:rsidRPr="00AD4C67" w:rsidRDefault="00000000">
      <w:pPr>
        <w:rPr>
          <w:lang w:val="pl-PL"/>
        </w:rPr>
      </w:pPr>
      <w:r w:rsidRPr="00AD4C67">
        <w:rPr>
          <w:lang w:val="pl-PL"/>
        </w:rPr>
        <w:lastRenderedPageBreak/>
        <w:t xml:space="preserve">7.5. </w:t>
      </w:r>
      <w:proofErr w:type="spellStart"/>
      <w:r w:rsidRPr="00AD4C67">
        <w:rPr>
          <w:lang w:val="pl-PL"/>
        </w:rPr>
        <w:t>Samostatně</w:t>
      </w:r>
      <w:proofErr w:type="spellEnd"/>
      <w:r w:rsidRPr="00AD4C67">
        <w:rPr>
          <w:lang w:val="pl-PL"/>
        </w:rPr>
        <w:t xml:space="preserve"> </w:t>
      </w:r>
      <w:proofErr w:type="spellStart"/>
      <w:r w:rsidRPr="00AD4C67">
        <w:rPr>
          <w:lang w:val="pl-PL"/>
        </w:rPr>
        <w:t>sjednané</w:t>
      </w:r>
      <w:proofErr w:type="spellEnd"/>
      <w:r w:rsidRPr="00AD4C67">
        <w:rPr>
          <w:lang w:val="pl-PL"/>
        </w:rPr>
        <w:t xml:space="preserve"> a </w:t>
      </w:r>
      <w:proofErr w:type="spellStart"/>
      <w:r w:rsidRPr="00AD4C67">
        <w:rPr>
          <w:lang w:val="pl-PL"/>
        </w:rPr>
        <w:t>skutečně</w:t>
      </w:r>
      <w:proofErr w:type="spellEnd"/>
      <w:r w:rsidRPr="00AD4C67">
        <w:rPr>
          <w:lang w:val="pl-PL"/>
        </w:rPr>
        <w:t xml:space="preserve"> </w:t>
      </w:r>
      <w:proofErr w:type="spellStart"/>
      <w:r w:rsidRPr="00AD4C67">
        <w:rPr>
          <w:lang w:val="pl-PL"/>
        </w:rPr>
        <w:t>poskytnuté</w:t>
      </w:r>
      <w:proofErr w:type="spellEnd"/>
      <w:r w:rsidRPr="00AD4C67">
        <w:rPr>
          <w:lang w:val="pl-PL"/>
        </w:rPr>
        <w:t xml:space="preserve"> </w:t>
      </w:r>
      <w:proofErr w:type="spellStart"/>
      <w:r w:rsidRPr="00AD4C67">
        <w:rPr>
          <w:lang w:val="pl-PL"/>
        </w:rPr>
        <w:t>doplňkové</w:t>
      </w:r>
      <w:proofErr w:type="spellEnd"/>
      <w:r w:rsidRPr="00AD4C67">
        <w:rPr>
          <w:lang w:val="pl-PL"/>
        </w:rPr>
        <w:t xml:space="preserve"> </w:t>
      </w:r>
      <w:proofErr w:type="spellStart"/>
      <w:r w:rsidRPr="00AD4C67">
        <w:rPr>
          <w:lang w:val="pl-PL"/>
        </w:rPr>
        <w:t>služby</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vyúčtují</w:t>
      </w:r>
      <w:proofErr w:type="spellEnd"/>
      <w:r w:rsidRPr="00AD4C67">
        <w:rPr>
          <w:lang w:val="pl-PL"/>
        </w:rPr>
        <w:t xml:space="preserve"> podle </w:t>
      </w:r>
      <w:proofErr w:type="spellStart"/>
      <w:r w:rsidRPr="00AD4C67">
        <w:rPr>
          <w:lang w:val="pl-PL"/>
        </w:rPr>
        <w:t>dohody</w:t>
      </w:r>
      <w:proofErr w:type="spellEnd"/>
      <w:r w:rsidRPr="00AD4C67">
        <w:rPr>
          <w:lang w:val="pl-PL"/>
        </w:rPr>
        <w:t xml:space="preserve">. </w:t>
      </w:r>
      <w:proofErr w:type="spellStart"/>
      <w:r w:rsidRPr="00AD4C67">
        <w:rPr>
          <w:lang w:val="pl-PL"/>
        </w:rPr>
        <w:t>Již</w:t>
      </w:r>
      <w:proofErr w:type="spellEnd"/>
      <w:r w:rsidRPr="00AD4C67">
        <w:rPr>
          <w:lang w:val="pl-PL"/>
        </w:rPr>
        <w:t xml:space="preserve"> </w:t>
      </w:r>
      <w:proofErr w:type="spellStart"/>
      <w:r w:rsidRPr="00AD4C67">
        <w:rPr>
          <w:lang w:val="pl-PL"/>
        </w:rPr>
        <w:t>vzniklé</w:t>
      </w:r>
      <w:proofErr w:type="spellEnd"/>
      <w:r w:rsidRPr="00AD4C67">
        <w:rPr>
          <w:lang w:val="pl-PL"/>
        </w:rPr>
        <w:t xml:space="preserve"> </w:t>
      </w:r>
      <w:proofErr w:type="spellStart"/>
      <w:r w:rsidRPr="00AD4C67">
        <w:rPr>
          <w:lang w:val="pl-PL"/>
        </w:rPr>
        <w:t>náklady</w:t>
      </w:r>
      <w:proofErr w:type="spellEnd"/>
      <w:r w:rsidRPr="00AD4C67">
        <w:rPr>
          <w:lang w:val="pl-PL"/>
        </w:rPr>
        <w:t xml:space="preserve"> </w:t>
      </w:r>
      <w:proofErr w:type="spellStart"/>
      <w:r w:rsidRPr="00AD4C67">
        <w:rPr>
          <w:lang w:val="pl-PL"/>
        </w:rPr>
        <w:t>subdodavatelů</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zrušení</w:t>
      </w:r>
      <w:proofErr w:type="spellEnd"/>
      <w:r w:rsidRPr="00AD4C67">
        <w:rPr>
          <w:lang w:val="pl-PL"/>
        </w:rPr>
        <w:t xml:space="preserve"> </w:t>
      </w:r>
      <w:proofErr w:type="spellStart"/>
      <w:r w:rsidRPr="00AD4C67">
        <w:rPr>
          <w:lang w:val="pl-PL"/>
        </w:rPr>
        <w:t>akce</w:t>
      </w:r>
      <w:proofErr w:type="spellEnd"/>
      <w:r w:rsidRPr="00AD4C67">
        <w:rPr>
          <w:lang w:val="pl-PL"/>
        </w:rPr>
        <w:t xml:space="preserve"> </w:t>
      </w:r>
      <w:proofErr w:type="spellStart"/>
      <w:r w:rsidRPr="00AD4C67">
        <w:rPr>
          <w:lang w:val="pl-PL"/>
        </w:rPr>
        <w:t>poskytovatelem</w:t>
      </w:r>
      <w:proofErr w:type="spellEnd"/>
      <w:r w:rsidRPr="00AD4C67">
        <w:rPr>
          <w:lang w:val="pl-PL"/>
        </w:rPr>
        <w:t xml:space="preserve"> </w:t>
      </w:r>
      <w:proofErr w:type="spellStart"/>
      <w:r w:rsidRPr="00AD4C67">
        <w:rPr>
          <w:lang w:val="pl-PL"/>
        </w:rPr>
        <w:t>automaticky</w:t>
      </w:r>
      <w:proofErr w:type="spellEnd"/>
      <w:r w:rsidRPr="00AD4C67">
        <w:rPr>
          <w:lang w:val="pl-PL"/>
        </w:rPr>
        <w:t xml:space="preserve"> </w:t>
      </w:r>
      <w:proofErr w:type="spellStart"/>
      <w:r w:rsidRPr="00AD4C67">
        <w:rPr>
          <w:lang w:val="pl-PL"/>
        </w:rPr>
        <w:t>nepřenášejí</w:t>
      </w:r>
      <w:proofErr w:type="spellEnd"/>
      <w:r w:rsidRPr="00AD4C67">
        <w:rPr>
          <w:lang w:val="pl-PL"/>
        </w:rPr>
        <w:t xml:space="preserve"> na </w:t>
      </w:r>
      <w:proofErr w:type="spellStart"/>
      <w:r w:rsidRPr="00AD4C67">
        <w:rPr>
          <w:lang w:val="pl-PL"/>
        </w:rPr>
        <w:t>zákazníka</w:t>
      </w:r>
      <w:proofErr w:type="spellEnd"/>
      <w:r w:rsidRPr="00AD4C67">
        <w:rPr>
          <w:lang w:val="pl-PL"/>
        </w:rPr>
        <w:t xml:space="preserve">. </w:t>
      </w:r>
      <w:proofErr w:type="spellStart"/>
      <w:r w:rsidRPr="00AD4C67">
        <w:rPr>
          <w:lang w:val="pl-PL"/>
        </w:rPr>
        <w:t>Případná</w:t>
      </w:r>
      <w:proofErr w:type="spellEnd"/>
      <w:r w:rsidRPr="00AD4C67">
        <w:rPr>
          <w:lang w:val="pl-PL"/>
        </w:rPr>
        <w:t xml:space="preserve"> </w:t>
      </w:r>
      <w:proofErr w:type="spellStart"/>
      <w:r w:rsidRPr="00AD4C67">
        <w:rPr>
          <w:lang w:val="pl-PL"/>
        </w:rPr>
        <w:t>náhrada</w:t>
      </w:r>
      <w:proofErr w:type="spellEnd"/>
      <w:r w:rsidRPr="00AD4C67">
        <w:rPr>
          <w:lang w:val="pl-PL"/>
        </w:rPr>
        <w:t xml:space="preserve"> </w:t>
      </w:r>
      <w:proofErr w:type="spellStart"/>
      <w:r w:rsidRPr="00AD4C67">
        <w:rPr>
          <w:lang w:val="pl-PL"/>
        </w:rPr>
        <w:t>škody</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posuzuje</w:t>
      </w:r>
      <w:proofErr w:type="spellEnd"/>
      <w:r w:rsidRPr="00AD4C67">
        <w:rPr>
          <w:lang w:val="pl-PL"/>
        </w:rPr>
        <w:t xml:space="preserve"> podle </w:t>
      </w:r>
      <w:proofErr w:type="spellStart"/>
      <w:r w:rsidRPr="00AD4C67">
        <w:rPr>
          <w:lang w:val="pl-PL"/>
        </w:rPr>
        <w:t>zákona</w:t>
      </w:r>
      <w:proofErr w:type="spellEnd"/>
      <w:r w:rsidRPr="00AD4C67">
        <w:rPr>
          <w:lang w:val="pl-PL"/>
        </w:rPr>
        <w:t xml:space="preserve">; </w:t>
      </w:r>
      <w:proofErr w:type="spellStart"/>
      <w:r w:rsidRPr="00AD4C67">
        <w:rPr>
          <w:lang w:val="pl-PL"/>
        </w:rPr>
        <w:t>samotné</w:t>
      </w:r>
      <w:proofErr w:type="spellEnd"/>
      <w:r w:rsidRPr="00AD4C67">
        <w:rPr>
          <w:lang w:val="pl-PL"/>
        </w:rPr>
        <w:t xml:space="preserve"> </w:t>
      </w:r>
      <w:proofErr w:type="spellStart"/>
      <w:r w:rsidRPr="00AD4C67">
        <w:rPr>
          <w:lang w:val="pl-PL"/>
        </w:rPr>
        <w:t>označení</w:t>
      </w:r>
      <w:proofErr w:type="spellEnd"/>
      <w:r w:rsidRPr="00AD4C67">
        <w:rPr>
          <w:lang w:val="pl-PL"/>
        </w:rPr>
        <w:t xml:space="preserve"> </w:t>
      </w:r>
      <w:proofErr w:type="spellStart"/>
      <w:r w:rsidRPr="00AD4C67">
        <w:rPr>
          <w:lang w:val="pl-PL"/>
        </w:rPr>
        <w:t>překážky</w:t>
      </w:r>
      <w:proofErr w:type="spellEnd"/>
      <w:r w:rsidRPr="00AD4C67">
        <w:rPr>
          <w:lang w:val="pl-PL"/>
        </w:rPr>
        <w:t xml:space="preserve"> za </w:t>
      </w:r>
      <w:proofErr w:type="spellStart"/>
      <w:r w:rsidRPr="00AD4C67">
        <w:rPr>
          <w:lang w:val="pl-PL"/>
        </w:rPr>
        <w:t>vyšší</w:t>
      </w:r>
      <w:proofErr w:type="spellEnd"/>
      <w:r w:rsidRPr="00AD4C67">
        <w:rPr>
          <w:lang w:val="pl-PL"/>
        </w:rPr>
        <w:t xml:space="preserve"> moc </w:t>
      </w:r>
      <w:proofErr w:type="spellStart"/>
      <w:r w:rsidRPr="00AD4C67">
        <w:rPr>
          <w:lang w:val="pl-PL"/>
        </w:rPr>
        <w:t>nezakládá</w:t>
      </w:r>
      <w:proofErr w:type="spellEnd"/>
      <w:r w:rsidRPr="00AD4C67">
        <w:rPr>
          <w:lang w:val="pl-PL"/>
        </w:rPr>
        <w:t xml:space="preserve"> </w:t>
      </w:r>
      <w:proofErr w:type="spellStart"/>
      <w:r w:rsidRPr="00AD4C67">
        <w:rPr>
          <w:lang w:val="pl-PL"/>
        </w:rPr>
        <w:t>právo</w:t>
      </w:r>
      <w:proofErr w:type="spellEnd"/>
      <w:r w:rsidRPr="00AD4C67">
        <w:rPr>
          <w:lang w:val="pl-PL"/>
        </w:rPr>
        <w:t xml:space="preserve"> </w:t>
      </w:r>
      <w:proofErr w:type="spellStart"/>
      <w:r w:rsidRPr="00AD4C67">
        <w:rPr>
          <w:lang w:val="pl-PL"/>
        </w:rPr>
        <w:t>ponechat</w:t>
      </w:r>
      <w:proofErr w:type="spellEnd"/>
      <w:r w:rsidRPr="00AD4C67">
        <w:rPr>
          <w:lang w:val="pl-PL"/>
        </w:rPr>
        <w:t xml:space="preserve"> si </w:t>
      </w:r>
      <w:proofErr w:type="spellStart"/>
      <w:r w:rsidRPr="00AD4C67">
        <w:rPr>
          <w:lang w:val="pl-PL"/>
        </w:rPr>
        <w:t>cenu</w:t>
      </w:r>
      <w:proofErr w:type="spellEnd"/>
      <w:r w:rsidRPr="00AD4C67">
        <w:rPr>
          <w:lang w:val="pl-PL"/>
        </w:rPr>
        <w:t xml:space="preserve"> </w:t>
      </w:r>
      <w:proofErr w:type="spellStart"/>
      <w:r w:rsidRPr="00AD4C67">
        <w:rPr>
          <w:lang w:val="pl-PL"/>
        </w:rPr>
        <w:t>neposkytnuté</w:t>
      </w:r>
      <w:proofErr w:type="spellEnd"/>
      <w:r w:rsidRPr="00AD4C67">
        <w:rPr>
          <w:lang w:val="pl-PL"/>
        </w:rPr>
        <w:t xml:space="preserve"> </w:t>
      </w:r>
      <w:proofErr w:type="spellStart"/>
      <w:r w:rsidRPr="00AD4C67">
        <w:rPr>
          <w:lang w:val="pl-PL"/>
        </w:rPr>
        <w:t>služby</w:t>
      </w:r>
      <w:proofErr w:type="spellEnd"/>
      <w:r w:rsidRPr="00AD4C67">
        <w:rPr>
          <w:lang w:val="pl-PL"/>
        </w:rPr>
        <w:t>.</w:t>
      </w:r>
    </w:p>
    <w:p w14:paraId="1733B89B" w14:textId="77777777" w:rsidR="006C464F" w:rsidRPr="00AD4C67" w:rsidRDefault="00000000">
      <w:pPr>
        <w:pStyle w:val="Nadpis1"/>
        <w:rPr>
          <w:lang w:val="pl-PL"/>
        </w:rPr>
      </w:pPr>
      <w:r w:rsidRPr="00AD4C67">
        <w:rPr>
          <w:lang w:val="pl-PL"/>
        </w:rPr>
        <w:t xml:space="preserve">8 </w:t>
      </w:r>
      <w:proofErr w:type="spellStart"/>
      <w:r w:rsidRPr="00AD4C67">
        <w:rPr>
          <w:lang w:val="pl-PL"/>
        </w:rPr>
        <w:t>Změny</w:t>
      </w:r>
      <w:proofErr w:type="spellEnd"/>
      <w:r w:rsidRPr="00AD4C67">
        <w:rPr>
          <w:lang w:val="pl-PL"/>
        </w:rPr>
        <w:t xml:space="preserve"> a </w:t>
      </w:r>
      <w:proofErr w:type="spellStart"/>
      <w:r w:rsidRPr="00AD4C67">
        <w:rPr>
          <w:lang w:val="pl-PL"/>
        </w:rPr>
        <w:t>zrušení</w:t>
      </w:r>
      <w:proofErr w:type="spellEnd"/>
      <w:r w:rsidRPr="00AD4C67">
        <w:rPr>
          <w:lang w:val="pl-PL"/>
        </w:rPr>
        <w:t xml:space="preserve"> ze </w:t>
      </w:r>
      <w:proofErr w:type="spellStart"/>
      <w:r w:rsidRPr="00AD4C67">
        <w:rPr>
          <w:lang w:val="pl-PL"/>
        </w:rPr>
        <w:t>strany</w:t>
      </w:r>
      <w:proofErr w:type="spellEnd"/>
      <w:r w:rsidRPr="00AD4C67">
        <w:rPr>
          <w:lang w:val="pl-PL"/>
        </w:rPr>
        <w:t xml:space="preserve"> </w:t>
      </w:r>
      <w:proofErr w:type="spellStart"/>
      <w:r w:rsidRPr="00AD4C67">
        <w:rPr>
          <w:lang w:val="pl-PL"/>
        </w:rPr>
        <w:t>zákazníka</w:t>
      </w:r>
      <w:proofErr w:type="spellEnd"/>
    </w:p>
    <w:p w14:paraId="363DC27D" w14:textId="77777777" w:rsidR="006C464F" w:rsidRPr="00AD4C67" w:rsidRDefault="00000000">
      <w:pPr>
        <w:rPr>
          <w:lang w:val="pl-PL"/>
        </w:rPr>
      </w:pPr>
      <w:r w:rsidRPr="00AD4C67">
        <w:rPr>
          <w:lang w:val="pl-PL"/>
        </w:rPr>
        <w:t xml:space="preserve">8.1. </w:t>
      </w:r>
      <w:proofErr w:type="spellStart"/>
      <w:r w:rsidRPr="00AD4C67">
        <w:rPr>
          <w:lang w:val="pl-PL"/>
        </w:rPr>
        <w:t>Žádosti</w:t>
      </w:r>
      <w:proofErr w:type="spellEnd"/>
      <w:r w:rsidRPr="00AD4C67">
        <w:rPr>
          <w:lang w:val="pl-PL"/>
        </w:rPr>
        <w:t xml:space="preserve"> o </w:t>
      </w:r>
      <w:proofErr w:type="spellStart"/>
      <w:r w:rsidRPr="00AD4C67">
        <w:rPr>
          <w:lang w:val="pl-PL"/>
        </w:rPr>
        <w:t>změnu</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zrušení</w:t>
      </w:r>
      <w:proofErr w:type="spellEnd"/>
      <w:r w:rsidRPr="00AD4C67">
        <w:rPr>
          <w:lang w:val="pl-PL"/>
        </w:rPr>
        <w:t xml:space="preserve"> </w:t>
      </w:r>
      <w:proofErr w:type="spellStart"/>
      <w:r w:rsidRPr="00AD4C67">
        <w:rPr>
          <w:lang w:val="pl-PL"/>
        </w:rPr>
        <w:t>zasílá</w:t>
      </w:r>
      <w:proofErr w:type="spellEnd"/>
      <w:r w:rsidRPr="00AD4C67">
        <w:rPr>
          <w:lang w:val="pl-PL"/>
        </w:rPr>
        <w:t xml:space="preserve"> </w:t>
      </w:r>
      <w:proofErr w:type="spellStart"/>
      <w:r w:rsidRPr="00AD4C67">
        <w:rPr>
          <w:lang w:val="pl-PL"/>
        </w:rPr>
        <w:t>zákazník</w:t>
      </w:r>
      <w:proofErr w:type="spellEnd"/>
      <w:r w:rsidRPr="00AD4C67">
        <w:rPr>
          <w:lang w:val="pl-PL"/>
        </w:rPr>
        <w:t xml:space="preserve"> na info@praguestream.com s </w:t>
      </w:r>
      <w:proofErr w:type="spellStart"/>
      <w:r w:rsidRPr="00AD4C67">
        <w:rPr>
          <w:lang w:val="pl-PL"/>
        </w:rPr>
        <w:t>údaji</w:t>
      </w:r>
      <w:proofErr w:type="spellEnd"/>
      <w:r w:rsidRPr="00AD4C67">
        <w:rPr>
          <w:lang w:val="pl-PL"/>
        </w:rPr>
        <w:t xml:space="preserve"> </w:t>
      </w:r>
      <w:proofErr w:type="spellStart"/>
      <w:r w:rsidRPr="00AD4C67">
        <w:rPr>
          <w:lang w:val="pl-PL"/>
        </w:rPr>
        <w:t>umožňujícími</w:t>
      </w:r>
      <w:proofErr w:type="spellEnd"/>
      <w:r w:rsidRPr="00AD4C67">
        <w:rPr>
          <w:lang w:val="pl-PL"/>
        </w:rPr>
        <w:t xml:space="preserve"> </w:t>
      </w:r>
      <w:proofErr w:type="spellStart"/>
      <w:r w:rsidRPr="00AD4C67">
        <w:rPr>
          <w:lang w:val="pl-PL"/>
        </w:rPr>
        <w:t>určit</w:t>
      </w:r>
      <w:proofErr w:type="spellEnd"/>
      <w:r w:rsidRPr="00AD4C67">
        <w:rPr>
          <w:lang w:val="pl-PL"/>
        </w:rPr>
        <w:t xml:space="preserve"> </w:t>
      </w:r>
      <w:proofErr w:type="spellStart"/>
      <w:r w:rsidRPr="00AD4C67">
        <w:rPr>
          <w:lang w:val="pl-PL"/>
        </w:rPr>
        <w:t>rezervaci</w:t>
      </w:r>
      <w:proofErr w:type="spellEnd"/>
      <w:r w:rsidRPr="00AD4C67">
        <w:rPr>
          <w:lang w:val="pl-PL"/>
        </w:rPr>
        <w:t xml:space="preserve">. Pro </w:t>
      </w:r>
      <w:proofErr w:type="spellStart"/>
      <w:r w:rsidRPr="00AD4C67">
        <w:rPr>
          <w:lang w:val="pl-PL"/>
        </w:rPr>
        <w:t>posouzení</w:t>
      </w:r>
      <w:proofErr w:type="spellEnd"/>
      <w:r w:rsidRPr="00AD4C67">
        <w:rPr>
          <w:lang w:val="pl-PL"/>
        </w:rPr>
        <w:t xml:space="preserve"> </w:t>
      </w:r>
      <w:proofErr w:type="spellStart"/>
      <w:r w:rsidRPr="00AD4C67">
        <w:rPr>
          <w:lang w:val="pl-PL"/>
        </w:rPr>
        <w:t>smluvní</w:t>
      </w:r>
      <w:proofErr w:type="spellEnd"/>
      <w:r w:rsidRPr="00AD4C67">
        <w:rPr>
          <w:lang w:val="pl-PL"/>
        </w:rPr>
        <w:t xml:space="preserve"> storno </w:t>
      </w:r>
      <w:proofErr w:type="spellStart"/>
      <w:r w:rsidRPr="00AD4C67">
        <w:rPr>
          <w:lang w:val="pl-PL"/>
        </w:rPr>
        <w:t>lhůty</w:t>
      </w:r>
      <w:proofErr w:type="spellEnd"/>
      <w:r w:rsidRPr="00AD4C67">
        <w:rPr>
          <w:lang w:val="pl-PL"/>
        </w:rPr>
        <w:t xml:space="preserve"> je </w:t>
      </w:r>
      <w:proofErr w:type="spellStart"/>
      <w:r w:rsidRPr="00AD4C67">
        <w:rPr>
          <w:lang w:val="pl-PL"/>
        </w:rPr>
        <w:t>rozhodující</w:t>
      </w:r>
      <w:proofErr w:type="spellEnd"/>
      <w:r w:rsidRPr="00AD4C67">
        <w:rPr>
          <w:lang w:val="pl-PL"/>
        </w:rPr>
        <w:t xml:space="preserve"> </w:t>
      </w:r>
      <w:proofErr w:type="spellStart"/>
      <w:r w:rsidRPr="00AD4C67">
        <w:rPr>
          <w:lang w:val="pl-PL"/>
        </w:rPr>
        <w:t>doručení</w:t>
      </w:r>
      <w:proofErr w:type="spellEnd"/>
      <w:r w:rsidRPr="00AD4C67">
        <w:rPr>
          <w:lang w:val="pl-PL"/>
        </w:rPr>
        <w:t xml:space="preserve"> </w:t>
      </w:r>
      <w:proofErr w:type="spellStart"/>
      <w:r w:rsidRPr="00AD4C67">
        <w:rPr>
          <w:lang w:val="pl-PL"/>
        </w:rPr>
        <w:t>oznámení</w:t>
      </w:r>
      <w:proofErr w:type="spellEnd"/>
      <w:r w:rsidRPr="00AD4C67">
        <w:rPr>
          <w:lang w:val="pl-PL"/>
        </w:rPr>
        <w:t xml:space="preserve"> </w:t>
      </w:r>
      <w:proofErr w:type="spellStart"/>
      <w:r w:rsidRPr="00AD4C67">
        <w:rPr>
          <w:lang w:val="pl-PL"/>
        </w:rPr>
        <w:t>poskytovateli</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jeho</w:t>
      </w:r>
      <w:proofErr w:type="spellEnd"/>
      <w:r w:rsidRPr="00AD4C67">
        <w:rPr>
          <w:lang w:val="pl-PL"/>
        </w:rPr>
        <w:t xml:space="preserve"> </w:t>
      </w:r>
      <w:proofErr w:type="spellStart"/>
      <w:r w:rsidRPr="00AD4C67">
        <w:rPr>
          <w:lang w:val="pl-PL"/>
        </w:rPr>
        <w:t>zástupci</w:t>
      </w:r>
      <w:proofErr w:type="spellEnd"/>
      <w:r w:rsidRPr="00AD4C67">
        <w:rPr>
          <w:lang w:val="pl-PL"/>
        </w:rPr>
        <w:t xml:space="preserve"> </w:t>
      </w:r>
      <w:proofErr w:type="spellStart"/>
      <w:r w:rsidRPr="00AD4C67">
        <w:rPr>
          <w:lang w:val="pl-PL"/>
        </w:rPr>
        <w:t>oprávněnému</w:t>
      </w:r>
      <w:proofErr w:type="spellEnd"/>
      <w:r w:rsidRPr="00AD4C67">
        <w:rPr>
          <w:lang w:val="pl-PL"/>
        </w:rPr>
        <w:t xml:space="preserve"> </w:t>
      </w:r>
      <w:proofErr w:type="spellStart"/>
      <w:r w:rsidRPr="00AD4C67">
        <w:rPr>
          <w:lang w:val="pl-PL"/>
        </w:rPr>
        <w:t>taková</w:t>
      </w:r>
      <w:proofErr w:type="spellEnd"/>
      <w:r w:rsidRPr="00AD4C67">
        <w:rPr>
          <w:lang w:val="pl-PL"/>
        </w:rPr>
        <w:t xml:space="preserve"> </w:t>
      </w:r>
      <w:proofErr w:type="spellStart"/>
      <w:r w:rsidRPr="00AD4C67">
        <w:rPr>
          <w:lang w:val="pl-PL"/>
        </w:rPr>
        <w:t>oznámení</w:t>
      </w:r>
      <w:proofErr w:type="spellEnd"/>
      <w:r w:rsidRPr="00AD4C67">
        <w:rPr>
          <w:lang w:val="pl-PL"/>
        </w:rPr>
        <w:t xml:space="preserve"> </w:t>
      </w:r>
      <w:proofErr w:type="spellStart"/>
      <w:r w:rsidRPr="00AD4C67">
        <w:rPr>
          <w:lang w:val="pl-PL"/>
        </w:rPr>
        <w:t>přijímat</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přijetí</w:t>
      </w:r>
      <w:proofErr w:type="spellEnd"/>
      <w:r w:rsidRPr="00AD4C67">
        <w:rPr>
          <w:lang w:val="pl-PL"/>
        </w:rPr>
        <w:t xml:space="preserve"> bez </w:t>
      </w:r>
      <w:proofErr w:type="spellStart"/>
      <w:r w:rsidRPr="00AD4C67">
        <w:rPr>
          <w:lang w:val="pl-PL"/>
        </w:rPr>
        <w:t>zbytečného</w:t>
      </w:r>
      <w:proofErr w:type="spellEnd"/>
      <w:r w:rsidRPr="00AD4C67">
        <w:rPr>
          <w:lang w:val="pl-PL"/>
        </w:rPr>
        <w:t xml:space="preserve"> </w:t>
      </w:r>
      <w:proofErr w:type="spellStart"/>
      <w:r w:rsidRPr="00AD4C67">
        <w:rPr>
          <w:lang w:val="pl-PL"/>
        </w:rPr>
        <w:t>odkladu</w:t>
      </w:r>
      <w:proofErr w:type="spellEnd"/>
      <w:r w:rsidRPr="00AD4C67">
        <w:rPr>
          <w:lang w:val="pl-PL"/>
        </w:rPr>
        <w:t xml:space="preserve"> </w:t>
      </w:r>
      <w:proofErr w:type="spellStart"/>
      <w:r w:rsidRPr="00AD4C67">
        <w:rPr>
          <w:lang w:val="pl-PL"/>
        </w:rPr>
        <w:t>potvrdí</w:t>
      </w:r>
      <w:proofErr w:type="spellEnd"/>
      <w:r w:rsidRPr="00AD4C67">
        <w:rPr>
          <w:lang w:val="pl-PL"/>
        </w:rPr>
        <w:t xml:space="preserve">; </w:t>
      </w:r>
      <w:proofErr w:type="spellStart"/>
      <w:r w:rsidRPr="00AD4C67">
        <w:rPr>
          <w:lang w:val="pl-PL"/>
        </w:rPr>
        <w:t>jeho</w:t>
      </w:r>
      <w:proofErr w:type="spellEnd"/>
      <w:r w:rsidRPr="00AD4C67">
        <w:rPr>
          <w:lang w:val="pl-PL"/>
        </w:rPr>
        <w:t xml:space="preserve"> </w:t>
      </w:r>
      <w:proofErr w:type="spellStart"/>
      <w:r w:rsidRPr="00AD4C67">
        <w:rPr>
          <w:lang w:val="pl-PL"/>
        </w:rPr>
        <w:t>opožděná</w:t>
      </w:r>
      <w:proofErr w:type="spellEnd"/>
      <w:r w:rsidRPr="00AD4C67">
        <w:rPr>
          <w:lang w:val="pl-PL"/>
        </w:rPr>
        <w:t xml:space="preserve"> </w:t>
      </w:r>
      <w:proofErr w:type="spellStart"/>
      <w:r w:rsidRPr="00AD4C67">
        <w:rPr>
          <w:lang w:val="pl-PL"/>
        </w:rPr>
        <w:t>odpověď</w:t>
      </w:r>
      <w:proofErr w:type="spellEnd"/>
      <w:r w:rsidRPr="00AD4C67">
        <w:rPr>
          <w:lang w:val="pl-PL"/>
        </w:rPr>
        <w:t xml:space="preserve"> </w:t>
      </w:r>
      <w:proofErr w:type="spellStart"/>
      <w:r w:rsidRPr="00AD4C67">
        <w:rPr>
          <w:lang w:val="pl-PL"/>
        </w:rPr>
        <w:t>nemění</w:t>
      </w:r>
      <w:proofErr w:type="spellEnd"/>
      <w:r w:rsidRPr="00AD4C67">
        <w:rPr>
          <w:lang w:val="pl-PL"/>
        </w:rPr>
        <w:t xml:space="preserve"> </w:t>
      </w:r>
      <w:proofErr w:type="spellStart"/>
      <w:r w:rsidRPr="00AD4C67">
        <w:rPr>
          <w:lang w:val="pl-PL"/>
        </w:rPr>
        <w:t>okamžik</w:t>
      </w:r>
      <w:proofErr w:type="spellEnd"/>
      <w:r w:rsidRPr="00AD4C67">
        <w:rPr>
          <w:lang w:val="pl-PL"/>
        </w:rPr>
        <w:t xml:space="preserve"> </w:t>
      </w:r>
      <w:proofErr w:type="spellStart"/>
      <w:r w:rsidRPr="00AD4C67">
        <w:rPr>
          <w:lang w:val="pl-PL"/>
        </w:rPr>
        <w:t>doručení</w:t>
      </w:r>
      <w:proofErr w:type="spellEnd"/>
      <w:r w:rsidRPr="00AD4C67">
        <w:rPr>
          <w:lang w:val="pl-PL"/>
        </w:rPr>
        <w:t xml:space="preserve">. </w:t>
      </w:r>
      <w:proofErr w:type="spellStart"/>
      <w:r w:rsidRPr="00AD4C67">
        <w:rPr>
          <w:lang w:val="pl-PL"/>
        </w:rPr>
        <w:t>Individuální</w:t>
      </w:r>
      <w:proofErr w:type="spellEnd"/>
      <w:r w:rsidRPr="00AD4C67">
        <w:rPr>
          <w:lang w:val="pl-PL"/>
        </w:rPr>
        <w:t xml:space="preserve"> </w:t>
      </w:r>
      <w:proofErr w:type="spellStart"/>
      <w:r w:rsidRPr="00AD4C67">
        <w:rPr>
          <w:lang w:val="pl-PL"/>
        </w:rPr>
        <w:t>dohoda</w:t>
      </w:r>
      <w:proofErr w:type="spellEnd"/>
      <w:r w:rsidRPr="00AD4C67">
        <w:rPr>
          <w:lang w:val="pl-PL"/>
        </w:rPr>
        <w:t xml:space="preserve"> o </w:t>
      </w:r>
      <w:proofErr w:type="spellStart"/>
      <w:r w:rsidRPr="00AD4C67">
        <w:rPr>
          <w:lang w:val="pl-PL"/>
        </w:rPr>
        <w:t>přesunu</w:t>
      </w:r>
      <w:proofErr w:type="spellEnd"/>
      <w:r w:rsidRPr="00AD4C67">
        <w:rPr>
          <w:lang w:val="pl-PL"/>
        </w:rPr>
        <w:t xml:space="preserve"> </w:t>
      </w:r>
      <w:proofErr w:type="spellStart"/>
      <w:r w:rsidRPr="00AD4C67">
        <w:rPr>
          <w:lang w:val="pl-PL"/>
        </w:rPr>
        <w:t>či</w:t>
      </w:r>
      <w:proofErr w:type="spellEnd"/>
      <w:r w:rsidRPr="00AD4C67">
        <w:rPr>
          <w:lang w:val="pl-PL"/>
        </w:rPr>
        <w:t xml:space="preserve"> </w:t>
      </w:r>
      <w:proofErr w:type="spellStart"/>
      <w:r w:rsidRPr="00AD4C67">
        <w:rPr>
          <w:lang w:val="pl-PL"/>
        </w:rPr>
        <w:t>vypořádání</w:t>
      </w:r>
      <w:proofErr w:type="spellEnd"/>
      <w:r w:rsidRPr="00AD4C67">
        <w:rPr>
          <w:lang w:val="pl-PL"/>
        </w:rPr>
        <w:t xml:space="preserve"> </w:t>
      </w:r>
      <w:proofErr w:type="spellStart"/>
      <w:r w:rsidRPr="00AD4C67">
        <w:rPr>
          <w:lang w:val="pl-PL"/>
        </w:rPr>
        <w:t>musí</w:t>
      </w:r>
      <w:proofErr w:type="spellEnd"/>
      <w:r w:rsidRPr="00AD4C67">
        <w:rPr>
          <w:lang w:val="pl-PL"/>
        </w:rPr>
        <w:t xml:space="preserve"> </w:t>
      </w:r>
      <w:proofErr w:type="spellStart"/>
      <w:r w:rsidRPr="00AD4C67">
        <w:rPr>
          <w:lang w:val="pl-PL"/>
        </w:rPr>
        <w:t>být</w:t>
      </w:r>
      <w:proofErr w:type="spellEnd"/>
      <w:r w:rsidRPr="00AD4C67">
        <w:rPr>
          <w:lang w:val="pl-PL"/>
        </w:rPr>
        <w:t xml:space="preserve"> </w:t>
      </w:r>
      <w:proofErr w:type="spellStart"/>
      <w:r w:rsidRPr="00AD4C67">
        <w:rPr>
          <w:lang w:val="pl-PL"/>
        </w:rPr>
        <w:t>potvrzena</w:t>
      </w:r>
      <w:proofErr w:type="spellEnd"/>
      <w:r w:rsidRPr="00AD4C67">
        <w:rPr>
          <w:lang w:val="pl-PL"/>
        </w:rPr>
        <w:t xml:space="preserve"> </w:t>
      </w:r>
      <w:proofErr w:type="spellStart"/>
      <w:r w:rsidRPr="00AD4C67">
        <w:rPr>
          <w:lang w:val="pl-PL"/>
        </w:rPr>
        <w:t>oběma</w:t>
      </w:r>
      <w:proofErr w:type="spellEnd"/>
      <w:r w:rsidRPr="00AD4C67">
        <w:rPr>
          <w:lang w:val="pl-PL"/>
        </w:rPr>
        <w:t xml:space="preserve"> </w:t>
      </w:r>
      <w:proofErr w:type="spellStart"/>
      <w:r w:rsidRPr="00AD4C67">
        <w:rPr>
          <w:lang w:val="pl-PL"/>
        </w:rPr>
        <w:t>stranami</w:t>
      </w:r>
      <w:proofErr w:type="spellEnd"/>
      <w:r w:rsidRPr="00AD4C67">
        <w:rPr>
          <w:lang w:val="pl-PL"/>
        </w:rPr>
        <w:t xml:space="preserve"> podle </w:t>
      </w:r>
      <w:proofErr w:type="spellStart"/>
      <w:r w:rsidRPr="00AD4C67">
        <w:rPr>
          <w:lang w:val="pl-PL"/>
        </w:rPr>
        <w:t>článku</w:t>
      </w:r>
      <w:proofErr w:type="spellEnd"/>
      <w:r w:rsidRPr="00AD4C67">
        <w:rPr>
          <w:lang w:val="pl-PL"/>
        </w:rPr>
        <w:t xml:space="preserve"> 1.5. </w:t>
      </w:r>
      <w:proofErr w:type="spellStart"/>
      <w:r w:rsidRPr="00AD4C67">
        <w:rPr>
          <w:lang w:val="pl-PL"/>
        </w:rPr>
        <w:t>Zákonné</w:t>
      </w:r>
      <w:proofErr w:type="spellEnd"/>
      <w:r w:rsidRPr="00AD4C67">
        <w:rPr>
          <w:lang w:val="pl-PL"/>
        </w:rPr>
        <w:t xml:space="preserve"> </w:t>
      </w:r>
      <w:proofErr w:type="spellStart"/>
      <w:r w:rsidRPr="00AD4C67">
        <w:rPr>
          <w:lang w:val="pl-PL"/>
        </w:rPr>
        <w:t>odstoupení</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řídí</w:t>
      </w:r>
      <w:proofErr w:type="spellEnd"/>
      <w:r w:rsidRPr="00AD4C67">
        <w:rPr>
          <w:lang w:val="pl-PL"/>
        </w:rPr>
        <w:t xml:space="preserve"> </w:t>
      </w:r>
      <w:proofErr w:type="spellStart"/>
      <w:r w:rsidRPr="00AD4C67">
        <w:rPr>
          <w:lang w:val="pl-PL"/>
        </w:rPr>
        <w:t>článkem</w:t>
      </w:r>
      <w:proofErr w:type="spellEnd"/>
      <w:r w:rsidRPr="00AD4C67">
        <w:rPr>
          <w:lang w:val="pl-PL"/>
        </w:rPr>
        <w:t xml:space="preserve"> 9 </w:t>
      </w:r>
      <w:proofErr w:type="spellStart"/>
      <w:r w:rsidRPr="00AD4C67">
        <w:rPr>
          <w:lang w:val="pl-PL"/>
        </w:rPr>
        <w:t>nebo</w:t>
      </w:r>
      <w:proofErr w:type="spellEnd"/>
      <w:r w:rsidRPr="00AD4C67">
        <w:rPr>
          <w:lang w:val="pl-PL"/>
        </w:rPr>
        <w:t xml:space="preserve"> 15 a </w:t>
      </w:r>
      <w:proofErr w:type="spellStart"/>
      <w:r w:rsidRPr="00AD4C67">
        <w:rPr>
          <w:lang w:val="pl-PL"/>
        </w:rPr>
        <w:t>zákonem</w:t>
      </w:r>
      <w:proofErr w:type="spellEnd"/>
      <w:r w:rsidRPr="00AD4C67">
        <w:rPr>
          <w:lang w:val="pl-PL"/>
        </w:rPr>
        <w:t xml:space="preserve">; </w:t>
      </w:r>
      <w:proofErr w:type="spellStart"/>
      <w:r w:rsidRPr="00AD4C67">
        <w:rPr>
          <w:lang w:val="pl-PL"/>
        </w:rPr>
        <w:t>jeho</w:t>
      </w:r>
      <w:proofErr w:type="spellEnd"/>
      <w:r w:rsidRPr="00AD4C67">
        <w:rPr>
          <w:lang w:val="pl-PL"/>
        </w:rPr>
        <w:t xml:space="preserve"> </w:t>
      </w:r>
      <w:proofErr w:type="spellStart"/>
      <w:r w:rsidRPr="00AD4C67">
        <w:rPr>
          <w:lang w:val="pl-PL"/>
        </w:rPr>
        <w:t>účinnost</w:t>
      </w:r>
      <w:proofErr w:type="spellEnd"/>
      <w:r w:rsidRPr="00AD4C67">
        <w:rPr>
          <w:lang w:val="pl-PL"/>
        </w:rPr>
        <w:t xml:space="preserve"> </w:t>
      </w:r>
      <w:proofErr w:type="spellStart"/>
      <w:r w:rsidRPr="00AD4C67">
        <w:rPr>
          <w:lang w:val="pl-PL"/>
        </w:rPr>
        <w:t>není</w:t>
      </w:r>
      <w:proofErr w:type="spellEnd"/>
      <w:r w:rsidRPr="00AD4C67">
        <w:rPr>
          <w:lang w:val="pl-PL"/>
        </w:rPr>
        <w:t xml:space="preserve"> </w:t>
      </w:r>
      <w:proofErr w:type="spellStart"/>
      <w:r w:rsidRPr="00AD4C67">
        <w:rPr>
          <w:lang w:val="pl-PL"/>
        </w:rPr>
        <w:t>podmíněna</w:t>
      </w:r>
      <w:proofErr w:type="spellEnd"/>
      <w:r w:rsidRPr="00AD4C67">
        <w:rPr>
          <w:lang w:val="pl-PL"/>
        </w:rPr>
        <w:t xml:space="preserve"> </w:t>
      </w:r>
      <w:proofErr w:type="spellStart"/>
      <w:r w:rsidRPr="00AD4C67">
        <w:rPr>
          <w:lang w:val="pl-PL"/>
        </w:rPr>
        <w:t>souhlasem</w:t>
      </w:r>
      <w:proofErr w:type="spellEnd"/>
      <w:r w:rsidRPr="00AD4C67">
        <w:rPr>
          <w:lang w:val="pl-PL"/>
        </w:rPr>
        <w:t xml:space="preserve"> </w:t>
      </w:r>
      <w:proofErr w:type="spellStart"/>
      <w:r w:rsidRPr="00AD4C67">
        <w:rPr>
          <w:lang w:val="pl-PL"/>
        </w:rPr>
        <w:t>poskytovatele</w:t>
      </w:r>
      <w:proofErr w:type="spellEnd"/>
      <w:r w:rsidRPr="00AD4C67">
        <w:rPr>
          <w:lang w:val="pl-PL"/>
        </w:rPr>
        <w:t>.</w:t>
      </w:r>
    </w:p>
    <w:p w14:paraId="7A5B0761" w14:textId="77777777" w:rsidR="006C464F" w:rsidRPr="00AD4C67" w:rsidRDefault="00000000">
      <w:pPr>
        <w:rPr>
          <w:lang w:val="pl-PL"/>
        </w:rPr>
      </w:pPr>
      <w:r w:rsidRPr="00AD4C67">
        <w:rPr>
          <w:lang w:val="pl-PL"/>
        </w:rPr>
        <w:t xml:space="preserve">8.2. </w:t>
      </w:r>
      <w:proofErr w:type="spellStart"/>
      <w:r w:rsidRPr="00AD4C67">
        <w:rPr>
          <w:lang w:val="pl-PL"/>
        </w:rPr>
        <w:t>Změna</w:t>
      </w:r>
      <w:proofErr w:type="spellEnd"/>
      <w:r w:rsidRPr="00AD4C67">
        <w:rPr>
          <w:lang w:val="pl-PL"/>
        </w:rPr>
        <w:t xml:space="preserve"> </w:t>
      </w:r>
      <w:proofErr w:type="spellStart"/>
      <w:r w:rsidRPr="00AD4C67">
        <w:rPr>
          <w:lang w:val="pl-PL"/>
        </w:rPr>
        <w:t>termínu</w:t>
      </w:r>
      <w:proofErr w:type="spellEnd"/>
      <w:r w:rsidRPr="00AD4C67">
        <w:rPr>
          <w:lang w:val="pl-PL"/>
        </w:rPr>
        <w:t xml:space="preserve">, </w:t>
      </w:r>
      <w:proofErr w:type="spellStart"/>
      <w:r w:rsidRPr="00AD4C67">
        <w:rPr>
          <w:lang w:val="pl-PL"/>
        </w:rPr>
        <w:t>plavidla</w:t>
      </w:r>
      <w:proofErr w:type="spellEnd"/>
      <w:r w:rsidRPr="00AD4C67">
        <w:rPr>
          <w:lang w:val="pl-PL"/>
        </w:rPr>
        <w:t xml:space="preserve">, </w:t>
      </w:r>
      <w:proofErr w:type="spellStart"/>
      <w:r w:rsidRPr="00AD4C67">
        <w:rPr>
          <w:lang w:val="pl-PL"/>
        </w:rPr>
        <w:t>délky</w:t>
      </w:r>
      <w:proofErr w:type="spellEnd"/>
      <w:r w:rsidRPr="00AD4C67">
        <w:rPr>
          <w:lang w:val="pl-PL"/>
        </w:rPr>
        <w:t xml:space="preserve"> </w:t>
      </w:r>
      <w:proofErr w:type="spellStart"/>
      <w:r w:rsidRPr="00AD4C67">
        <w:rPr>
          <w:lang w:val="pl-PL"/>
        </w:rPr>
        <w:t>akce</w:t>
      </w:r>
      <w:proofErr w:type="spellEnd"/>
      <w:r w:rsidRPr="00AD4C67">
        <w:rPr>
          <w:lang w:val="pl-PL"/>
        </w:rPr>
        <w:t xml:space="preserve">, </w:t>
      </w:r>
      <w:proofErr w:type="spellStart"/>
      <w:r w:rsidRPr="00AD4C67">
        <w:rPr>
          <w:lang w:val="pl-PL"/>
        </w:rPr>
        <w:t>počtu</w:t>
      </w:r>
      <w:proofErr w:type="spellEnd"/>
      <w:r w:rsidRPr="00AD4C67">
        <w:rPr>
          <w:lang w:val="pl-PL"/>
        </w:rPr>
        <w:t xml:space="preserve"> </w:t>
      </w:r>
      <w:proofErr w:type="spellStart"/>
      <w:r w:rsidRPr="00AD4C67">
        <w:rPr>
          <w:lang w:val="pl-PL"/>
        </w:rPr>
        <w:t>osob</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rozsahu</w:t>
      </w:r>
      <w:proofErr w:type="spellEnd"/>
      <w:r w:rsidRPr="00AD4C67">
        <w:rPr>
          <w:lang w:val="pl-PL"/>
        </w:rPr>
        <w:t xml:space="preserve"> </w:t>
      </w:r>
      <w:proofErr w:type="spellStart"/>
      <w:r w:rsidRPr="00AD4C67">
        <w:rPr>
          <w:lang w:val="pl-PL"/>
        </w:rPr>
        <w:t>služeb</w:t>
      </w:r>
      <w:proofErr w:type="spellEnd"/>
      <w:r w:rsidRPr="00AD4C67">
        <w:rPr>
          <w:lang w:val="pl-PL"/>
        </w:rPr>
        <w:t xml:space="preserve"> </w:t>
      </w:r>
      <w:proofErr w:type="spellStart"/>
      <w:r w:rsidRPr="00AD4C67">
        <w:rPr>
          <w:lang w:val="pl-PL"/>
        </w:rPr>
        <w:t>podléhá</w:t>
      </w:r>
      <w:proofErr w:type="spellEnd"/>
      <w:r w:rsidRPr="00AD4C67">
        <w:rPr>
          <w:lang w:val="pl-PL"/>
        </w:rPr>
        <w:t xml:space="preserve"> </w:t>
      </w:r>
      <w:proofErr w:type="spellStart"/>
      <w:r w:rsidRPr="00AD4C67">
        <w:rPr>
          <w:lang w:val="pl-PL"/>
        </w:rPr>
        <w:t>dohodě</w:t>
      </w:r>
      <w:proofErr w:type="spellEnd"/>
      <w:r w:rsidRPr="00AD4C67">
        <w:rPr>
          <w:lang w:val="pl-PL"/>
        </w:rPr>
        <w:t xml:space="preserve"> a </w:t>
      </w:r>
      <w:proofErr w:type="spellStart"/>
      <w:r w:rsidRPr="00AD4C67">
        <w:rPr>
          <w:lang w:val="pl-PL"/>
        </w:rPr>
        <w:t>dostupnosti</w:t>
      </w:r>
      <w:proofErr w:type="spellEnd"/>
      <w:r w:rsidRPr="00AD4C67">
        <w:rPr>
          <w:lang w:val="pl-PL"/>
        </w:rPr>
        <w:t xml:space="preserve">. </w:t>
      </w:r>
      <w:proofErr w:type="spellStart"/>
      <w:r w:rsidRPr="00AD4C67">
        <w:rPr>
          <w:lang w:val="pl-PL"/>
        </w:rPr>
        <w:t>Snížení</w:t>
      </w:r>
      <w:proofErr w:type="spellEnd"/>
      <w:r w:rsidRPr="00AD4C67">
        <w:rPr>
          <w:lang w:val="pl-PL"/>
        </w:rPr>
        <w:t xml:space="preserve"> </w:t>
      </w:r>
      <w:proofErr w:type="spellStart"/>
      <w:r w:rsidRPr="00AD4C67">
        <w:rPr>
          <w:lang w:val="pl-PL"/>
        </w:rPr>
        <w:t>počtu</w:t>
      </w:r>
      <w:proofErr w:type="spellEnd"/>
      <w:r w:rsidRPr="00AD4C67">
        <w:rPr>
          <w:lang w:val="pl-PL"/>
        </w:rPr>
        <w:t xml:space="preserve"> </w:t>
      </w:r>
      <w:proofErr w:type="spellStart"/>
      <w:r w:rsidRPr="00AD4C67">
        <w:rPr>
          <w:lang w:val="pl-PL"/>
        </w:rPr>
        <w:t>hostů</w:t>
      </w:r>
      <w:proofErr w:type="spellEnd"/>
      <w:r w:rsidRPr="00AD4C67">
        <w:rPr>
          <w:lang w:val="pl-PL"/>
        </w:rPr>
        <w:t xml:space="preserve"> samo o </w:t>
      </w:r>
      <w:proofErr w:type="spellStart"/>
      <w:r w:rsidRPr="00AD4C67">
        <w:rPr>
          <w:lang w:val="pl-PL"/>
        </w:rPr>
        <w:t>sobě</w:t>
      </w:r>
      <w:proofErr w:type="spellEnd"/>
      <w:r w:rsidRPr="00AD4C67">
        <w:rPr>
          <w:lang w:val="pl-PL"/>
        </w:rPr>
        <w:t xml:space="preserve"> </w:t>
      </w:r>
      <w:proofErr w:type="spellStart"/>
      <w:r w:rsidRPr="00AD4C67">
        <w:rPr>
          <w:lang w:val="pl-PL"/>
        </w:rPr>
        <w:t>nesnižuje</w:t>
      </w:r>
      <w:proofErr w:type="spellEnd"/>
      <w:r w:rsidRPr="00AD4C67">
        <w:rPr>
          <w:lang w:val="pl-PL"/>
        </w:rPr>
        <w:t xml:space="preserve"> </w:t>
      </w:r>
      <w:proofErr w:type="spellStart"/>
      <w:r w:rsidRPr="00AD4C67">
        <w:rPr>
          <w:lang w:val="pl-PL"/>
        </w:rPr>
        <w:t>cenu</w:t>
      </w:r>
      <w:proofErr w:type="spellEnd"/>
      <w:r w:rsidRPr="00AD4C67">
        <w:rPr>
          <w:lang w:val="pl-PL"/>
        </w:rPr>
        <w:t xml:space="preserve"> </w:t>
      </w:r>
      <w:proofErr w:type="spellStart"/>
      <w:r w:rsidRPr="00AD4C67">
        <w:rPr>
          <w:lang w:val="pl-PL"/>
        </w:rPr>
        <w:t>rezervovaného</w:t>
      </w:r>
      <w:proofErr w:type="spellEnd"/>
      <w:r w:rsidRPr="00AD4C67">
        <w:rPr>
          <w:lang w:val="pl-PL"/>
        </w:rPr>
        <w:t xml:space="preserve"> </w:t>
      </w:r>
      <w:proofErr w:type="spellStart"/>
      <w:r w:rsidRPr="00AD4C67">
        <w:rPr>
          <w:lang w:val="pl-PL"/>
        </w:rPr>
        <w:t>plavidla</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již</w:t>
      </w:r>
      <w:proofErr w:type="spellEnd"/>
      <w:r w:rsidRPr="00AD4C67">
        <w:rPr>
          <w:lang w:val="pl-PL"/>
        </w:rPr>
        <w:t xml:space="preserve"> </w:t>
      </w:r>
      <w:proofErr w:type="spellStart"/>
      <w:r w:rsidRPr="00AD4C67">
        <w:rPr>
          <w:lang w:val="pl-PL"/>
        </w:rPr>
        <w:t>závazně</w:t>
      </w:r>
      <w:proofErr w:type="spellEnd"/>
      <w:r w:rsidRPr="00AD4C67">
        <w:rPr>
          <w:lang w:val="pl-PL"/>
        </w:rPr>
        <w:t xml:space="preserve"> </w:t>
      </w:r>
      <w:proofErr w:type="spellStart"/>
      <w:r w:rsidRPr="00AD4C67">
        <w:rPr>
          <w:lang w:val="pl-PL"/>
        </w:rPr>
        <w:t>objednaných</w:t>
      </w:r>
      <w:proofErr w:type="spellEnd"/>
      <w:r w:rsidRPr="00AD4C67">
        <w:rPr>
          <w:lang w:val="pl-PL"/>
        </w:rPr>
        <w:t xml:space="preserve"> </w:t>
      </w:r>
      <w:proofErr w:type="spellStart"/>
      <w:r w:rsidRPr="00AD4C67">
        <w:rPr>
          <w:lang w:val="pl-PL"/>
        </w:rPr>
        <w:t>služeb</w:t>
      </w:r>
      <w:proofErr w:type="spellEnd"/>
      <w:r w:rsidRPr="00AD4C67">
        <w:rPr>
          <w:lang w:val="pl-PL"/>
        </w:rPr>
        <w:t xml:space="preserve">. </w:t>
      </w:r>
      <w:proofErr w:type="spellStart"/>
      <w:r w:rsidRPr="00AD4C67">
        <w:rPr>
          <w:lang w:val="pl-PL"/>
        </w:rPr>
        <w:t>Vyšší</w:t>
      </w:r>
      <w:proofErr w:type="spellEnd"/>
      <w:r w:rsidRPr="00AD4C67">
        <w:rPr>
          <w:lang w:val="pl-PL"/>
        </w:rPr>
        <w:t xml:space="preserve"> </w:t>
      </w:r>
      <w:proofErr w:type="spellStart"/>
      <w:r w:rsidRPr="00AD4C67">
        <w:rPr>
          <w:lang w:val="pl-PL"/>
        </w:rPr>
        <w:t>počet</w:t>
      </w:r>
      <w:proofErr w:type="spellEnd"/>
      <w:r w:rsidRPr="00AD4C67">
        <w:rPr>
          <w:lang w:val="pl-PL"/>
        </w:rPr>
        <w:t xml:space="preserve"> </w:t>
      </w:r>
      <w:proofErr w:type="spellStart"/>
      <w:r w:rsidRPr="00AD4C67">
        <w:rPr>
          <w:lang w:val="pl-PL"/>
        </w:rPr>
        <w:t>hostů</w:t>
      </w:r>
      <w:proofErr w:type="spellEnd"/>
      <w:r w:rsidRPr="00AD4C67">
        <w:rPr>
          <w:lang w:val="pl-PL"/>
        </w:rPr>
        <w:t xml:space="preserve"> je </w:t>
      </w:r>
      <w:proofErr w:type="spellStart"/>
      <w:r w:rsidRPr="00AD4C67">
        <w:rPr>
          <w:lang w:val="pl-PL"/>
        </w:rPr>
        <w:t>možný</w:t>
      </w:r>
      <w:proofErr w:type="spellEnd"/>
      <w:r w:rsidRPr="00AD4C67">
        <w:rPr>
          <w:lang w:val="pl-PL"/>
        </w:rPr>
        <w:t xml:space="preserve"> </w:t>
      </w:r>
      <w:proofErr w:type="spellStart"/>
      <w:r w:rsidRPr="00AD4C67">
        <w:rPr>
          <w:lang w:val="pl-PL"/>
        </w:rPr>
        <w:t>pouze</w:t>
      </w:r>
      <w:proofErr w:type="spellEnd"/>
      <w:r w:rsidRPr="00AD4C67">
        <w:rPr>
          <w:lang w:val="pl-PL"/>
        </w:rPr>
        <w:t xml:space="preserve"> po </w:t>
      </w:r>
      <w:proofErr w:type="spellStart"/>
      <w:r w:rsidRPr="00AD4C67">
        <w:rPr>
          <w:lang w:val="pl-PL"/>
        </w:rPr>
        <w:t>potvrzení</w:t>
      </w:r>
      <w:proofErr w:type="spellEnd"/>
      <w:r w:rsidRPr="00AD4C67">
        <w:rPr>
          <w:lang w:val="pl-PL"/>
        </w:rPr>
        <w:t xml:space="preserve"> </w:t>
      </w:r>
      <w:proofErr w:type="spellStart"/>
      <w:r w:rsidRPr="00AD4C67">
        <w:rPr>
          <w:lang w:val="pl-PL"/>
        </w:rPr>
        <w:t>kapacity</w:t>
      </w:r>
      <w:proofErr w:type="spellEnd"/>
      <w:r w:rsidRPr="00AD4C67">
        <w:rPr>
          <w:lang w:val="pl-PL"/>
        </w:rPr>
        <w:t xml:space="preserve"> a </w:t>
      </w:r>
      <w:proofErr w:type="spellStart"/>
      <w:r w:rsidRPr="00AD4C67">
        <w:rPr>
          <w:lang w:val="pl-PL"/>
        </w:rPr>
        <w:t>případného</w:t>
      </w:r>
      <w:proofErr w:type="spellEnd"/>
      <w:r w:rsidRPr="00AD4C67">
        <w:rPr>
          <w:lang w:val="pl-PL"/>
        </w:rPr>
        <w:t xml:space="preserve"> </w:t>
      </w:r>
      <w:proofErr w:type="spellStart"/>
      <w:r w:rsidRPr="00AD4C67">
        <w:rPr>
          <w:lang w:val="pl-PL"/>
        </w:rPr>
        <w:t>doplatku</w:t>
      </w:r>
      <w:proofErr w:type="spellEnd"/>
      <w:r w:rsidRPr="00AD4C67">
        <w:rPr>
          <w:lang w:val="pl-PL"/>
        </w:rPr>
        <w:t>.</w:t>
      </w:r>
    </w:p>
    <w:p w14:paraId="11370981" w14:textId="77777777" w:rsidR="006C464F" w:rsidRPr="00AD4C67" w:rsidRDefault="00000000">
      <w:pPr>
        <w:rPr>
          <w:lang w:val="pl-PL"/>
        </w:rPr>
      </w:pPr>
      <w:r w:rsidRPr="00AD4C67">
        <w:rPr>
          <w:lang w:val="pl-PL"/>
        </w:rPr>
        <w:t xml:space="preserve">8.3. </w:t>
      </w:r>
      <w:proofErr w:type="spellStart"/>
      <w:r w:rsidRPr="00AD4C67">
        <w:rPr>
          <w:lang w:val="pl-PL"/>
        </w:rPr>
        <w:t>Oznámí</w:t>
      </w:r>
      <w:proofErr w:type="spellEnd"/>
      <w:r w:rsidRPr="00AD4C67">
        <w:rPr>
          <w:lang w:val="pl-PL"/>
        </w:rPr>
        <w:t xml:space="preserve">-li </w:t>
      </w:r>
      <w:proofErr w:type="spellStart"/>
      <w:r w:rsidRPr="00AD4C67">
        <w:rPr>
          <w:lang w:val="pl-PL"/>
        </w:rPr>
        <w:t>zákazník</w:t>
      </w:r>
      <w:proofErr w:type="spellEnd"/>
      <w:r w:rsidRPr="00AD4C67">
        <w:rPr>
          <w:lang w:val="pl-PL"/>
        </w:rPr>
        <w:t xml:space="preserve"> z </w:t>
      </w:r>
      <w:proofErr w:type="spellStart"/>
      <w:r w:rsidRPr="00AD4C67">
        <w:rPr>
          <w:lang w:val="pl-PL"/>
        </w:rPr>
        <w:t>osobních</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organizačních</w:t>
      </w:r>
      <w:proofErr w:type="spellEnd"/>
      <w:r w:rsidRPr="00AD4C67">
        <w:rPr>
          <w:lang w:val="pl-PL"/>
        </w:rPr>
        <w:t xml:space="preserve"> </w:t>
      </w:r>
      <w:proofErr w:type="spellStart"/>
      <w:r w:rsidRPr="00AD4C67">
        <w:rPr>
          <w:lang w:val="pl-PL"/>
        </w:rPr>
        <w:t>důvodů</w:t>
      </w:r>
      <w:proofErr w:type="spellEnd"/>
      <w:r w:rsidRPr="00AD4C67">
        <w:rPr>
          <w:lang w:val="pl-PL"/>
        </w:rPr>
        <w:t xml:space="preserve"> </w:t>
      </w:r>
      <w:proofErr w:type="spellStart"/>
      <w:r w:rsidRPr="00AD4C67">
        <w:rPr>
          <w:lang w:val="pl-PL"/>
        </w:rPr>
        <w:t>zrušení</w:t>
      </w:r>
      <w:proofErr w:type="spellEnd"/>
      <w:r w:rsidRPr="00AD4C67">
        <w:rPr>
          <w:lang w:val="pl-PL"/>
        </w:rPr>
        <w:t xml:space="preserve"> </w:t>
      </w:r>
      <w:proofErr w:type="spellStart"/>
      <w:r w:rsidRPr="00AD4C67">
        <w:rPr>
          <w:lang w:val="pl-PL"/>
        </w:rPr>
        <w:t>původního</w:t>
      </w:r>
      <w:proofErr w:type="spellEnd"/>
      <w:r w:rsidRPr="00AD4C67">
        <w:rPr>
          <w:lang w:val="pl-PL"/>
        </w:rPr>
        <w:t xml:space="preserve"> </w:t>
      </w:r>
      <w:proofErr w:type="spellStart"/>
      <w:r w:rsidRPr="00AD4C67">
        <w:rPr>
          <w:lang w:val="pl-PL"/>
        </w:rPr>
        <w:t>termínu</w:t>
      </w:r>
      <w:proofErr w:type="spellEnd"/>
      <w:r w:rsidRPr="00AD4C67">
        <w:rPr>
          <w:lang w:val="pl-PL"/>
        </w:rPr>
        <w:t xml:space="preserve"> </w:t>
      </w:r>
      <w:proofErr w:type="spellStart"/>
      <w:r w:rsidRPr="00AD4C67">
        <w:rPr>
          <w:lang w:val="pl-PL"/>
        </w:rPr>
        <w:t>nejpozději</w:t>
      </w:r>
      <w:proofErr w:type="spellEnd"/>
      <w:r w:rsidRPr="00AD4C67">
        <w:rPr>
          <w:lang w:val="pl-PL"/>
        </w:rPr>
        <w:t xml:space="preserve"> 7 </w:t>
      </w:r>
      <w:proofErr w:type="spellStart"/>
      <w:r w:rsidRPr="00AD4C67">
        <w:rPr>
          <w:lang w:val="pl-PL"/>
        </w:rPr>
        <w:t>dní</w:t>
      </w:r>
      <w:proofErr w:type="spellEnd"/>
      <w:r w:rsidRPr="00AD4C67">
        <w:rPr>
          <w:lang w:val="pl-PL"/>
        </w:rPr>
        <w:t xml:space="preserve">, tedy </w:t>
      </w:r>
      <w:proofErr w:type="spellStart"/>
      <w:r w:rsidRPr="00AD4C67">
        <w:rPr>
          <w:lang w:val="pl-PL"/>
        </w:rPr>
        <w:t>alespoň</w:t>
      </w:r>
      <w:proofErr w:type="spellEnd"/>
      <w:r w:rsidRPr="00AD4C67">
        <w:rPr>
          <w:lang w:val="pl-PL"/>
        </w:rPr>
        <w:t xml:space="preserve"> 168 </w:t>
      </w:r>
      <w:proofErr w:type="spellStart"/>
      <w:r w:rsidRPr="00AD4C67">
        <w:rPr>
          <w:lang w:val="pl-PL"/>
        </w:rPr>
        <w:t>hodin</w:t>
      </w:r>
      <w:proofErr w:type="spellEnd"/>
      <w:r w:rsidRPr="00AD4C67">
        <w:rPr>
          <w:lang w:val="pl-PL"/>
        </w:rPr>
        <w:t xml:space="preserve">, </w:t>
      </w:r>
      <w:proofErr w:type="spellStart"/>
      <w:r w:rsidRPr="00AD4C67">
        <w:rPr>
          <w:lang w:val="pl-PL"/>
        </w:rPr>
        <w:t>před</w:t>
      </w:r>
      <w:proofErr w:type="spellEnd"/>
      <w:r w:rsidRPr="00AD4C67">
        <w:rPr>
          <w:lang w:val="pl-PL"/>
        </w:rPr>
        <w:t xml:space="preserve"> </w:t>
      </w:r>
      <w:proofErr w:type="spellStart"/>
      <w:r w:rsidRPr="00AD4C67">
        <w:rPr>
          <w:lang w:val="pl-PL"/>
        </w:rPr>
        <w:t>sjednaným</w:t>
      </w:r>
      <w:proofErr w:type="spellEnd"/>
      <w:r w:rsidRPr="00AD4C67">
        <w:rPr>
          <w:lang w:val="pl-PL"/>
        </w:rPr>
        <w:t xml:space="preserve"> </w:t>
      </w:r>
      <w:proofErr w:type="spellStart"/>
      <w:r w:rsidRPr="00AD4C67">
        <w:rPr>
          <w:lang w:val="pl-PL"/>
        </w:rPr>
        <w:t>začátkem</w:t>
      </w:r>
      <w:proofErr w:type="spellEnd"/>
      <w:r w:rsidRPr="00AD4C67">
        <w:rPr>
          <w:lang w:val="pl-PL"/>
        </w:rPr>
        <w:t xml:space="preserve"> </w:t>
      </w:r>
      <w:proofErr w:type="spellStart"/>
      <w:r w:rsidRPr="00AD4C67">
        <w:rPr>
          <w:lang w:val="pl-PL"/>
        </w:rPr>
        <w:t>akce</w:t>
      </w:r>
      <w:proofErr w:type="spellEnd"/>
      <w:r w:rsidRPr="00AD4C67">
        <w:rPr>
          <w:lang w:val="pl-PL"/>
        </w:rPr>
        <w:t xml:space="preserve">, </w:t>
      </w:r>
      <w:proofErr w:type="spellStart"/>
      <w:r w:rsidRPr="00AD4C67">
        <w:rPr>
          <w:lang w:val="pl-PL"/>
        </w:rPr>
        <w:t>má</w:t>
      </w:r>
      <w:proofErr w:type="spellEnd"/>
      <w:r w:rsidRPr="00AD4C67">
        <w:rPr>
          <w:lang w:val="pl-PL"/>
        </w:rPr>
        <w:t xml:space="preserve"> </w:t>
      </w:r>
      <w:proofErr w:type="spellStart"/>
      <w:r w:rsidRPr="00AD4C67">
        <w:rPr>
          <w:lang w:val="pl-PL"/>
        </w:rPr>
        <w:t>právo</w:t>
      </w:r>
      <w:proofErr w:type="spellEnd"/>
      <w:r w:rsidRPr="00AD4C67">
        <w:rPr>
          <w:lang w:val="pl-PL"/>
        </w:rPr>
        <w:t xml:space="preserve"> </w:t>
      </w:r>
      <w:proofErr w:type="spellStart"/>
      <w:r w:rsidRPr="00AD4C67">
        <w:rPr>
          <w:lang w:val="pl-PL"/>
        </w:rPr>
        <w:t>převést</w:t>
      </w:r>
      <w:proofErr w:type="spellEnd"/>
      <w:r w:rsidRPr="00AD4C67">
        <w:rPr>
          <w:lang w:val="pl-PL"/>
        </w:rPr>
        <w:t xml:space="preserve"> </w:t>
      </w:r>
      <w:proofErr w:type="spellStart"/>
      <w:r w:rsidRPr="00AD4C67">
        <w:rPr>
          <w:lang w:val="pl-PL"/>
        </w:rPr>
        <w:t>uhrazenou</w:t>
      </w:r>
      <w:proofErr w:type="spellEnd"/>
      <w:r w:rsidRPr="00AD4C67">
        <w:rPr>
          <w:lang w:val="pl-PL"/>
        </w:rPr>
        <w:t xml:space="preserve"> </w:t>
      </w:r>
      <w:proofErr w:type="spellStart"/>
      <w:r w:rsidRPr="00AD4C67">
        <w:rPr>
          <w:lang w:val="pl-PL"/>
        </w:rPr>
        <w:t>cenu</w:t>
      </w:r>
      <w:proofErr w:type="spellEnd"/>
      <w:r w:rsidRPr="00AD4C67">
        <w:rPr>
          <w:lang w:val="pl-PL"/>
        </w:rPr>
        <w:t xml:space="preserve"> </w:t>
      </w:r>
      <w:proofErr w:type="spellStart"/>
      <w:r w:rsidRPr="00AD4C67">
        <w:rPr>
          <w:lang w:val="pl-PL"/>
        </w:rPr>
        <w:t>plavby</w:t>
      </w:r>
      <w:proofErr w:type="spellEnd"/>
      <w:r w:rsidRPr="00AD4C67">
        <w:rPr>
          <w:lang w:val="pl-PL"/>
        </w:rPr>
        <w:t xml:space="preserve"> na </w:t>
      </w:r>
      <w:proofErr w:type="spellStart"/>
      <w:r w:rsidRPr="00AD4C67">
        <w:rPr>
          <w:lang w:val="pl-PL"/>
        </w:rPr>
        <w:t>náhradní</w:t>
      </w:r>
      <w:proofErr w:type="spellEnd"/>
      <w:r w:rsidRPr="00AD4C67">
        <w:rPr>
          <w:lang w:val="pl-PL"/>
        </w:rPr>
        <w:t xml:space="preserve"> </w:t>
      </w:r>
      <w:proofErr w:type="spellStart"/>
      <w:r w:rsidRPr="00AD4C67">
        <w:rPr>
          <w:lang w:val="pl-PL"/>
        </w:rPr>
        <w:t>termín</w:t>
      </w:r>
      <w:proofErr w:type="spellEnd"/>
      <w:r w:rsidRPr="00AD4C67">
        <w:rPr>
          <w:lang w:val="pl-PL"/>
        </w:rPr>
        <w:t xml:space="preserve">. Z </w:t>
      </w:r>
      <w:proofErr w:type="spellStart"/>
      <w:r w:rsidRPr="00AD4C67">
        <w:rPr>
          <w:lang w:val="pl-PL"/>
        </w:rPr>
        <w:t>tohoto</w:t>
      </w:r>
      <w:proofErr w:type="spellEnd"/>
      <w:r w:rsidRPr="00AD4C67">
        <w:rPr>
          <w:lang w:val="pl-PL"/>
        </w:rPr>
        <w:t xml:space="preserve"> </w:t>
      </w:r>
      <w:proofErr w:type="spellStart"/>
      <w:r w:rsidRPr="00AD4C67">
        <w:rPr>
          <w:lang w:val="pl-PL"/>
        </w:rPr>
        <w:t>důvodu</w:t>
      </w:r>
      <w:proofErr w:type="spellEnd"/>
      <w:r w:rsidRPr="00AD4C67">
        <w:rPr>
          <w:lang w:val="pl-PL"/>
        </w:rPr>
        <w:t xml:space="preserve"> </w:t>
      </w:r>
      <w:proofErr w:type="spellStart"/>
      <w:r w:rsidRPr="00AD4C67">
        <w:rPr>
          <w:lang w:val="pl-PL"/>
        </w:rPr>
        <w:t>se</w:t>
      </w:r>
      <w:proofErr w:type="spellEnd"/>
      <w:r w:rsidRPr="00AD4C67">
        <w:rPr>
          <w:lang w:val="pl-PL"/>
        </w:rPr>
        <w:t xml:space="preserve"> cena </w:t>
      </w:r>
      <w:proofErr w:type="spellStart"/>
      <w:r w:rsidRPr="00AD4C67">
        <w:rPr>
          <w:lang w:val="pl-PL"/>
        </w:rPr>
        <w:t>plavby</w:t>
      </w:r>
      <w:proofErr w:type="spellEnd"/>
      <w:r w:rsidRPr="00AD4C67">
        <w:rPr>
          <w:lang w:val="pl-PL"/>
        </w:rPr>
        <w:t xml:space="preserve"> </w:t>
      </w:r>
      <w:proofErr w:type="spellStart"/>
      <w:r w:rsidRPr="00AD4C67">
        <w:rPr>
          <w:lang w:val="pl-PL"/>
        </w:rPr>
        <w:t>nevrací</w:t>
      </w:r>
      <w:proofErr w:type="spellEnd"/>
      <w:r w:rsidRPr="00AD4C67">
        <w:rPr>
          <w:lang w:val="pl-PL"/>
        </w:rPr>
        <w:t xml:space="preserve"> v </w:t>
      </w:r>
      <w:proofErr w:type="spellStart"/>
      <w:r w:rsidRPr="00AD4C67">
        <w:rPr>
          <w:lang w:val="pl-PL"/>
        </w:rPr>
        <w:t>penězích</w:t>
      </w:r>
      <w:proofErr w:type="spellEnd"/>
      <w:r w:rsidRPr="00AD4C67">
        <w:rPr>
          <w:lang w:val="pl-PL"/>
        </w:rPr>
        <w:t xml:space="preserve">; v </w:t>
      </w:r>
      <w:proofErr w:type="spellStart"/>
      <w:r w:rsidRPr="00AD4C67">
        <w:rPr>
          <w:lang w:val="pl-PL"/>
        </w:rPr>
        <w:t>plné</w:t>
      </w:r>
      <w:proofErr w:type="spellEnd"/>
      <w:r w:rsidRPr="00AD4C67">
        <w:rPr>
          <w:lang w:val="pl-PL"/>
        </w:rPr>
        <w:t xml:space="preserve"> </w:t>
      </w:r>
      <w:proofErr w:type="spellStart"/>
      <w:r w:rsidRPr="00AD4C67">
        <w:rPr>
          <w:lang w:val="pl-PL"/>
        </w:rPr>
        <w:t>výši</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použije</w:t>
      </w:r>
      <w:proofErr w:type="spellEnd"/>
      <w:r w:rsidRPr="00AD4C67">
        <w:rPr>
          <w:lang w:val="pl-PL"/>
        </w:rPr>
        <w:t xml:space="preserve"> na </w:t>
      </w:r>
      <w:proofErr w:type="spellStart"/>
      <w:r w:rsidRPr="00AD4C67">
        <w:rPr>
          <w:lang w:val="pl-PL"/>
        </w:rPr>
        <w:t>plavbu</w:t>
      </w:r>
      <w:proofErr w:type="spellEnd"/>
      <w:r w:rsidRPr="00AD4C67">
        <w:rPr>
          <w:lang w:val="pl-PL"/>
        </w:rPr>
        <w:t xml:space="preserve"> v </w:t>
      </w:r>
      <w:proofErr w:type="spellStart"/>
      <w:r w:rsidRPr="00AD4C67">
        <w:rPr>
          <w:lang w:val="pl-PL"/>
        </w:rPr>
        <w:t>náhradním</w:t>
      </w:r>
      <w:proofErr w:type="spellEnd"/>
      <w:r w:rsidRPr="00AD4C67">
        <w:rPr>
          <w:lang w:val="pl-PL"/>
        </w:rPr>
        <w:t xml:space="preserve"> </w:t>
      </w:r>
      <w:proofErr w:type="spellStart"/>
      <w:r w:rsidRPr="00AD4C67">
        <w:rPr>
          <w:lang w:val="pl-PL"/>
        </w:rPr>
        <w:t>termínu</w:t>
      </w:r>
      <w:proofErr w:type="spellEnd"/>
      <w:r w:rsidRPr="00AD4C67">
        <w:rPr>
          <w:lang w:val="pl-PL"/>
        </w:rPr>
        <w:t xml:space="preserve">. </w:t>
      </w:r>
      <w:proofErr w:type="spellStart"/>
      <w:r w:rsidRPr="00AD4C67">
        <w:rPr>
          <w:lang w:val="pl-PL"/>
        </w:rPr>
        <w:t>Náhradní</w:t>
      </w:r>
      <w:proofErr w:type="spellEnd"/>
      <w:r w:rsidRPr="00AD4C67">
        <w:rPr>
          <w:lang w:val="pl-PL"/>
        </w:rPr>
        <w:t xml:space="preserve"> </w:t>
      </w:r>
      <w:proofErr w:type="spellStart"/>
      <w:r w:rsidRPr="00AD4C67">
        <w:rPr>
          <w:lang w:val="pl-PL"/>
        </w:rPr>
        <w:t>termín</w:t>
      </w:r>
      <w:proofErr w:type="spellEnd"/>
      <w:r w:rsidRPr="00AD4C67">
        <w:rPr>
          <w:lang w:val="pl-PL"/>
        </w:rPr>
        <w:t xml:space="preserve"> </w:t>
      </w:r>
      <w:proofErr w:type="spellStart"/>
      <w:r w:rsidRPr="00AD4C67">
        <w:rPr>
          <w:lang w:val="pl-PL"/>
        </w:rPr>
        <w:t>strany</w:t>
      </w:r>
      <w:proofErr w:type="spellEnd"/>
      <w:r w:rsidRPr="00AD4C67">
        <w:rPr>
          <w:lang w:val="pl-PL"/>
        </w:rPr>
        <w:t xml:space="preserve"> </w:t>
      </w:r>
      <w:proofErr w:type="spellStart"/>
      <w:r w:rsidRPr="00AD4C67">
        <w:rPr>
          <w:lang w:val="pl-PL"/>
        </w:rPr>
        <w:t>dohodnou</w:t>
      </w:r>
      <w:proofErr w:type="spellEnd"/>
      <w:r w:rsidRPr="00AD4C67">
        <w:rPr>
          <w:lang w:val="pl-PL"/>
        </w:rPr>
        <w:t xml:space="preserve"> podle </w:t>
      </w:r>
      <w:proofErr w:type="spellStart"/>
      <w:r w:rsidRPr="00AD4C67">
        <w:rPr>
          <w:lang w:val="pl-PL"/>
        </w:rPr>
        <w:t>dostupnosti</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nabídne</w:t>
      </w:r>
      <w:proofErr w:type="spellEnd"/>
      <w:r w:rsidRPr="00AD4C67">
        <w:rPr>
          <w:lang w:val="pl-PL"/>
        </w:rPr>
        <w:t xml:space="preserve"> </w:t>
      </w:r>
      <w:proofErr w:type="spellStart"/>
      <w:r w:rsidRPr="00AD4C67">
        <w:rPr>
          <w:lang w:val="pl-PL"/>
        </w:rPr>
        <w:t>reálně</w:t>
      </w:r>
      <w:proofErr w:type="spellEnd"/>
      <w:r w:rsidRPr="00AD4C67">
        <w:rPr>
          <w:lang w:val="pl-PL"/>
        </w:rPr>
        <w:t xml:space="preserve"> </w:t>
      </w:r>
      <w:proofErr w:type="spellStart"/>
      <w:r w:rsidRPr="00AD4C67">
        <w:rPr>
          <w:lang w:val="pl-PL"/>
        </w:rPr>
        <w:t>využitelné</w:t>
      </w:r>
      <w:proofErr w:type="spellEnd"/>
      <w:r w:rsidRPr="00AD4C67">
        <w:rPr>
          <w:lang w:val="pl-PL"/>
        </w:rPr>
        <w:t xml:space="preserve"> </w:t>
      </w:r>
      <w:proofErr w:type="spellStart"/>
      <w:r w:rsidRPr="00AD4C67">
        <w:rPr>
          <w:lang w:val="pl-PL"/>
        </w:rPr>
        <w:t>možnosti</w:t>
      </w:r>
      <w:proofErr w:type="spellEnd"/>
      <w:r w:rsidRPr="00AD4C67">
        <w:rPr>
          <w:lang w:val="pl-PL"/>
        </w:rPr>
        <w:t xml:space="preserve"> v </w:t>
      </w:r>
      <w:proofErr w:type="spellStart"/>
      <w:r w:rsidRPr="00AD4C67">
        <w:rPr>
          <w:lang w:val="pl-PL"/>
        </w:rPr>
        <w:t>přiměřené</w:t>
      </w:r>
      <w:proofErr w:type="spellEnd"/>
      <w:r w:rsidRPr="00AD4C67">
        <w:rPr>
          <w:lang w:val="pl-PL"/>
        </w:rPr>
        <w:t xml:space="preserve"> </w:t>
      </w:r>
      <w:proofErr w:type="spellStart"/>
      <w:r w:rsidRPr="00AD4C67">
        <w:rPr>
          <w:lang w:val="pl-PL"/>
        </w:rPr>
        <w:t>době</w:t>
      </w:r>
      <w:proofErr w:type="spellEnd"/>
      <w:r w:rsidRPr="00AD4C67">
        <w:rPr>
          <w:lang w:val="pl-PL"/>
        </w:rPr>
        <w:t xml:space="preserve">. Za </w:t>
      </w:r>
      <w:proofErr w:type="spellStart"/>
      <w:r w:rsidRPr="00AD4C67">
        <w:rPr>
          <w:lang w:val="pl-PL"/>
        </w:rPr>
        <w:t>samotný</w:t>
      </w:r>
      <w:proofErr w:type="spellEnd"/>
      <w:r w:rsidRPr="00AD4C67">
        <w:rPr>
          <w:lang w:val="pl-PL"/>
        </w:rPr>
        <w:t xml:space="preserve"> </w:t>
      </w:r>
      <w:proofErr w:type="spellStart"/>
      <w:r w:rsidRPr="00AD4C67">
        <w:rPr>
          <w:lang w:val="pl-PL"/>
        </w:rPr>
        <w:t>přesun</w:t>
      </w:r>
      <w:proofErr w:type="spellEnd"/>
      <w:r w:rsidRPr="00AD4C67">
        <w:rPr>
          <w:lang w:val="pl-PL"/>
        </w:rPr>
        <w:t xml:space="preserve"> </w:t>
      </w:r>
      <w:proofErr w:type="spellStart"/>
      <w:r w:rsidRPr="00AD4C67">
        <w:rPr>
          <w:lang w:val="pl-PL"/>
        </w:rPr>
        <w:t>termínu</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neúčtuje</w:t>
      </w:r>
      <w:proofErr w:type="spellEnd"/>
      <w:r w:rsidRPr="00AD4C67">
        <w:rPr>
          <w:lang w:val="pl-PL"/>
        </w:rPr>
        <w:t xml:space="preserve"> </w:t>
      </w:r>
      <w:proofErr w:type="spellStart"/>
      <w:r w:rsidRPr="00AD4C67">
        <w:rPr>
          <w:lang w:val="pl-PL"/>
        </w:rPr>
        <w:t>poplatek</w:t>
      </w:r>
      <w:proofErr w:type="spellEnd"/>
      <w:r w:rsidRPr="00AD4C67">
        <w:rPr>
          <w:lang w:val="pl-PL"/>
        </w:rPr>
        <w:t xml:space="preserve">; </w:t>
      </w:r>
      <w:proofErr w:type="spellStart"/>
      <w:r w:rsidRPr="00AD4C67">
        <w:rPr>
          <w:lang w:val="pl-PL"/>
        </w:rPr>
        <w:t>případnou</w:t>
      </w:r>
      <w:proofErr w:type="spellEnd"/>
      <w:r w:rsidRPr="00AD4C67">
        <w:rPr>
          <w:lang w:val="pl-PL"/>
        </w:rPr>
        <w:t xml:space="preserve"> </w:t>
      </w:r>
      <w:proofErr w:type="spellStart"/>
      <w:r w:rsidRPr="00AD4C67">
        <w:rPr>
          <w:lang w:val="pl-PL"/>
        </w:rPr>
        <w:t>změnu</w:t>
      </w:r>
      <w:proofErr w:type="spellEnd"/>
      <w:r w:rsidRPr="00AD4C67">
        <w:rPr>
          <w:lang w:val="pl-PL"/>
        </w:rPr>
        <w:t xml:space="preserve"> </w:t>
      </w:r>
      <w:proofErr w:type="spellStart"/>
      <w:r w:rsidRPr="00AD4C67">
        <w:rPr>
          <w:lang w:val="pl-PL"/>
        </w:rPr>
        <w:t>rozsahu</w:t>
      </w:r>
      <w:proofErr w:type="spellEnd"/>
      <w:r w:rsidRPr="00AD4C67">
        <w:rPr>
          <w:lang w:val="pl-PL"/>
        </w:rPr>
        <w:t xml:space="preserve"> </w:t>
      </w:r>
      <w:proofErr w:type="spellStart"/>
      <w:r w:rsidRPr="00AD4C67">
        <w:rPr>
          <w:lang w:val="pl-PL"/>
        </w:rPr>
        <w:t>služby</w:t>
      </w:r>
      <w:proofErr w:type="spellEnd"/>
      <w:r w:rsidRPr="00AD4C67">
        <w:rPr>
          <w:lang w:val="pl-PL"/>
        </w:rPr>
        <w:t xml:space="preserve"> a ceny </w:t>
      </w:r>
      <w:proofErr w:type="spellStart"/>
      <w:r w:rsidRPr="00AD4C67">
        <w:rPr>
          <w:lang w:val="pl-PL"/>
        </w:rPr>
        <w:t>musí</w:t>
      </w:r>
      <w:proofErr w:type="spellEnd"/>
      <w:r w:rsidRPr="00AD4C67">
        <w:rPr>
          <w:lang w:val="pl-PL"/>
        </w:rPr>
        <w:t xml:space="preserve"> </w:t>
      </w:r>
      <w:proofErr w:type="spellStart"/>
      <w:r w:rsidRPr="00AD4C67">
        <w:rPr>
          <w:lang w:val="pl-PL"/>
        </w:rPr>
        <w:t>zákazník</w:t>
      </w:r>
      <w:proofErr w:type="spellEnd"/>
      <w:r w:rsidRPr="00AD4C67">
        <w:rPr>
          <w:lang w:val="pl-PL"/>
        </w:rPr>
        <w:t xml:space="preserve"> </w:t>
      </w:r>
      <w:proofErr w:type="spellStart"/>
      <w:r w:rsidRPr="00AD4C67">
        <w:rPr>
          <w:lang w:val="pl-PL"/>
        </w:rPr>
        <w:t>předem</w:t>
      </w:r>
      <w:proofErr w:type="spellEnd"/>
      <w:r w:rsidRPr="00AD4C67">
        <w:rPr>
          <w:lang w:val="pl-PL"/>
        </w:rPr>
        <w:t xml:space="preserve"> </w:t>
      </w:r>
      <w:proofErr w:type="spellStart"/>
      <w:r w:rsidRPr="00AD4C67">
        <w:rPr>
          <w:lang w:val="pl-PL"/>
        </w:rPr>
        <w:t>odsouhlasit</w:t>
      </w:r>
      <w:proofErr w:type="spellEnd"/>
      <w:r w:rsidRPr="00AD4C67">
        <w:rPr>
          <w:lang w:val="pl-PL"/>
        </w:rPr>
        <w:t xml:space="preserve">. </w:t>
      </w:r>
      <w:proofErr w:type="spellStart"/>
      <w:r w:rsidRPr="00AD4C67">
        <w:rPr>
          <w:lang w:val="pl-PL"/>
        </w:rPr>
        <w:t>Pravidlo</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obdobně</w:t>
      </w:r>
      <w:proofErr w:type="spellEnd"/>
      <w:r w:rsidRPr="00AD4C67">
        <w:rPr>
          <w:lang w:val="pl-PL"/>
        </w:rPr>
        <w:t xml:space="preserve"> </w:t>
      </w:r>
      <w:proofErr w:type="spellStart"/>
      <w:r w:rsidRPr="00AD4C67">
        <w:rPr>
          <w:lang w:val="pl-PL"/>
        </w:rPr>
        <w:t>použije</w:t>
      </w:r>
      <w:proofErr w:type="spellEnd"/>
      <w:r w:rsidRPr="00AD4C67">
        <w:rPr>
          <w:lang w:val="pl-PL"/>
        </w:rPr>
        <w:t xml:space="preserve"> na </w:t>
      </w:r>
      <w:proofErr w:type="spellStart"/>
      <w:r w:rsidRPr="00AD4C67">
        <w:rPr>
          <w:lang w:val="pl-PL"/>
        </w:rPr>
        <w:t>samostatnou</w:t>
      </w:r>
      <w:proofErr w:type="spellEnd"/>
      <w:r w:rsidRPr="00AD4C67">
        <w:rPr>
          <w:lang w:val="pl-PL"/>
        </w:rPr>
        <w:t xml:space="preserve"> </w:t>
      </w:r>
      <w:proofErr w:type="spellStart"/>
      <w:r w:rsidRPr="00AD4C67">
        <w:rPr>
          <w:lang w:val="pl-PL"/>
        </w:rPr>
        <w:t>akci</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stání</w:t>
      </w:r>
      <w:proofErr w:type="spellEnd"/>
      <w:r w:rsidRPr="00AD4C67">
        <w:rPr>
          <w:lang w:val="pl-PL"/>
        </w:rPr>
        <w:t>.</w:t>
      </w:r>
    </w:p>
    <w:p w14:paraId="1554826F" w14:textId="77777777" w:rsidR="006C464F" w:rsidRPr="00AD4C67" w:rsidRDefault="00000000">
      <w:pPr>
        <w:rPr>
          <w:lang w:val="pl-PL"/>
        </w:rPr>
      </w:pPr>
      <w:r w:rsidRPr="00AD4C67">
        <w:rPr>
          <w:lang w:val="pl-PL"/>
        </w:rPr>
        <w:t xml:space="preserve">8.4. </w:t>
      </w:r>
      <w:proofErr w:type="spellStart"/>
      <w:r w:rsidRPr="00AD4C67">
        <w:rPr>
          <w:lang w:val="pl-PL"/>
        </w:rPr>
        <w:t>Oznámí</w:t>
      </w:r>
      <w:proofErr w:type="spellEnd"/>
      <w:r w:rsidRPr="00AD4C67">
        <w:rPr>
          <w:lang w:val="pl-PL"/>
        </w:rPr>
        <w:t xml:space="preserve">-li </w:t>
      </w:r>
      <w:proofErr w:type="spellStart"/>
      <w:r w:rsidRPr="00AD4C67">
        <w:rPr>
          <w:lang w:val="pl-PL"/>
        </w:rPr>
        <w:t>zákazník</w:t>
      </w:r>
      <w:proofErr w:type="spellEnd"/>
      <w:r w:rsidRPr="00AD4C67">
        <w:rPr>
          <w:lang w:val="pl-PL"/>
        </w:rPr>
        <w:t xml:space="preserve"> z </w:t>
      </w:r>
      <w:proofErr w:type="spellStart"/>
      <w:r w:rsidRPr="00AD4C67">
        <w:rPr>
          <w:lang w:val="pl-PL"/>
        </w:rPr>
        <w:t>důvodů</w:t>
      </w:r>
      <w:proofErr w:type="spellEnd"/>
      <w:r w:rsidRPr="00AD4C67">
        <w:rPr>
          <w:lang w:val="pl-PL"/>
        </w:rPr>
        <w:t xml:space="preserve"> na </w:t>
      </w:r>
      <w:proofErr w:type="spellStart"/>
      <w:r w:rsidRPr="00AD4C67">
        <w:rPr>
          <w:lang w:val="pl-PL"/>
        </w:rPr>
        <w:t>své</w:t>
      </w:r>
      <w:proofErr w:type="spellEnd"/>
      <w:r w:rsidRPr="00AD4C67">
        <w:rPr>
          <w:lang w:val="pl-PL"/>
        </w:rPr>
        <w:t xml:space="preserve"> </w:t>
      </w:r>
      <w:proofErr w:type="spellStart"/>
      <w:r w:rsidRPr="00AD4C67">
        <w:rPr>
          <w:lang w:val="pl-PL"/>
        </w:rPr>
        <w:t>straně</w:t>
      </w:r>
      <w:proofErr w:type="spellEnd"/>
      <w:r w:rsidRPr="00AD4C67">
        <w:rPr>
          <w:lang w:val="pl-PL"/>
        </w:rPr>
        <w:t xml:space="preserve"> </w:t>
      </w:r>
      <w:proofErr w:type="spellStart"/>
      <w:r w:rsidRPr="00AD4C67">
        <w:rPr>
          <w:lang w:val="pl-PL"/>
        </w:rPr>
        <w:t>zrušení</w:t>
      </w:r>
      <w:proofErr w:type="spellEnd"/>
      <w:r w:rsidRPr="00AD4C67">
        <w:rPr>
          <w:lang w:val="pl-PL"/>
        </w:rPr>
        <w:t xml:space="preserve"> </w:t>
      </w:r>
      <w:proofErr w:type="spellStart"/>
      <w:r w:rsidRPr="00AD4C67">
        <w:rPr>
          <w:lang w:val="pl-PL"/>
        </w:rPr>
        <w:t>alespoň</w:t>
      </w:r>
      <w:proofErr w:type="spellEnd"/>
      <w:r w:rsidRPr="00AD4C67">
        <w:rPr>
          <w:lang w:val="pl-PL"/>
        </w:rPr>
        <w:t xml:space="preserve"> 24 </w:t>
      </w:r>
      <w:proofErr w:type="spellStart"/>
      <w:r w:rsidRPr="00AD4C67">
        <w:rPr>
          <w:lang w:val="pl-PL"/>
        </w:rPr>
        <w:t>hodin</w:t>
      </w:r>
      <w:proofErr w:type="spellEnd"/>
      <w:r w:rsidRPr="00AD4C67">
        <w:rPr>
          <w:lang w:val="pl-PL"/>
        </w:rPr>
        <w:t xml:space="preserve">, ale </w:t>
      </w:r>
      <w:proofErr w:type="spellStart"/>
      <w:r w:rsidRPr="00AD4C67">
        <w:rPr>
          <w:lang w:val="pl-PL"/>
        </w:rPr>
        <w:t>méně</w:t>
      </w:r>
      <w:proofErr w:type="spellEnd"/>
      <w:r w:rsidRPr="00AD4C67">
        <w:rPr>
          <w:lang w:val="pl-PL"/>
        </w:rPr>
        <w:t xml:space="preserve"> </w:t>
      </w:r>
      <w:proofErr w:type="spellStart"/>
      <w:r w:rsidRPr="00AD4C67">
        <w:rPr>
          <w:lang w:val="pl-PL"/>
        </w:rPr>
        <w:t>než</w:t>
      </w:r>
      <w:proofErr w:type="spellEnd"/>
      <w:r w:rsidRPr="00AD4C67">
        <w:rPr>
          <w:lang w:val="pl-PL"/>
        </w:rPr>
        <w:t xml:space="preserve"> 168 </w:t>
      </w:r>
      <w:proofErr w:type="spellStart"/>
      <w:r w:rsidRPr="00AD4C67">
        <w:rPr>
          <w:lang w:val="pl-PL"/>
        </w:rPr>
        <w:t>hodin</w:t>
      </w:r>
      <w:proofErr w:type="spellEnd"/>
      <w:r w:rsidRPr="00AD4C67">
        <w:rPr>
          <w:lang w:val="pl-PL"/>
        </w:rPr>
        <w:t xml:space="preserve"> </w:t>
      </w:r>
      <w:proofErr w:type="spellStart"/>
      <w:r w:rsidRPr="00AD4C67">
        <w:rPr>
          <w:lang w:val="pl-PL"/>
        </w:rPr>
        <w:t>před</w:t>
      </w:r>
      <w:proofErr w:type="spellEnd"/>
      <w:r w:rsidRPr="00AD4C67">
        <w:rPr>
          <w:lang w:val="pl-PL"/>
        </w:rPr>
        <w:t xml:space="preserve"> </w:t>
      </w:r>
      <w:proofErr w:type="spellStart"/>
      <w:r w:rsidRPr="00AD4C67">
        <w:rPr>
          <w:lang w:val="pl-PL"/>
        </w:rPr>
        <w:t>sjednaným</w:t>
      </w:r>
      <w:proofErr w:type="spellEnd"/>
      <w:r w:rsidRPr="00AD4C67">
        <w:rPr>
          <w:lang w:val="pl-PL"/>
        </w:rPr>
        <w:t xml:space="preserve"> </w:t>
      </w:r>
      <w:proofErr w:type="spellStart"/>
      <w:r w:rsidRPr="00AD4C67">
        <w:rPr>
          <w:lang w:val="pl-PL"/>
        </w:rPr>
        <w:t>začátkem</w:t>
      </w:r>
      <w:proofErr w:type="spellEnd"/>
      <w:r w:rsidRPr="00AD4C67">
        <w:rPr>
          <w:lang w:val="pl-PL"/>
        </w:rPr>
        <w:t xml:space="preserve"> </w:t>
      </w:r>
      <w:proofErr w:type="spellStart"/>
      <w:r w:rsidRPr="00AD4C67">
        <w:rPr>
          <w:lang w:val="pl-PL"/>
        </w:rPr>
        <w:t>akce</w:t>
      </w:r>
      <w:proofErr w:type="spellEnd"/>
      <w:r w:rsidRPr="00AD4C67">
        <w:rPr>
          <w:lang w:val="pl-PL"/>
        </w:rPr>
        <w:t xml:space="preserve">, </w:t>
      </w:r>
      <w:proofErr w:type="spellStart"/>
      <w:r w:rsidRPr="00AD4C67">
        <w:rPr>
          <w:lang w:val="pl-PL"/>
        </w:rPr>
        <w:t>sjednává</w:t>
      </w:r>
      <w:proofErr w:type="spellEnd"/>
      <w:r w:rsidRPr="00AD4C67">
        <w:rPr>
          <w:lang w:val="pl-PL"/>
        </w:rPr>
        <w:t xml:space="preserve"> </w:t>
      </w:r>
      <w:proofErr w:type="spellStart"/>
      <w:r w:rsidRPr="00AD4C67">
        <w:rPr>
          <w:lang w:val="pl-PL"/>
        </w:rPr>
        <w:t>se</w:t>
      </w:r>
      <w:proofErr w:type="spellEnd"/>
      <w:r w:rsidRPr="00AD4C67">
        <w:rPr>
          <w:lang w:val="pl-PL"/>
        </w:rPr>
        <w:t xml:space="preserve"> storno </w:t>
      </w:r>
      <w:proofErr w:type="spellStart"/>
      <w:r w:rsidRPr="00AD4C67">
        <w:rPr>
          <w:lang w:val="pl-PL"/>
        </w:rPr>
        <w:t>poplatek</w:t>
      </w:r>
      <w:proofErr w:type="spellEnd"/>
      <w:r w:rsidRPr="00AD4C67">
        <w:rPr>
          <w:lang w:val="pl-PL"/>
        </w:rPr>
        <w:t xml:space="preserve"> </w:t>
      </w:r>
      <w:proofErr w:type="spellStart"/>
      <w:r w:rsidRPr="00AD4C67">
        <w:rPr>
          <w:lang w:val="pl-PL"/>
        </w:rPr>
        <w:t>ve</w:t>
      </w:r>
      <w:proofErr w:type="spellEnd"/>
      <w:r w:rsidRPr="00AD4C67">
        <w:rPr>
          <w:lang w:val="pl-PL"/>
        </w:rPr>
        <w:t xml:space="preserve"> </w:t>
      </w:r>
      <w:proofErr w:type="spellStart"/>
      <w:r w:rsidRPr="00AD4C67">
        <w:rPr>
          <w:lang w:val="pl-PL"/>
        </w:rPr>
        <w:t>výši</w:t>
      </w:r>
      <w:proofErr w:type="spellEnd"/>
      <w:r w:rsidRPr="00AD4C67">
        <w:rPr>
          <w:lang w:val="pl-PL"/>
        </w:rPr>
        <w:t xml:space="preserve"> 50 % ceny </w:t>
      </w:r>
      <w:proofErr w:type="spellStart"/>
      <w:r w:rsidRPr="00AD4C67">
        <w:rPr>
          <w:lang w:val="pl-PL"/>
        </w:rPr>
        <w:t>rezervované</w:t>
      </w:r>
      <w:proofErr w:type="spellEnd"/>
      <w:r w:rsidRPr="00AD4C67">
        <w:rPr>
          <w:lang w:val="pl-PL"/>
        </w:rPr>
        <w:t xml:space="preserve"> </w:t>
      </w:r>
      <w:proofErr w:type="spellStart"/>
      <w:r w:rsidRPr="00AD4C67">
        <w:rPr>
          <w:lang w:val="pl-PL"/>
        </w:rPr>
        <w:t>plavby</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samostatného</w:t>
      </w:r>
      <w:proofErr w:type="spellEnd"/>
      <w:r w:rsidRPr="00AD4C67">
        <w:rPr>
          <w:lang w:val="pl-PL"/>
        </w:rPr>
        <w:t xml:space="preserve"> </w:t>
      </w:r>
      <w:proofErr w:type="spellStart"/>
      <w:r w:rsidRPr="00AD4C67">
        <w:rPr>
          <w:lang w:val="pl-PL"/>
        </w:rPr>
        <w:t>využití</w:t>
      </w:r>
      <w:proofErr w:type="spellEnd"/>
      <w:r w:rsidRPr="00AD4C67">
        <w:rPr>
          <w:lang w:val="pl-PL"/>
        </w:rPr>
        <w:t xml:space="preserve"> </w:t>
      </w:r>
      <w:proofErr w:type="spellStart"/>
      <w:r w:rsidRPr="00AD4C67">
        <w:rPr>
          <w:lang w:val="pl-PL"/>
        </w:rPr>
        <w:t>plavidla</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stání</w:t>
      </w:r>
      <w:proofErr w:type="spellEnd"/>
      <w:r w:rsidRPr="00AD4C67">
        <w:rPr>
          <w:lang w:val="pl-PL"/>
        </w:rPr>
        <w:t xml:space="preserve">. </w:t>
      </w:r>
      <w:proofErr w:type="spellStart"/>
      <w:r w:rsidRPr="00AD4C67">
        <w:rPr>
          <w:lang w:val="pl-PL"/>
        </w:rPr>
        <w:t>Poplatek</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započítá</w:t>
      </w:r>
      <w:proofErr w:type="spellEnd"/>
      <w:r w:rsidRPr="00AD4C67">
        <w:rPr>
          <w:lang w:val="pl-PL"/>
        </w:rPr>
        <w:t xml:space="preserve"> </w:t>
      </w:r>
      <w:proofErr w:type="spellStart"/>
      <w:r w:rsidRPr="00AD4C67">
        <w:rPr>
          <w:lang w:val="pl-PL"/>
        </w:rPr>
        <w:t>proti</w:t>
      </w:r>
      <w:proofErr w:type="spellEnd"/>
      <w:r w:rsidRPr="00AD4C67">
        <w:rPr>
          <w:lang w:val="pl-PL"/>
        </w:rPr>
        <w:t xml:space="preserve"> </w:t>
      </w:r>
      <w:proofErr w:type="spellStart"/>
      <w:r w:rsidRPr="00AD4C67">
        <w:rPr>
          <w:lang w:val="pl-PL"/>
        </w:rPr>
        <w:t>uhrazené</w:t>
      </w:r>
      <w:proofErr w:type="spellEnd"/>
      <w:r w:rsidRPr="00AD4C67">
        <w:rPr>
          <w:lang w:val="pl-PL"/>
        </w:rPr>
        <w:t xml:space="preserve"> </w:t>
      </w:r>
      <w:proofErr w:type="spellStart"/>
      <w:r w:rsidRPr="00AD4C67">
        <w:rPr>
          <w:lang w:val="pl-PL"/>
        </w:rPr>
        <w:t>záloze</w:t>
      </w:r>
      <w:proofErr w:type="spellEnd"/>
      <w:r w:rsidRPr="00AD4C67">
        <w:rPr>
          <w:lang w:val="pl-PL"/>
        </w:rPr>
        <w:t xml:space="preserve"> a </w:t>
      </w:r>
      <w:proofErr w:type="spellStart"/>
      <w:r w:rsidRPr="00AD4C67">
        <w:rPr>
          <w:lang w:val="pl-PL"/>
        </w:rPr>
        <w:t>zbývající</w:t>
      </w:r>
      <w:proofErr w:type="spellEnd"/>
      <w:r w:rsidRPr="00AD4C67">
        <w:rPr>
          <w:lang w:val="pl-PL"/>
        </w:rPr>
        <w:t xml:space="preserve"> </w:t>
      </w:r>
      <w:proofErr w:type="spellStart"/>
      <w:r w:rsidRPr="00AD4C67">
        <w:rPr>
          <w:lang w:val="pl-PL"/>
        </w:rPr>
        <w:t>nevyčerpaná</w:t>
      </w:r>
      <w:proofErr w:type="spellEnd"/>
      <w:r w:rsidRPr="00AD4C67">
        <w:rPr>
          <w:lang w:val="pl-PL"/>
        </w:rPr>
        <w:t xml:space="preserve"> </w:t>
      </w:r>
      <w:proofErr w:type="spellStart"/>
      <w:r w:rsidRPr="00AD4C67">
        <w:rPr>
          <w:lang w:val="pl-PL"/>
        </w:rPr>
        <w:t>část</w:t>
      </w:r>
      <w:proofErr w:type="spellEnd"/>
      <w:r w:rsidRPr="00AD4C67">
        <w:rPr>
          <w:lang w:val="pl-PL"/>
        </w:rPr>
        <w:t xml:space="preserve"> ceny </w:t>
      </w:r>
      <w:proofErr w:type="spellStart"/>
      <w:r w:rsidRPr="00AD4C67">
        <w:rPr>
          <w:lang w:val="pl-PL"/>
        </w:rPr>
        <w:t>se</w:t>
      </w:r>
      <w:proofErr w:type="spellEnd"/>
      <w:r w:rsidRPr="00AD4C67">
        <w:rPr>
          <w:lang w:val="pl-PL"/>
        </w:rPr>
        <w:t xml:space="preserve"> </w:t>
      </w:r>
      <w:proofErr w:type="spellStart"/>
      <w:r w:rsidRPr="00AD4C67">
        <w:rPr>
          <w:lang w:val="pl-PL"/>
        </w:rPr>
        <w:t>vrátí</w:t>
      </w:r>
      <w:proofErr w:type="spellEnd"/>
      <w:r w:rsidRPr="00AD4C67">
        <w:rPr>
          <w:lang w:val="pl-PL"/>
        </w:rPr>
        <w:t xml:space="preserve"> </w:t>
      </w:r>
      <w:proofErr w:type="spellStart"/>
      <w:r w:rsidRPr="00AD4C67">
        <w:rPr>
          <w:lang w:val="pl-PL"/>
        </w:rPr>
        <w:t>nejpozději</w:t>
      </w:r>
      <w:proofErr w:type="spellEnd"/>
      <w:r w:rsidRPr="00AD4C67">
        <w:rPr>
          <w:lang w:val="pl-PL"/>
        </w:rPr>
        <w:t xml:space="preserve"> do 14 </w:t>
      </w:r>
      <w:proofErr w:type="spellStart"/>
      <w:r w:rsidRPr="00AD4C67">
        <w:rPr>
          <w:lang w:val="pl-PL"/>
        </w:rPr>
        <w:t>dnů</w:t>
      </w:r>
      <w:proofErr w:type="spellEnd"/>
      <w:r w:rsidRPr="00AD4C67">
        <w:rPr>
          <w:lang w:val="pl-PL"/>
        </w:rPr>
        <w:t xml:space="preserve"> od </w:t>
      </w:r>
      <w:proofErr w:type="spellStart"/>
      <w:r w:rsidRPr="00AD4C67">
        <w:rPr>
          <w:lang w:val="pl-PL"/>
        </w:rPr>
        <w:t>doručení</w:t>
      </w:r>
      <w:proofErr w:type="spellEnd"/>
      <w:r w:rsidRPr="00AD4C67">
        <w:rPr>
          <w:lang w:val="pl-PL"/>
        </w:rPr>
        <w:t xml:space="preserve"> </w:t>
      </w:r>
      <w:proofErr w:type="spellStart"/>
      <w:r w:rsidRPr="00AD4C67">
        <w:rPr>
          <w:lang w:val="pl-PL"/>
        </w:rPr>
        <w:t>zrušení</w:t>
      </w:r>
      <w:proofErr w:type="spellEnd"/>
      <w:r w:rsidRPr="00AD4C67">
        <w:rPr>
          <w:lang w:val="pl-PL"/>
        </w:rPr>
        <w:t xml:space="preserve">, s </w:t>
      </w:r>
      <w:proofErr w:type="spellStart"/>
      <w:r w:rsidRPr="00AD4C67">
        <w:rPr>
          <w:lang w:val="pl-PL"/>
        </w:rPr>
        <w:t>přihlédnutím</w:t>
      </w:r>
      <w:proofErr w:type="spellEnd"/>
      <w:r w:rsidRPr="00AD4C67">
        <w:rPr>
          <w:lang w:val="pl-PL"/>
        </w:rPr>
        <w:t xml:space="preserve"> k </w:t>
      </w:r>
      <w:proofErr w:type="spellStart"/>
      <w:r w:rsidRPr="00AD4C67">
        <w:rPr>
          <w:lang w:val="pl-PL"/>
        </w:rPr>
        <w:t>článku</w:t>
      </w:r>
      <w:proofErr w:type="spellEnd"/>
      <w:r w:rsidRPr="00AD4C67">
        <w:rPr>
          <w:lang w:val="pl-PL"/>
        </w:rPr>
        <w:t xml:space="preserve"> 8.7. Tato </w:t>
      </w:r>
      <w:proofErr w:type="spellStart"/>
      <w:r w:rsidRPr="00AD4C67">
        <w:rPr>
          <w:lang w:val="pl-PL"/>
        </w:rPr>
        <w:t>sazba</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nevztahuje</w:t>
      </w:r>
      <w:proofErr w:type="spellEnd"/>
      <w:r w:rsidRPr="00AD4C67">
        <w:rPr>
          <w:lang w:val="pl-PL"/>
        </w:rPr>
        <w:t xml:space="preserve"> na </w:t>
      </w:r>
      <w:proofErr w:type="spellStart"/>
      <w:r w:rsidRPr="00AD4C67">
        <w:rPr>
          <w:lang w:val="pl-PL"/>
        </w:rPr>
        <w:t>zrušení</w:t>
      </w:r>
      <w:proofErr w:type="spellEnd"/>
      <w:r w:rsidRPr="00AD4C67">
        <w:rPr>
          <w:lang w:val="pl-PL"/>
        </w:rPr>
        <w:t xml:space="preserve"> </w:t>
      </w:r>
      <w:proofErr w:type="spellStart"/>
      <w:r w:rsidRPr="00AD4C67">
        <w:rPr>
          <w:lang w:val="pl-PL"/>
        </w:rPr>
        <w:t>poskytovatelem</w:t>
      </w:r>
      <w:proofErr w:type="spellEnd"/>
      <w:r w:rsidRPr="00AD4C67">
        <w:rPr>
          <w:lang w:val="pl-PL"/>
        </w:rPr>
        <w:t xml:space="preserve">, </w:t>
      </w:r>
      <w:proofErr w:type="spellStart"/>
      <w:r w:rsidRPr="00AD4C67">
        <w:rPr>
          <w:lang w:val="pl-PL"/>
        </w:rPr>
        <w:t>oprávněné</w:t>
      </w:r>
      <w:proofErr w:type="spellEnd"/>
      <w:r w:rsidRPr="00AD4C67">
        <w:rPr>
          <w:lang w:val="pl-PL"/>
        </w:rPr>
        <w:t xml:space="preserve"> </w:t>
      </w:r>
      <w:proofErr w:type="spellStart"/>
      <w:r w:rsidRPr="00AD4C67">
        <w:rPr>
          <w:lang w:val="pl-PL"/>
        </w:rPr>
        <w:t>zákonné</w:t>
      </w:r>
      <w:proofErr w:type="spellEnd"/>
      <w:r w:rsidRPr="00AD4C67">
        <w:rPr>
          <w:lang w:val="pl-PL"/>
        </w:rPr>
        <w:t xml:space="preserve"> </w:t>
      </w:r>
      <w:proofErr w:type="spellStart"/>
      <w:r w:rsidRPr="00AD4C67">
        <w:rPr>
          <w:lang w:val="pl-PL"/>
        </w:rPr>
        <w:t>odstoupení</w:t>
      </w:r>
      <w:proofErr w:type="spellEnd"/>
      <w:r w:rsidRPr="00AD4C67">
        <w:rPr>
          <w:lang w:val="pl-PL"/>
        </w:rPr>
        <w:t xml:space="preserve"> ani </w:t>
      </w:r>
      <w:proofErr w:type="spellStart"/>
      <w:r w:rsidRPr="00AD4C67">
        <w:rPr>
          <w:lang w:val="pl-PL"/>
        </w:rPr>
        <w:t>jiný</w:t>
      </w:r>
      <w:proofErr w:type="spellEnd"/>
      <w:r w:rsidRPr="00AD4C67">
        <w:rPr>
          <w:lang w:val="pl-PL"/>
        </w:rPr>
        <w:t xml:space="preserve"> </w:t>
      </w:r>
      <w:proofErr w:type="spellStart"/>
      <w:r w:rsidRPr="00AD4C67">
        <w:rPr>
          <w:lang w:val="pl-PL"/>
        </w:rPr>
        <w:t>důvod</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kterém</w:t>
      </w:r>
      <w:proofErr w:type="spellEnd"/>
      <w:r w:rsidRPr="00AD4C67">
        <w:rPr>
          <w:lang w:val="pl-PL"/>
        </w:rPr>
        <w:t xml:space="preserve"> </w:t>
      </w:r>
      <w:proofErr w:type="spellStart"/>
      <w:r w:rsidRPr="00AD4C67">
        <w:rPr>
          <w:lang w:val="pl-PL"/>
        </w:rPr>
        <w:t>zákon</w:t>
      </w:r>
      <w:proofErr w:type="spellEnd"/>
      <w:r w:rsidRPr="00AD4C67">
        <w:rPr>
          <w:lang w:val="pl-PL"/>
        </w:rPr>
        <w:t xml:space="preserve"> </w:t>
      </w:r>
      <w:proofErr w:type="spellStart"/>
      <w:r w:rsidRPr="00AD4C67">
        <w:rPr>
          <w:lang w:val="pl-PL"/>
        </w:rPr>
        <w:t>ukládá</w:t>
      </w:r>
      <w:proofErr w:type="spellEnd"/>
      <w:r w:rsidRPr="00AD4C67">
        <w:rPr>
          <w:lang w:val="pl-PL"/>
        </w:rPr>
        <w:t xml:space="preserve"> </w:t>
      </w:r>
      <w:proofErr w:type="spellStart"/>
      <w:r w:rsidRPr="00AD4C67">
        <w:rPr>
          <w:lang w:val="pl-PL"/>
        </w:rPr>
        <w:t>vrátit</w:t>
      </w:r>
      <w:proofErr w:type="spellEnd"/>
      <w:r w:rsidRPr="00AD4C67">
        <w:rPr>
          <w:lang w:val="pl-PL"/>
        </w:rPr>
        <w:t xml:space="preserve"> </w:t>
      </w:r>
      <w:proofErr w:type="spellStart"/>
      <w:r w:rsidRPr="00AD4C67">
        <w:rPr>
          <w:lang w:val="pl-PL"/>
        </w:rPr>
        <w:t>cenu</w:t>
      </w:r>
      <w:proofErr w:type="spellEnd"/>
      <w:r w:rsidRPr="00AD4C67">
        <w:rPr>
          <w:lang w:val="pl-PL"/>
        </w:rPr>
        <w:t xml:space="preserve">. </w:t>
      </w:r>
      <w:proofErr w:type="spellStart"/>
      <w:r w:rsidRPr="00AD4C67">
        <w:rPr>
          <w:lang w:val="pl-PL"/>
        </w:rPr>
        <w:t>Přesun</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jiné</w:t>
      </w:r>
      <w:proofErr w:type="spellEnd"/>
      <w:r w:rsidRPr="00AD4C67">
        <w:rPr>
          <w:lang w:val="pl-PL"/>
        </w:rPr>
        <w:t xml:space="preserve"> </w:t>
      </w:r>
      <w:proofErr w:type="spellStart"/>
      <w:r w:rsidRPr="00AD4C67">
        <w:rPr>
          <w:lang w:val="pl-PL"/>
        </w:rPr>
        <w:t>vypořádání</w:t>
      </w:r>
      <w:proofErr w:type="spellEnd"/>
      <w:r w:rsidRPr="00AD4C67">
        <w:rPr>
          <w:lang w:val="pl-PL"/>
        </w:rPr>
        <w:t xml:space="preserve"> </w:t>
      </w:r>
      <w:proofErr w:type="spellStart"/>
      <w:r w:rsidRPr="00AD4C67">
        <w:rPr>
          <w:lang w:val="pl-PL"/>
        </w:rPr>
        <w:t>lze</w:t>
      </w:r>
      <w:proofErr w:type="spellEnd"/>
      <w:r w:rsidRPr="00AD4C67">
        <w:rPr>
          <w:lang w:val="pl-PL"/>
        </w:rPr>
        <w:t xml:space="preserve"> </w:t>
      </w:r>
      <w:proofErr w:type="spellStart"/>
      <w:r w:rsidRPr="00AD4C67">
        <w:rPr>
          <w:lang w:val="pl-PL"/>
        </w:rPr>
        <w:t>sjednat</w:t>
      </w:r>
      <w:proofErr w:type="spellEnd"/>
      <w:r w:rsidRPr="00AD4C67">
        <w:rPr>
          <w:lang w:val="pl-PL"/>
        </w:rPr>
        <w:t xml:space="preserve"> </w:t>
      </w:r>
      <w:proofErr w:type="spellStart"/>
      <w:r w:rsidRPr="00AD4C67">
        <w:rPr>
          <w:lang w:val="pl-PL"/>
        </w:rPr>
        <w:t>individuálně</w:t>
      </w:r>
      <w:proofErr w:type="spellEnd"/>
      <w:r w:rsidRPr="00AD4C67">
        <w:rPr>
          <w:lang w:val="pl-PL"/>
        </w:rPr>
        <w:t xml:space="preserve"> podle </w:t>
      </w:r>
      <w:proofErr w:type="spellStart"/>
      <w:r w:rsidRPr="00AD4C67">
        <w:rPr>
          <w:lang w:val="pl-PL"/>
        </w:rPr>
        <w:t>článku</w:t>
      </w:r>
      <w:proofErr w:type="spellEnd"/>
      <w:r w:rsidRPr="00AD4C67">
        <w:rPr>
          <w:lang w:val="pl-PL"/>
        </w:rPr>
        <w:t xml:space="preserve"> 1.5. </w:t>
      </w:r>
      <w:proofErr w:type="spellStart"/>
      <w:r w:rsidRPr="00AD4C67">
        <w:rPr>
          <w:lang w:val="pl-PL"/>
        </w:rPr>
        <w:t>Pokud</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nemůže</w:t>
      </w:r>
      <w:proofErr w:type="spellEnd"/>
      <w:r w:rsidRPr="00AD4C67">
        <w:rPr>
          <w:lang w:val="pl-PL"/>
        </w:rPr>
        <w:t xml:space="preserve"> </w:t>
      </w:r>
      <w:proofErr w:type="spellStart"/>
      <w:r w:rsidRPr="00AD4C67">
        <w:rPr>
          <w:lang w:val="pl-PL"/>
        </w:rPr>
        <w:t>nabídnout</w:t>
      </w:r>
      <w:proofErr w:type="spellEnd"/>
      <w:r w:rsidRPr="00AD4C67">
        <w:rPr>
          <w:lang w:val="pl-PL"/>
        </w:rPr>
        <w:t xml:space="preserve"> </w:t>
      </w:r>
      <w:proofErr w:type="spellStart"/>
      <w:r w:rsidRPr="00AD4C67">
        <w:rPr>
          <w:lang w:val="pl-PL"/>
        </w:rPr>
        <w:t>reálně</w:t>
      </w:r>
      <w:proofErr w:type="spellEnd"/>
      <w:r w:rsidRPr="00AD4C67">
        <w:rPr>
          <w:lang w:val="pl-PL"/>
        </w:rPr>
        <w:t xml:space="preserve"> </w:t>
      </w:r>
      <w:proofErr w:type="spellStart"/>
      <w:r w:rsidRPr="00AD4C67">
        <w:rPr>
          <w:lang w:val="pl-PL"/>
        </w:rPr>
        <w:t>využitelný</w:t>
      </w:r>
      <w:proofErr w:type="spellEnd"/>
      <w:r w:rsidRPr="00AD4C67">
        <w:rPr>
          <w:lang w:val="pl-PL"/>
        </w:rPr>
        <w:t xml:space="preserve"> </w:t>
      </w:r>
      <w:proofErr w:type="spellStart"/>
      <w:r w:rsidRPr="00AD4C67">
        <w:rPr>
          <w:lang w:val="pl-PL"/>
        </w:rPr>
        <w:t>náhradní</w:t>
      </w:r>
      <w:proofErr w:type="spellEnd"/>
      <w:r w:rsidRPr="00AD4C67">
        <w:rPr>
          <w:lang w:val="pl-PL"/>
        </w:rPr>
        <w:t xml:space="preserve"> </w:t>
      </w:r>
      <w:proofErr w:type="spellStart"/>
      <w:r w:rsidRPr="00AD4C67">
        <w:rPr>
          <w:lang w:val="pl-PL"/>
        </w:rPr>
        <w:t>termín</w:t>
      </w:r>
      <w:proofErr w:type="spellEnd"/>
      <w:r w:rsidRPr="00AD4C67">
        <w:rPr>
          <w:lang w:val="pl-PL"/>
        </w:rPr>
        <w:t xml:space="preserve"> podle </w:t>
      </w:r>
      <w:proofErr w:type="spellStart"/>
      <w:r w:rsidRPr="00AD4C67">
        <w:rPr>
          <w:lang w:val="pl-PL"/>
        </w:rPr>
        <w:t>článku</w:t>
      </w:r>
      <w:proofErr w:type="spellEnd"/>
      <w:r w:rsidRPr="00AD4C67">
        <w:rPr>
          <w:lang w:val="pl-PL"/>
        </w:rPr>
        <w:t xml:space="preserve"> 8.3 a </w:t>
      </w:r>
      <w:proofErr w:type="spellStart"/>
      <w:r w:rsidRPr="00AD4C67">
        <w:rPr>
          <w:lang w:val="pl-PL"/>
        </w:rPr>
        <w:t>strany</w:t>
      </w:r>
      <w:proofErr w:type="spellEnd"/>
      <w:r w:rsidRPr="00AD4C67">
        <w:rPr>
          <w:lang w:val="pl-PL"/>
        </w:rPr>
        <w:t xml:space="preserve"> </w:t>
      </w:r>
      <w:proofErr w:type="spellStart"/>
      <w:r w:rsidRPr="00AD4C67">
        <w:rPr>
          <w:lang w:val="pl-PL"/>
        </w:rPr>
        <w:t>se</w:t>
      </w:r>
      <w:proofErr w:type="spellEnd"/>
      <w:r w:rsidRPr="00AD4C67">
        <w:rPr>
          <w:lang w:val="pl-PL"/>
        </w:rPr>
        <w:t xml:space="preserve"> na </w:t>
      </w:r>
      <w:proofErr w:type="spellStart"/>
      <w:r w:rsidRPr="00AD4C67">
        <w:rPr>
          <w:lang w:val="pl-PL"/>
        </w:rPr>
        <w:t>řešení</w:t>
      </w:r>
      <w:proofErr w:type="spellEnd"/>
      <w:r w:rsidRPr="00AD4C67">
        <w:rPr>
          <w:lang w:val="pl-PL"/>
        </w:rPr>
        <w:t xml:space="preserve"> </w:t>
      </w:r>
      <w:proofErr w:type="spellStart"/>
      <w:r w:rsidRPr="00AD4C67">
        <w:rPr>
          <w:lang w:val="pl-PL"/>
        </w:rPr>
        <w:t>nedohodnou</w:t>
      </w:r>
      <w:proofErr w:type="spellEnd"/>
      <w:r w:rsidRPr="00AD4C67">
        <w:rPr>
          <w:lang w:val="pl-PL"/>
        </w:rPr>
        <w:t xml:space="preserve">, </w:t>
      </w:r>
      <w:proofErr w:type="spellStart"/>
      <w:r w:rsidRPr="00AD4C67">
        <w:rPr>
          <w:lang w:val="pl-PL"/>
        </w:rPr>
        <w:t>vrátí</w:t>
      </w:r>
      <w:proofErr w:type="spellEnd"/>
      <w:r w:rsidRPr="00AD4C67">
        <w:rPr>
          <w:lang w:val="pl-PL"/>
        </w:rPr>
        <w:t xml:space="preserve"> </w:t>
      </w:r>
      <w:proofErr w:type="spellStart"/>
      <w:r w:rsidRPr="00AD4C67">
        <w:rPr>
          <w:lang w:val="pl-PL"/>
        </w:rPr>
        <w:t>nevyčerpanou</w:t>
      </w:r>
      <w:proofErr w:type="spellEnd"/>
      <w:r w:rsidRPr="00AD4C67">
        <w:rPr>
          <w:lang w:val="pl-PL"/>
        </w:rPr>
        <w:t xml:space="preserve"> </w:t>
      </w:r>
      <w:proofErr w:type="spellStart"/>
      <w:r w:rsidRPr="00AD4C67">
        <w:rPr>
          <w:lang w:val="pl-PL"/>
        </w:rPr>
        <w:t>cenu</w:t>
      </w:r>
      <w:proofErr w:type="spellEnd"/>
      <w:r w:rsidRPr="00AD4C67">
        <w:rPr>
          <w:lang w:val="pl-PL"/>
        </w:rPr>
        <w:t xml:space="preserve"> </w:t>
      </w:r>
      <w:proofErr w:type="spellStart"/>
      <w:r w:rsidRPr="00AD4C67">
        <w:rPr>
          <w:lang w:val="pl-PL"/>
        </w:rPr>
        <w:t>dotčené</w:t>
      </w:r>
      <w:proofErr w:type="spellEnd"/>
      <w:r w:rsidRPr="00AD4C67">
        <w:rPr>
          <w:lang w:val="pl-PL"/>
        </w:rPr>
        <w:t xml:space="preserve"> </w:t>
      </w:r>
      <w:proofErr w:type="spellStart"/>
      <w:r w:rsidRPr="00AD4C67">
        <w:rPr>
          <w:lang w:val="pl-PL"/>
        </w:rPr>
        <w:t>služby</w:t>
      </w:r>
      <w:proofErr w:type="spellEnd"/>
      <w:r w:rsidRPr="00AD4C67">
        <w:rPr>
          <w:lang w:val="pl-PL"/>
        </w:rPr>
        <w:t xml:space="preserve"> do 14 </w:t>
      </w:r>
      <w:proofErr w:type="spellStart"/>
      <w:r w:rsidRPr="00AD4C67">
        <w:rPr>
          <w:lang w:val="pl-PL"/>
        </w:rPr>
        <w:t>dnů</w:t>
      </w:r>
      <w:proofErr w:type="spellEnd"/>
      <w:r w:rsidRPr="00AD4C67">
        <w:rPr>
          <w:lang w:val="pl-PL"/>
        </w:rPr>
        <w:t xml:space="preserve">. </w:t>
      </w:r>
      <w:proofErr w:type="spellStart"/>
      <w:r w:rsidRPr="00AD4C67">
        <w:rPr>
          <w:lang w:val="pl-PL"/>
        </w:rPr>
        <w:t>Samotné</w:t>
      </w:r>
      <w:proofErr w:type="spellEnd"/>
      <w:r w:rsidRPr="00AD4C67">
        <w:rPr>
          <w:lang w:val="pl-PL"/>
        </w:rPr>
        <w:t xml:space="preserve"> </w:t>
      </w:r>
      <w:proofErr w:type="spellStart"/>
      <w:r w:rsidRPr="00AD4C67">
        <w:rPr>
          <w:lang w:val="pl-PL"/>
        </w:rPr>
        <w:t>odmítnutí</w:t>
      </w:r>
      <w:proofErr w:type="spellEnd"/>
      <w:r w:rsidRPr="00AD4C67">
        <w:rPr>
          <w:lang w:val="pl-PL"/>
        </w:rPr>
        <w:t xml:space="preserve"> </w:t>
      </w:r>
      <w:proofErr w:type="spellStart"/>
      <w:r w:rsidRPr="00AD4C67">
        <w:rPr>
          <w:lang w:val="pl-PL"/>
        </w:rPr>
        <w:t>všech</w:t>
      </w:r>
      <w:proofErr w:type="spellEnd"/>
      <w:r w:rsidRPr="00AD4C67">
        <w:rPr>
          <w:lang w:val="pl-PL"/>
        </w:rPr>
        <w:t xml:space="preserve"> </w:t>
      </w:r>
      <w:proofErr w:type="spellStart"/>
      <w:r w:rsidRPr="00AD4C67">
        <w:rPr>
          <w:lang w:val="pl-PL"/>
        </w:rPr>
        <w:t>přiměřených</w:t>
      </w:r>
      <w:proofErr w:type="spellEnd"/>
      <w:r w:rsidRPr="00AD4C67">
        <w:rPr>
          <w:lang w:val="pl-PL"/>
        </w:rPr>
        <w:t xml:space="preserve"> </w:t>
      </w:r>
      <w:proofErr w:type="spellStart"/>
      <w:r w:rsidRPr="00AD4C67">
        <w:rPr>
          <w:lang w:val="pl-PL"/>
        </w:rPr>
        <w:t>nabídek</w:t>
      </w:r>
      <w:proofErr w:type="spellEnd"/>
      <w:r w:rsidRPr="00AD4C67">
        <w:rPr>
          <w:lang w:val="pl-PL"/>
        </w:rPr>
        <w:t xml:space="preserve"> </w:t>
      </w:r>
      <w:proofErr w:type="spellStart"/>
      <w:r w:rsidRPr="00AD4C67">
        <w:rPr>
          <w:lang w:val="pl-PL"/>
        </w:rPr>
        <w:t>automatické</w:t>
      </w:r>
      <w:proofErr w:type="spellEnd"/>
      <w:r w:rsidRPr="00AD4C67">
        <w:rPr>
          <w:lang w:val="pl-PL"/>
        </w:rPr>
        <w:t xml:space="preserve"> </w:t>
      </w:r>
      <w:proofErr w:type="spellStart"/>
      <w:r w:rsidRPr="00AD4C67">
        <w:rPr>
          <w:lang w:val="pl-PL"/>
        </w:rPr>
        <w:t>právo</w:t>
      </w:r>
      <w:proofErr w:type="spellEnd"/>
      <w:r w:rsidRPr="00AD4C67">
        <w:rPr>
          <w:lang w:val="pl-PL"/>
        </w:rPr>
        <w:t xml:space="preserve"> na </w:t>
      </w:r>
      <w:proofErr w:type="spellStart"/>
      <w:r w:rsidRPr="00AD4C67">
        <w:rPr>
          <w:lang w:val="pl-PL"/>
        </w:rPr>
        <w:t>vrácení</w:t>
      </w:r>
      <w:proofErr w:type="spellEnd"/>
      <w:r w:rsidRPr="00AD4C67">
        <w:rPr>
          <w:lang w:val="pl-PL"/>
        </w:rPr>
        <w:t xml:space="preserve"> </w:t>
      </w:r>
      <w:proofErr w:type="spellStart"/>
      <w:r w:rsidRPr="00AD4C67">
        <w:rPr>
          <w:lang w:val="pl-PL"/>
        </w:rPr>
        <w:t>nezakládá</w:t>
      </w:r>
      <w:proofErr w:type="spellEnd"/>
      <w:r w:rsidRPr="00AD4C67">
        <w:rPr>
          <w:lang w:val="pl-PL"/>
        </w:rPr>
        <w:t xml:space="preserve">. </w:t>
      </w:r>
      <w:proofErr w:type="spellStart"/>
      <w:r w:rsidRPr="00AD4C67">
        <w:rPr>
          <w:lang w:val="pl-PL"/>
        </w:rPr>
        <w:t>Doplňkové</w:t>
      </w:r>
      <w:proofErr w:type="spellEnd"/>
      <w:r w:rsidRPr="00AD4C67">
        <w:rPr>
          <w:lang w:val="pl-PL"/>
        </w:rPr>
        <w:t xml:space="preserve"> </w:t>
      </w:r>
      <w:proofErr w:type="spellStart"/>
      <w:r w:rsidRPr="00AD4C67">
        <w:rPr>
          <w:lang w:val="pl-PL"/>
        </w:rPr>
        <w:t>služby</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vypořádají</w:t>
      </w:r>
      <w:proofErr w:type="spellEnd"/>
      <w:r w:rsidRPr="00AD4C67">
        <w:rPr>
          <w:lang w:val="pl-PL"/>
        </w:rPr>
        <w:t xml:space="preserve"> </w:t>
      </w:r>
      <w:proofErr w:type="spellStart"/>
      <w:r w:rsidRPr="00AD4C67">
        <w:rPr>
          <w:lang w:val="pl-PL"/>
        </w:rPr>
        <w:t>samostatně</w:t>
      </w:r>
      <w:proofErr w:type="spellEnd"/>
      <w:r w:rsidRPr="00AD4C67">
        <w:rPr>
          <w:lang w:val="pl-PL"/>
        </w:rPr>
        <w:t xml:space="preserve"> podle </w:t>
      </w:r>
      <w:proofErr w:type="spellStart"/>
      <w:r w:rsidRPr="00AD4C67">
        <w:rPr>
          <w:lang w:val="pl-PL"/>
        </w:rPr>
        <w:t>článku</w:t>
      </w:r>
      <w:proofErr w:type="spellEnd"/>
      <w:r w:rsidRPr="00AD4C67">
        <w:rPr>
          <w:lang w:val="pl-PL"/>
        </w:rPr>
        <w:t xml:space="preserve"> 8.5.</w:t>
      </w:r>
    </w:p>
    <w:p w14:paraId="71B6F247" w14:textId="77777777" w:rsidR="006C464F" w:rsidRPr="00AD4C67" w:rsidRDefault="00000000">
      <w:pPr>
        <w:rPr>
          <w:lang w:val="pl-PL"/>
        </w:rPr>
      </w:pPr>
      <w:r w:rsidRPr="00AD4C67">
        <w:rPr>
          <w:lang w:val="pl-PL"/>
        </w:rPr>
        <w:t xml:space="preserve">8.5. Catering, </w:t>
      </w:r>
      <w:proofErr w:type="spellStart"/>
      <w:r w:rsidRPr="00AD4C67">
        <w:rPr>
          <w:lang w:val="pl-PL"/>
        </w:rPr>
        <w:t>nápoje</w:t>
      </w:r>
      <w:proofErr w:type="spellEnd"/>
      <w:r w:rsidRPr="00AD4C67">
        <w:rPr>
          <w:lang w:val="pl-PL"/>
        </w:rPr>
        <w:t xml:space="preserve">, </w:t>
      </w:r>
      <w:proofErr w:type="spellStart"/>
      <w:r w:rsidRPr="00AD4C67">
        <w:rPr>
          <w:lang w:val="pl-PL"/>
        </w:rPr>
        <w:t>dekorace</w:t>
      </w:r>
      <w:proofErr w:type="spellEnd"/>
      <w:r w:rsidRPr="00AD4C67">
        <w:rPr>
          <w:lang w:val="pl-PL"/>
        </w:rPr>
        <w:t xml:space="preserve"> a </w:t>
      </w:r>
      <w:proofErr w:type="spellStart"/>
      <w:r w:rsidRPr="00AD4C67">
        <w:rPr>
          <w:lang w:val="pl-PL"/>
        </w:rPr>
        <w:t>ostatní</w:t>
      </w:r>
      <w:proofErr w:type="spellEnd"/>
      <w:r w:rsidRPr="00AD4C67">
        <w:rPr>
          <w:lang w:val="pl-PL"/>
        </w:rPr>
        <w:t xml:space="preserve"> </w:t>
      </w:r>
      <w:proofErr w:type="spellStart"/>
      <w:r w:rsidRPr="00AD4C67">
        <w:rPr>
          <w:lang w:val="pl-PL"/>
        </w:rPr>
        <w:t>doplňkové</w:t>
      </w:r>
      <w:proofErr w:type="spellEnd"/>
      <w:r w:rsidRPr="00AD4C67">
        <w:rPr>
          <w:lang w:val="pl-PL"/>
        </w:rPr>
        <w:t xml:space="preserve"> </w:t>
      </w:r>
      <w:proofErr w:type="spellStart"/>
      <w:r w:rsidRPr="00AD4C67">
        <w:rPr>
          <w:lang w:val="pl-PL"/>
        </w:rPr>
        <w:t>služby</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přesunu</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zrušení</w:t>
      </w:r>
      <w:proofErr w:type="spellEnd"/>
      <w:r w:rsidRPr="00AD4C67">
        <w:rPr>
          <w:lang w:val="pl-PL"/>
        </w:rPr>
        <w:t xml:space="preserve"> </w:t>
      </w:r>
      <w:proofErr w:type="spellStart"/>
      <w:r w:rsidRPr="00AD4C67">
        <w:rPr>
          <w:lang w:val="pl-PL"/>
        </w:rPr>
        <w:t>vypořádají</w:t>
      </w:r>
      <w:proofErr w:type="spellEnd"/>
      <w:r w:rsidRPr="00AD4C67">
        <w:rPr>
          <w:lang w:val="pl-PL"/>
        </w:rPr>
        <w:t xml:space="preserve"> </w:t>
      </w:r>
      <w:proofErr w:type="spellStart"/>
      <w:r w:rsidRPr="00AD4C67">
        <w:rPr>
          <w:lang w:val="pl-PL"/>
        </w:rPr>
        <w:t>samostatně</w:t>
      </w:r>
      <w:proofErr w:type="spellEnd"/>
      <w:r w:rsidRPr="00AD4C67">
        <w:rPr>
          <w:lang w:val="pl-PL"/>
        </w:rPr>
        <w:t xml:space="preserve"> podle </w:t>
      </w:r>
      <w:proofErr w:type="spellStart"/>
      <w:r w:rsidRPr="00AD4C67">
        <w:rPr>
          <w:lang w:val="pl-PL"/>
        </w:rPr>
        <w:t>dohody</w:t>
      </w:r>
      <w:proofErr w:type="spellEnd"/>
      <w:r w:rsidRPr="00AD4C67">
        <w:rPr>
          <w:lang w:val="pl-PL"/>
        </w:rPr>
        <w:t xml:space="preserve">. </w:t>
      </w:r>
      <w:proofErr w:type="spellStart"/>
      <w:r w:rsidRPr="00AD4C67">
        <w:rPr>
          <w:lang w:val="pl-PL"/>
        </w:rPr>
        <w:t>Případné</w:t>
      </w:r>
      <w:proofErr w:type="spellEnd"/>
      <w:r w:rsidRPr="00AD4C67">
        <w:rPr>
          <w:lang w:val="pl-PL"/>
        </w:rPr>
        <w:t xml:space="preserve"> </w:t>
      </w:r>
      <w:proofErr w:type="spellStart"/>
      <w:r w:rsidRPr="00AD4C67">
        <w:rPr>
          <w:lang w:val="pl-PL"/>
        </w:rPr>
        <w:t>náklady</w:t>
      </w:r>
      <w:proofErr w:type="spellEnd"/>
      <w:r w:rsidRPr="00AD4C67">
        <w:rPr>
          <w:lang w:val="pl-PL"/>
        </w:rPr>
        <w:t xml:space="preserve"> </w:t>
      </w:r>
      <w:proofErr w:type="spellStart"/>
      <w:r w:rsidRPr="00AD4C67">
        <w:rPr>
          <w:lang w:val="pl-PL"/>
        </w:rPr>
        <w:t>musí</w:t>
      </w:r>
      <w:proofErr w:type="spellEnd"/>
      <w:r w:rsidRPr="00AD4C67">
        <w:rPr>
          <w:lang w:val="pl-PL"/>
        </w:rPr>
        <w:t xml:space="preserve"> </w:t>
      </w:r>
      <w:proofErr w:type="spellStart"/>
      <w:r w:rsidRPr="00AD4C67">
        <w:rPr>
          <w:lang w:val="pl-PL"/>
        </w:rPr>
        <w:t>být</w:t>
      </w:r>
      <w:proofErr w:type="spellEnd"/>
      <w:r w:rsidRPr="00AD4C67">
        <w:rPr>
          <w:lang w:val="pl-PL"/>
        </w:rPr>
        <w:t xml:space="preserve"> </w:t>
      </w:r>
      <w:proofErr w:type="spellStart"/>
      <w:r w:rsidRPr="00AD4C67">
        <w:rPr>
          <w:lang w:val="pl-PL"/>
        </w:rPr>
        <w:t>doložené</w:t>
      </w:r>
      <w:proofErr w:type="spellEnd"/>
      <w:r w:rsidRPr="00AD4C67">
        <w:rPr>
          <w:lang w:val="pl-PL"/>
        </w:rPr>
        <w:t xml:space="preserve">, </w:t>
      </w:r>
      <w:proofErr w:type="spellStart"/>
      <w:r w:rsidRPr="00AD4C67">
        <w:rPr>
          <w:lang w:val="pl-PL"/>
        </w:rPr>
        <w:t>účelně</w:t>
      </w:r>
      <w:proofErr w:type="spellEnd"/>
      <w:r w:rsidRPr="00AD4C67">
        <w:rPr>
          <w:lang w:val="pl-PL"/>
        </w:rPr>
        <w:t xml:space="preserve"> </w:t>
      </w:r>
      <w:proofErr w:type="spellStart"/>
      <w:r w:rsidRPr="00AD4C67">
        <w:rPr>
          <w:lang w:val="pl-PL"/>
        </w:rPr>
        <w:t>vynaložené</w:t>
      </w:r>
      <w:proofErr w:type="spellEnd"/>
      <w:r w:rsidRPr="00AD4C67">
        <w:rPr>
          <w:lang w:val="pl-PL"/>
        </w:rPr>
        <w:t xml:space="preserve"> a </w:t>
      </w:r>
      <w:proofErr w:type="spellStart"/>
      <w:r w:rsidRPr="00AD4C67">
        <w:rPr>
          <w:lang w:val="pl-PL"/>
        </w:rPr>
        <w:t>zohledňovat</w:t>
      </w:r>
      <w:proofErr w:type="spellEnd"/>
      <w:r w:rsidRPr="00AD4C67">
        <w:rPr>
          <w:lang w:val="pl-PL"/>
        </w:rPr>
        <w:t xml:space="preserve"> </w:t>
      </w:r>
      <w:proofErr w:type="spellStart"/>
      <w:r w:rsidRPr="00AD4C67">
        <w:rPr>
          <w:lang w:val="pl-PL"/>
        </w:rPr>
        <w:t>úspory</w:t>
      </w:r>
      <w:proofErr w:type="spellEnd"/>
      <w:r w:rsidRPr="00AD4C67">
        <w:rPr>
          <w:lang w:val="pl-PL"/>
        </w:rPr>
        <w:t xml:space="preserve"> a </w:t>
      </w:r>
      <w:proofErr w:type="spellStart"/>
      <w:r w:rsidRPr="00AD4C67">
        <w:rPr>
          <w:lang w:val="pl-PL"/>
        </w:rPr>
        <w:t>další</w:t>
      </w:r>
      <w:proofErr w:type="spellEnd"/>
      <w:r w:rsidRPr="00AD4C67">
        <w:rPr>
          <w:lang w:val="pl-PL"/>
        </w:rPr>
        <w:t xml:space="preserve"> </w:t>
      </w:r>
      <w:proofErr w:type="spellStart"/>
      <w:r w:rsidRPr="00AD4C67">
        <w:rPr>
          <w:lang w:val="pl-PL"/>
        </w:rPr>
        <w:t>využití</w:t>
      </w:r>
      <w:proofErr w:type="spellEnd"/>
      <w:r w:rsidRPr="00AD4C67">
        <w:rPr>
          <w:lang w:val="pl-PL"/>
        </w:rPr>
        <w:t xml:space="preserve">. </w:t>
      </w:r>
      <w:proofErr w:type="spellStart"/>
      <w:r w:rsidRPr="00AD4C67">
        <w:rPr>
          <w:lang w:val="pl-PL"/>
        </w:rPr>
        <w:t>Tentýž</w:t>
      </w:r>
      <w:proofErr w:type="spellEnd"/>
      <w:r w:rsidRPr="00AD4C67">
        <w:rPr>
          <w:lang w:val="pl-PL"/>
        </w:rPr>
        <w:t xml:space="preserve"> </w:t>
      </w:r>
      <w:proofErr w:type="spellStart"/>
      <w:r w:rsidRPr="00AD4C67">
        <w:rPr>
          <w:lang w:val="pl-PL"/>
        </w:rPr>
        <w:t>náklad</w:t>
      </w:r>
      <w:proofErr w:type="spellEnd"/>
      <w:r w:rsidRPr="00AD4C67">
        <w:rPr>
          <w:lang w:val="pl-PL"/>
        </w:rPr>
        <w:t xml:space="preserve"> </w:t>
      </w:r>
      <w:proofErr w:type="spellStart"/>
      <w:r w:rsidRPr="00AD4C67">
        <w:rPr>
          <w:lang w:val="pl-PL"/>
        </w:rPr>
        <w:t>či</w:t>
      </w:r>
      <w:proofErr w:type="spellEnd"/>
      <w:r w:rsidRPr="00AD4C67">
        <w:rPr>
          <w:lang w:val="pl-PL"/>
        </w:rPr>
        <w:t xml:space="preserve"> </w:t>
      </w:r>
      <w:proofErr w:type="spellStart"/>
      <w:r w:rsidRPr="00AD4C67">
        <w:rPr>
          <w:lang w:val="pl-PL"/>
        </w:rPr>
        <w:t>újmu</w:t>
      </w:r>
      <w:proofErr w:type="spellEnd"/>
      <w:r w:rsidRPr="00AD4C67">
        <w:rPr>
          <w:lang w:val="pl-PL"/>
        </w:rPr>
        <w:t xml:space="preserve"> </w:t>
      </w:r>
      <w:proofErr w:type="spellStart"/>
      <w:r w:rsidRPr="00AD4C67">
        <w:rPr>
          <w:lang w:val="pl-PL"/>
        </w:rPr>
        <w:t>nelze</w:t>
      </w:r>
      <w:proofErr w:type="spellEnd"/>
      <w:r w:rsidRPr="00AD4C67">
        <w:rPr>
          <w:lang w:val="pl-PL"/>
        </w:rPr>
        <w:t xml:space="preserve"> </w:t>
      </w:r>
      <w:proofErr w:type="spellStart"/>
      <w:r w:rsidRPr="00AD4C67">
        <w:rPr>
          <w:lang w:val="pl-PL"/>
        </w:rPr>
        <w:t>účtovat</w:t>
      </w:r>
      <w:proofErr w:type="spellEnd"/>
      <w:r w:rsidRPr="00AD4C67">
        <w:rPr>
          <w:lang w:val="pl-PL"/>
        </w:rPr>
        <w:t xml:space="preserve"> </w:t>
      </w:r>
      <w:proofErr w:type="spellStart"/>
      <w:r w:rsidRPr="00AD4C67">
        <w:rPr>
          <w:lang w:val="pl-PL"/>
        </w:rPr>
        <w:t>dvakrát</w:t>
      </w:r>
      <w:proofErr w:type="spellEnd"/>
      <w:r w:rsidRPr="00AD4C67">
        <w:rPr>
          <w:lang w:val="pl-PL"/>
        </w:rPr>
        <w:t xml:space="preserve">. </w:t>
      </w:r>
      <w:proofErr w:type="spellStart"/>
      <w:r w:rsidRPr="00AD4C67">
        <w:rPr>
          <w:lang w:val="pl-PL"/>
        </w:rPr>
        <w:t>Vyúčtování</w:t>
      </w:r>
      <w:proofErr w:type="spellEnd"/>
      <w:r w:rsidRPr="00AD4C67">
        <w:rPr>
          <w:lang w:val="pl-PL"/>
        </w:rPr>
        <w:t xml:space="preserve"> </w:t>
      </w:r>
      <w:proofErr w:type="spellStart"/>
      <w:r w:rsidRPr="00AD4C67">
        <w:rPr>
          <w:lang w:val="pl-PL"/>
        </w:rPr>
        <w:t>musí</w:t>
      </w:r>
      <w:proofErr w:type="spellEnd"/>
      <w:r w:rsidRPr="00AD4C67">
        <w:rPr>
          <w:lang w:val="pl-PL"/>
        </w:rPr>
        <w:t xml:space="preserve"> </w:t>
      </w:r>
      <w:proofErr w:type="spellStart"/>
      <w:r w:rsidRPr="00AD4C67">
        <w:rPr>
          <w:lang w:val="pl-PL"/>
        </w:rPr>
        <w:t>být</w:t>
      </w:r>
      <w:proofErr w:type="spellEnd"/>
      <w:r w:rsidRPr="00AD4C67">
        <w:rPr>
          <w:lang w:val="pl-PL"/>
        </w:rPr>
        <w:t xml:space="preserve"> </w:t>
      </w:r>
      <w:proofErr w:type="spellStart"/>
      <w:r w:rsidRPr="00AD4C67">
        <w:rPr>
          <w:lang w:val="pl-PL"/>
        </w:rPr>
        <w:t>srozumitelné</w:t>
      </w:r>
      <w:proofErr w:type="spellEnd"/>
      <w:r w:rsidRPr="00AD4C67">
        <w:rPr>
          <w:lang w:val="pl-PL"/>
        </w:rPr>
        <w:t xml:space="preserve"> a </w:t>
      </w:r>
      <w:proofErr w:type="spellStart"/>
      <w:r w:rsidRPr="00AD4C67">
        <w:rPr>
          <w:lang w:val="pl-PL"/>
        </w:rPr>
        <w:t>případný</w:t>
      </w:r>
      <w:proofErr w:type="spellEnd"/>
      <w:r w:rsidRPr="00AD4C67">
        <w:rPr>
          <w:lang w:val="pl-PL"/>
        </w:rPr>
        <w:t xml:space="preserve"> </w:t>
      </w:r>
      <w:proofErr w:type="spellStart"/>
      <w:r w:rsidRPr="00AD4C67">
        <w:rPr>
          <w:lang w:val="pl-PL"/>
        </w:rPr>
        <w:t>přeplatek</w:t>
      </w:r>
      <w:proofErr w:type="spellEnd"/>
      <w:r w:rsidRPr="00AD4C67">
        <w:rPr>
          <w:lang w:val="pl-PL"/>
        </w:rPr>
        <w:t xml:space="preserve"> </w:t>
      </w:r>
      <w:proofErr w:type="spellStart"/>
      <w:r w:rsidRPr="00AD4C67">
        <w:rPr>
          <w:lang w:val="pl-PL"/>
        </w:rPr>
        <w:t>bude</w:t>
      </w:r>
      <w:proofErr w:type="spellEnd"/>
      <w:r w:rsidRPr="00AD4C67">
        <w:rPr>
          <w:lang w:val="pl-PL"/>
        </w:rPr>
        <w:t xml:space="preserve"> </w:t>
      </w:r>
      <w:proofErr w:type="spellStart"/>
      <w:r w:rsidRPr="00AD4C67">
        <w:rPr>
          <w:lang w:val="pl-PL"/>
        </w:rPr>
        <w:t>vrácen</w:t>
      </w:r>
      <w:proofErr w:type="spellEnd"/>
      <w:r w:rsidRPr="00AD4C67">
        <w:rPr>
          <w:lang w:val="pl-PL"/>
        </w:rPr>
        <w:t xml:space="preserve"> </w:t>
      </w:r>
      <w:proofErr w:type="spellStart"/>
      <w:r w:rsidRPr="00AD4C67">
        <w:rPr>
          <w:lang w:val="pl-PL"/>
        </w:rPr>
        <w:t>nejpozději</w:t>
      </w:r>
      <w:proofErr w:type="spellEnd"/>
      <w:r w:rsidRPr="00AD4C67">
        <w:rPr>
          <w:lang w:val="pl-PL"/>
        </w:rPr>
        <w:t xml:space="preserve"> do 14 </w:t>
      </w:r>
      <w:proofErr w:type="spellStart"/>
      <w:r w:rsidRPr="00AD4C67">
        <w:rPr>
          <w:lang w:val="pl-PL"/>
        </w:rPr>
        <w:t>dnů</w:t>
      </w:r>
      <w:proofErr w:type="spellEnd"/>
      <w:r w:rsidRPr="00AD4C67">
        <w:rPr>
          <w:lang w:val="pl-PL"/>
        </w:rPr>
        <w:t xml:space="preserve"> od </w:t>
      </w:r>
      <w:proofErr w:type="spellStart"/>
      <w:r w:rsidRPr="00AD4C67">
        <w:rPr>
          <w:lang w:val="pl-PL"/>
        </w:rPr>
        <w:t>určení</w:t>
      </w:r>
      <w:proofErr w:type="spellEnd"/>
      <w:r w:rsidRPr="00AD4C67">
        <w:rPr>
          <w:lang w:val="pl-PL"/>
        </w:rPr>
        <w:t xml:space="preserve"> </w:t>
      </w:r>
      <w:proofErr w:type="spellStart"/>
      <w:r w:rsidRPr="00AD4C67">
        <w:rPr>
          <w:lang w:val="pl-PL"/>
        </w:rPr>
        <w:t>vypořádání</w:t>
      </w:r>
      <w:proofErr w:type="spellEnd"/>
      <w:r w:rsidRPr="00AD4C67">
        <w:rPr>
          <w:lang w:val="pl-PL"/>
        </w:rPr>
        <w:t xml:space="preserve">; </w:t>
      </w:r>
      <w:proofErr w:type="spellStart"/>
      <w:r w:rsidRPr="00AD4C67">
        <w:rPr>
          <w:lang w:val="pl-PL"/>
        </w:rPr>
        <w:t>nespornou</w:t>
      </w:r>
      <w:proofErr w:type="spellEnd"/>
      <w:r w:rsidRPr="00AD4C67">
        <w:rPr>
          <w:lang w:val="pl-PL"/>
        </w:rPr>
        <w:t xml:space="preserve"> </w:t>
      </w:r>
      <w:proofErr w:type="spellStart"/>
      <w:r w:rsidRPr="00AD4C67">
        <w:rPr>
          <w:lang w:val="pl-PL"/>
        </w:rPr>
        <w:t>část</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vrátí</w:t>
      </w:r>
      <w:proofErr w:type="spellEnd"/>
      <w:r w:rsidRPr="00AD4C67">
        <w:rPr>
          <w:lang w:val="pl-PL"/>
        </w:rPr>
        <w:t xml:space="preserve"> bez </w:t>
      </w:r>
      <w:proofErr w:type="spellStart"/>
      <w:r w:rsidRPr="00AD4C67">
        <w:rPr>
          <w:lang w:val="pl-PL"/>
        </w:rPr>
        <w:t>zbytečného</w:t>
      </w:r>
      <w:proofErr w:type="spellEnd"/>
      <w:r w:rsidRPr="00AD4C67">
        <w:rPr>
          <w:lang w:val="pl-PL"/>
        </w:rPr>
        <w:t xml:space="preserve"> </w:t>
      </w:r>
      <w:proofErr w:type="spellStart"/>
      <w:r w:rsidRPr="00AD4C67">
        <w:rPr>
          <w:lang w:val="pl-PL"/>
        </w:rPr>
        <w:t>odkladu</w:t>
      </w:r>
      <w:proofErr w:type="spellEnd"/>
      <w:r w:rsidRPr="00AD4C67">
        <w:rPr>
          <w:lang w:val="pl-PL"/>
        </w:rPr>
        <w:t xml:space="preserve"> i </w:t>
      </w:r>
      <w:proofErr w:type="spellStart"/>
      <w:r w:rsidRPr="00AD4C67">
        <w:rPr>
          <w:lang w:val="pl-PL"/>
        </w:rPr>
        <w:t>při</w:t>
      </w:r>
      <w:proofErr w:type="spellEnd"/>
      <w:r w:rsidRPr="00AD4C67">
        <w:rPr>
          <w:lang w:val="pl-PL"/>
        </w:rPr>
        <w:t xml:space="preserve"> sporu o zbytek.</w:t>
      </w:r>
    </w:p>
    <w:p w14:paraId="5C1583B6" w14:textId="77777777" w:rsidR="006C464F" w:rsidRPr="00AD4C67" w:rsidRDefault="00000000">
      <w:pPr>
        <w:rPr>
          <w:lang w:val="pl-PL"/>
        </w:rPr>
      </w:pPr>
      <w:r w:rsidRPr="00AD4C67">
        <w:rPr>
          <w:lang w:val="pl-PL"/>
        </w:rPr>
        <w:t>8.6. P</w:t>
      </w:r>
      <w:proofErr w:type="spellStart"/>
      <w:r w:rsidRPr="00AD4C67">
        <w:rPr>
          <w:lang w:val="pl-PL"/>
        </w:rPr>
        <w:t>ři</w:t>
      </w:r>
      <w:proofErr w:type="spellEnd"/>
      <w:r w:rsidRPr="00AD4C67">
        <w:rPr>
          <w:lang w:val="pl-PL"/>
        </w:rPr>
        <w:t xml:space="preserve"> </w:t>
      </w:r>
      <w:proofErr w:type="spellStart"/>
      <w:r w:rsidRPr="00AD4C67">
        <w:rPr>
          <w:lang w:val="pl-PL"/>
        </w:rPr>
        <w:t>zrušení</w:t>
      </w:r>
      <w:proofErr w:type="spellEnd"/>
      <w:r w:rsidRPr="00AD4C67">
        <w:rPr>
          <w:lang w:val="pl-PL"/>
        </w:rPr>
        <w:t xml:space="preserve"> </w:t>
      </w:r>
      <w:proofErr w:type="spellStart"/>
      <w:r w:rsidRPr="00AD4C67">
        <w:rPr>
          <w:lang w:val="pl-PL"/>
        </w:rPr>
        <w:t>akce</w:t>
      </w:r>
      <w:proofErr w:type="spellEnd"/>
      <w:r w:rsidRPr="00AD4C67">
        <w:rPr>
          <w:lang w:val="pl-PL"/>
        </w:rPr>
        <w:t xml:space="preserve"> z </w:t>
      </w:r>
      <w:proofErr w:type="spellStart"/>
      <w:r w:rsidRPr="00AD4C67">
        <w:rPr>
          <w:lang w:val="pl-PL"/>
        </w:rPr>
        <w:t>důvodů</w:t>
      </w:r>
      <w:proofErr w:type="spellEnd"/>
      <w:r w:rsidRPr="00AD4C67">
        <w:rPr>
          <w:lang w:val="pl-PL"/>
        </w:rPr>
        <w:t xml:space="preserve"> na </w:t>
      </w:r>
      <w:proofErr w:type="spellStart"/>
      <w:r w:rsidRPr="00AD4C67">
        <w:rPr>
          <w:lang w:val="pl-PL"/>
        </w:rPr>
        <w:t>straně</w:t>
      </w:r>
      <w:proofErr w:type="spellEnd"/>
      <w:r w:rsidRPr="00AD4C67">
        <w:rPr>
          <w:lang w:val="pl-PL"/>
        </w:rPr>
        <w:t xml:space="preserve"> </w:t>
      </w:r>
      <w:proofErr w:type="spellStart"/>
      <w:r w:rsidRPr="00AD4C67">
        <w:rPr>
          <w:lang w:val="pl-PL"/>
        </w:rPr>
        <w:t>zákazníka</w:t>
      </w:r>
      <w:proofErr w:type="spellEnd"/>
      <w:r w:rsidRPr="00AD4C67">
        <w:rPr>
          <w:lang w:val="pl-PL"/>
        </w:rPr>
        <w:t xml:space="preserve"> </w:t>
      </w:r>
      <w:proofErr w:type="spellStart"/>
      <w:r w:rsidRPr="00AD4C67">
        <w:rPr>
          <w:lang w:val="pl-PL"/>
        </w:rPr>
        <w:t>méně</w:t>
      </w:r>
      <w:proofErr w:type="spellEnd"/>
      <w:r w:rsidRPr="00AD4C67">
        <w:rPr>
          <w:lang w:val="pl-PL"/>
        </w:rPr>
        <w:t xml:space="preserve"> </w:t>
      </w:r>
      <w:proofErr w:type="spellStart"/>
      <w:r w:rsidRPr="00AD4C67">
        <w:rPr>
          <w:lang w:val="pl-PL"/>
        </w:rPr>
        <w:t>než</w:t>
      </w:r>
      <w:proofErr w:type="spellEnd"/>
      <w:r w:rsidRPr="00AD4C67">
        <w:rPr>
          <w:lang w:val="pl-PL"/>
        </w:rPr>
        <w:t xml:space="preserve"> 24 </w:t>
      </w:r>
      <w:proofErr w:type="spellStart"/>
      <w:r w:rsidRPr="00AD4C67">
        <w:rPr>
          <w:lang w:val="pl-PL"/>
        </w:rPr>
        <w:t>hodin</w:t>
      </w:r>
      <w:proofErr w:type="spellEnd"/>
      <w:r w:rsidRPr="00AD4C67">
        <w:rPr>
          <w:lang w:val="pl-PL"/>
        </w:rPr>
        <w:t xml:space="preserve"> </w:t>
      </w:r>
      <w:proofErr w:type="spellStart"/>
      <w:r w:rsidRPr="00AD4C67">
        <w:rPr>
          <w:lang w:val="pl-PL"/>
        </w:rPr>
        <w:t>před</w:t>
      </w:r>
      <w:proofErr w:type="spellEnd"/>
      <w:r w:rsidRPr="00AD4C67">
        <w:rPr>
          <w:lang w:val="pl-PL"/>
        </w:rPr>
        <w:t xml:space="preserve"> </w:t>
      </w:r>
      <w:proofErr w:type="spellStart"/>
      <w:r w:rsidRPr="00AD4C67">
        <w:rPr>
          <w:lang w:val="pl-PL"/>
        </w:rPr>
        <w:t>sjednaným</w:t>
      </w:r>
      <w:proofErr w:type="spellEnd"/>
      <w:r w:rsidRPr="00AD4C67">
        <w:rPr>
          <w:lang w:val="pl-PL"/>
        </w:rPr>
        <w:t xml:space="preserve"> </w:t>
      </w:r>
      <w:proofErr w:type="spellStart"/>
      <w:r w:rsidRPr="00AD4C67">
        <w:rPr>
          <w:lang w:val="pl-PL"/>
        </w:rPr>
        <w:t>začátkem</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nedostavení</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sjednává</w:t>
      </w:r>
      <w:proofErr w:type="spellEnd"/>
      <w:r w:rsidRPr="00AD4C67">
        <w:rPr>
          <w:lang w:val="pl-PL"/>
        </w:rPr>
        <w:t xml:space="preserve"> storno </w:t>
      </w:r>
      <w:proofErr w:type="spellStart"/>
      <w:r w:rsidRPr="00AD4C67">
        <w:rPr>
          <w:lang w:val="pl-PL"/>
        </w:rPr>
        <w:t>poplatek</w:t>
      </w:r>
      <w:proofErr w:type="spellEnd"/>
      <w:r w:rsidRPr="00AD4C67">
        <w:rPr>
          <w:lang w:val="pl-PL"/>
        </w:rPr>
        <w:t xml:space="preserve"> </w:t>
      </w:r>
      <w:proofErr w:type="spellStart"/>
      <w:r w:rsidRPr="00AD4C67">
        <w:rPr>
          <w:lang w:val="pl-PL"/>
        </w:rPr>
        <w:t>ve</w:t>
      </w:r>
      <w:proofErr w:type="spellEnd"/>
      <w:r w:rsidRPr="00AD4C67">
        <w:rPr>
          <w:lang w:val="pl-PL"/>
        </w:rPr>
        <w:t xml:space="preserve"> </w:t>
      </w:r>
      <w:proofErr w:type="spellStart"/>
      <w:r w:rsidRPr="00AD4C67">
        <w:rPr>
          <w:lang w:val="pl-PL"/>
        </w:rPr>
        <w:t>výši</w:t>
      </w:r>
      <w:proofErr w:type="spellEnd"/>
      <w:r w:rsidRPr="00AD4C67">
        <w:rPr>
          <w:lang w:val="pl-PL"/>
        </w:rPr>
        <w:t xml:space="preserve"> 100 % ceny </w:t>
      </w:r>
      <w:proofErr w:type="spellStart"/>
      <w:r w:rsidRPr="00AD4C67">
        <w:rPr>
          <w:lang w:val="pl-PL"/>
        </w:rPr>
        <w:t>rezervované</w:t>
      </w:r>
      <w:proofErr w:type="spellEnd"/>
      <w:r w:rsidRPr="00AD4C67">
        <w:rPr>
          <w:lang w:val="pl-PL"/>
        </w:rPr>
        <w:t xml:space="preserve"> </w:t>
      </w:r>
      <w:proofErr w:type="spellStart"/>
      <w:r w:rsidRPr="00AD4C67">
        <w:rPr>
          <w:lang w:val="pl-PL"/>
        </w:rPr>
        <w:t>plavby</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samostatného</w:t>
      </w:r>
      <w:proofErr w:type="spellEnd"/>
      <w:r w:rsidRPr="00AD4C67">
        <w:rPr>
          <w:lang w:val="pl-PL"/>
        </w:rPr>
        <w:t xml:space="preserve"> </w:t>
      </w:r>
      <w:proofErr w:type="spellStart"/>
      <w:r w:rsidRPr="00AD4C67">
        <w:rPr>
          <w:lang w:val="pl-PL"/>
        </w:rPr>
        <w:t>využití</w:t>
      </w:r>
      <w:proofErr w:type="spellEnd"/>
      <w:r w:rsidRPr="00AD4C67">
        <w:rPr>
          <w:lang w:val="pl-PL"/>
        </w:rPr>
        <w:t xml:space="preserve"> </w:t>
      </w:r>
      <w:proofErr w:type="spellStart"/>
      <w:r w:rsidRPr="00AD4C67">
        <w:rPr>
          <w:lang w:val="pl-PL"/>
        </w:rPr>
        <w:t>plavidla</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stání</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nedostavení</w:t>
      </w:r>
      <w:proofErr w:type="spellEnd"/>
      <w:r w:rsidRPr="00AD4C67">
        <w:rPr>
          <w:lang w:val="pl-PL"/>
        </w:rPr>
        <w:t xml:space="preserve"> </w:t>
      </w:r>
      <w:proofErr w:type="spellStart"/>
      <w:r w:rsidRPr="00AD4C67">
        <w:rPr>
          <w:lang w:val="pl-PL"/>
        </w:rPr>
        <w:t>se</w:t>
      </w:r>
      <w:proofErr w:type="spellEnd"/>
      <w:r w:rsidRPr="00AD4C67">
        <w:rPr>
          <w:lang w:val="pl-PL"/>
        </w:rPr>
        <w:t xml:space="preserve"> toto </w:t>
      </w:r>
      <w:proofErr w:type="spellStart"/>
      <w:r w:rsidRPr="00AD4C67">
        <w:rPr>
          <w:lang w:val="pl-PL"/>
        </w:rPr>
        <w:t>pravidlo</w:t>
      </w:r>
      <w:proofErr w:type="spellEnd"/>
      <w:r w:rsidRPr="00AD4C67">
        <w:rPr>
          <w:lang w:val="pl-PL"/>
        </w:rPr>
        <w:t xml:space="preserve"> </w:t>
      </w:r>
      <w:proofErr w:type="spellStart"/>
      <w:r w:rsidRPr="00AD4C67">
        <w:rPr>
          <w:lang w:val="pl-PL"/>
        </w:rPr>
        <w:t>platí</w:t>
      </w:r>
      <w:proofErr w:type="spellEnd"/>
      <w:r w:rsidRPr="00AD4C67">
        <w:rPr>
          <w:lang w:val="pl-PL"/>
        </w:rPr>
        <w:t xml:space="preserve"> </w:t>
      </w:r>
      <w:proofErr w:type="spellStart"/>
      <w:r w:rsidRPr="00AD4C67">
        <w:rPr>
          <w:lang w:val="pl-PL"/>
        </w:rPr>
        <w:t>pouze</w:t>
      </w:r>
      <w:proofErr w:type="spellEnd"/>
      <w:r w:rsidRPr="00AD4C67">
        <w:rPr>
          <w:lang w:val="pl-PL"/>
        </w:rPr>
        <w:t xml:space="preserve"> </w:t>
      </w:r>
      <w:proofErr w:type="spellStart"/>
      <w:r w:rsidRPr="00AD4C67">
        <w:rPr>
          <w:lang w:val="pl-PL"/>
        </w:rPr>
        <w:t>tehdy</w:t>
      </w:r>
      <w:proofErr w:type="spellEnd"/>
      <w:r w:rsidRPr="00AD4C67">
        <w:rPr>
          <w:lang w:val="pl-PL"/>
        </w:rPr>
        <w:t xml:space="preserve">, </w:t>
      </w:r>
      <w:proofErr w:type="spellStart"/>
      <w:r w:rsidRPr="00AD4C67">
        <w:rPr>
          <w:lang w:val="pl-PL"/>
        </w:rPr>
        <w:t>pokud</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byl</w:t>
      </w:r>
      <w:proofErr w:type="spellEnd"/>
      <w:r w:rsidRPr="00AD4C67">
        <w:rPr>
          <w:lang w:val="pl-PL"/>
        </w:rPr>
        <w:t xml:space="preserve"> </w:t>
      </w:r>
      <w:proofErr w:type="spellStart"/>
      <w:r w:rsidRPr="00AD4C67">
        <w:rPr>
          <w:lang w:val="pl-PL"/>
        </w:rPr>
        <w:t>připraven</w:t>
      </w:r>
      <w:proofErr w:type="spellEnd"/>
      <w:r w:rsidRPr="00AD4C67">
        <w:rPr>
          <w:lang w:val="pl-PL"/>
        </w:rPr>
        <w:t xml:space="preserve"> </w:t>
      </w:r>
      <w:proofErr w:type="spellStart"/>
      <w:r w:rsidRPr="00AD4C67">
        <w:rPr>
          <w:lang w:val="pl-PL"/>
        </w:rPr>
        <w:t>řádně</w:t>
      </w:r>
      <w:proofErr w:type="spellEnd"/>
      <w:r w:rsidRPr="00AD4C67">
        <w:rPr>
          <w:lang w:val="pl-PL"/>
        </w:rPr>
        <w:t xml:space="preserve"> </w:t>
      </w:r>
      <w:proofErr w:type="spellStart"/>
      <w:r w:rsidRPr="00AD4C67">
        <w:rPr>
          <w:lang w:val="pl-PL"/>
        </w:rPr>
        <w:t>poskytnout</w:t>
      </w:r>
      <w:proofErr w:type="spellEnd"/>
      <w:r w:rsidRPr="00AD4C67">
        <w:rPr>
          <w:lang w:val="pl-PL"/>
        </w:rPr>
        <w:t xml:space="preserve"> </w:t>
      </w:r>
      <w:proofErr w:type="spellStart"/>
      <w:r w:rsidRPr="00AD4C67">
        <w:rPr>
          <w:lang w:val="pl-PL"/>
        </w:rPr>
        <w:t>sjednanou</w:t>
      </w:r>
      <w:proofErr w:type="spellEnd"/>
      <w:r w:rsidRPr="00AD4C67">
        <w:rPr>
          <w:lang w:val="pl-PL"/>
        </w:rPr>
        <w:t xml:space="preserve"> </w:t>
      </w:r>
      <w:proofErr w:type="spellStart"/>
      <w:r w:rsidRPr="00AD4C67">
        <w:rPr>
          <w:lang w:val="pl-PL"/>
        </w:rPr>
        <w:t>službu</w:t>
      </w:r>
      <w:proofErr w:type="spellEnd"/>
      <w:r w:rsidRPr="00AD4C67">
        <w:rPr>
          <w:lang w:val="pl-PL"/>
        </w:rPr>
        <w:t xml:space="preserve"> v </w:t>
      </w:r>
      <w:proofErr w:type="spellStart"/>
      <w:r w:rsidRPr="00AD4C67">
        <w:rPr>
          <w:lang w:val="pl-PL"/>
        </w:rPr>
        <w:t>dohodnutém</w:t>
      </w:r>
      <w:proofErr w:type="spellEnd"/>
      <w:r w:rsidRPr="00AD4C67">
        <w:rPr>
          <w:lang w:val="pl-PL"/>
        </w:rPr>
        <w:t xml:space="preserve"> </w:t>
      </w:r>
      <w:proofErr w:type="spellStart"/>
      <w:r w:rsidRPr="00AD4C67">
        <w:rPr>
          <w:lang w:val="pl-PL"/>
        </w:rPr>
        <w:t>místě</w:t>
      </w:r>
      <w:proofErr w:type="spellEnd"/>
      <w:r w:rsidRPr="00AD4C67">
        <w:rPr>
          <w:lang w:val="pl-PL"/>
        </w:rPr>
        <w:t xml:space="preserve"> a </w:t>
      </w:r>
      <w:proofErr w:type="spellStart"/>
      <w:r w:rsidRPr="00AD4C67">
        <w:rPr>
          <w:lang w:val="pl-PL"/>
        </w:rPr>
        <w:t>čase</w:t>
      </w:r>
      <w:proofErr w:type="spellEnd"/>
      <w:r w:rsidRPr="00AD4C67">
        <w:rPr>
          <w:lang w:val="pl-PL"/>
        </w:rPr>
        <w:t xml:space="preserve">. </w:t>
      </w:r>
      <w:proofErr w:type="spellStart"/>
      <w:r w:rsidRPr="00AD4C67">
        <w:rPr>
          <w:lang w:val="pl-PL"/>
        </w:rPr>
        <w:t>Poplatek</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započítá</w:t>
      </w:r>
      <w:proofErr w:type="spellEnd"/>
      <w:r w:rsidRPr="00AD4C67">
        <w:rPr>
          <w:lang w:val="pl-PL"/>
        </w:rPr>
        <w:t xml:space="preserve"> </w:t>
      </w:r>
      <w:proofErr w:type="spellStart"/>
      <w:r w:rsidRPr="00AD4C67">
        <w:rPr>
          <w:lang w:val="pl-PL"/>
        </w:rPr>
        <w:t>proti</w:t>
      </w:r>
      <w:proofErr w:type="spellEnd"/>
      <w:r w:rsidRPr="00AD4C67">
        <w:rPr>
          <w:lang w:val="pl-PL"/>
        </w:rPr>
        <w:t xml:space="preserve"> </w:t>
      </w:r>
      <w:proofErr w:type="spellStart"/>
      <w:r w:rsidRPr="00AD4C67">
        <w:rPr>
          <w:lang w:val="pl-PL"/>
        </w:rPr>
        <w:t>uhrazené</w:t>
      </w:r>
      <w:proofErr w:type="spellEnd"/>
      <w:r w:rsidRPr="00AD4C67">
        <w:rPr>
          <w:lang w:val="pl-PL"/>
        </w:rPr>
        <w:t xml:space="preserve"> </w:t>
      </w:r>
      <w:proofErr w:type="spellStart"/>
      <w:r w:rsidRPr="00AD4C67">
        <w:rPr>
          <w:lang w:val="pl-PL"/>
        </w:rPr>
        <w:t>záloze</w:t>
      </w:r>
      <w:proofErr w:type="spellEnd"/>
      <w:r w:rsidRPr="00AD4C67">
        <w:rPr>
          <w:lang w:val="pl-PL"/>
        </w:rPr>
        <w:t xml:space="preserve">. Tato </w:t>
      </w:r>
      <w:proofErr w:type="spellStart"/>
      <w:r w:rsidRPr="00AD4C67">
        <w:rPr>
          <w:lang w:val="pl-PL"/>
        </w:rPr>
        <w:t>sazba</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nevztahuje</w:t>
      </w:r>
      <w:proofErr w:type="spellEnd"/>
      <w:r w:rsidRPr="00AD4C67">
        <w:rPr>
          <w:lang w:val="pl-PL"/>
        </w:rPr>
        <w:t xml:space="preserve"> na </w:t>
      </w:r>
      <w:proofErr w:type="spellStart"/>
      <w:r w:rsidRPr="00AD4C67">
        <w:rPr>
          <w:lang w:val="pl-PL"/>
        </w:rPr>
        <w:t>zrušení</w:t>
      </w:r>
      <w:proofErr w:type="spellEnd"/>
      <w:r w:rsidRPr="00AD4C67">
        <w:rPr>
          <w:lang w:val="pl-PL"/>
        </w:rPr>
        <w:t xml:space="preserve"> </w:t>
      </w:r>
      <w:proofErr w:type="spellStart"/>
      <w:r w:rsidRPr="00AD4C67">
        <w:rPr>
          <w:lang w:val="pl-PL"/>
        </w:rPr>
        <w:t>poskytovatelem</w:t>
      </w:r>
      <w:proofErr w:type="spellEnd"/>
      <w:r w:rsidRPr="00AD4C67">
        <w:rPr>
          <w:lang w:val="pl-PL"/>
        </w:rPr>
        <w:t xml:space="preserve">, </w:t>
      </w:r>
      <w:proofErr w:type="spellStart"/>
      <w:r w:rsidRPr="00AD4C67">
        <w:rPr>
          <w:lang w:val="pl-PL"/>
        </w:rPr>
        <w:t>oprávněné</w:t>
      </w:r>
      <w:proofErr w:type="spellEnd"/>
      <w:r w:rsidRPr="00AD4C67">
        <w:rPr>
          <w:lang w:val="pl-PL"/>
        </w:rPr>
        <w:t xml:space="preserve"> </w:t>
      </w:r>
      <w:proofErr w:type="spellStart"/>
      <w:r w:rsidRPr="00AD4C67">
        <w:rPr>
          <w:lang w:val="pl-PL"/>
        </w:rPr>
        <w:t>zákonné</w:t>
      </w:r>
      <w:proofErr w:type="spellEnd"/>
      <w:r w:rsidRPr="00AD4C67">
        <w:rPr>
          <w:lang w:val="pl-PL"/>
        </w:rPr>
        <w:t xml:space="preserve"> </w:t>
      </w:r>
      <w:proofErr w:type="spellStart"/>
      <w:r w:rsidRPr="00AD4C67">
        <w:rPr>
          <w:lang w:val="pl-PL"/>
        </w:rPr>
        <w:t>odstoupení</w:t>
      </w:r>
      <w:proofErr w:type="spellEnd"/>
      <w:r w:rsidRPr="00AD4C67">
        <w:rPr>
          <w:lang w:val="pl-PL"/>
        </w:rPr>
        <w:t xml:space="preserve"> ani </w:t>
      </w:r>
      <w:proofErr w:type="spellStart"/>
      <w:r w:rsidRPr="00AD4C67">
        <w:rPr>
          <w:lang w:val="pl-PL"/>
        </w:rPr>
        <w:t>jiný</w:t>
      </w:r>
      <w:proofErr w:type="spellEnd"/>
      <w:r w:rsidRPr="00AD4C67">
        <w:rPr>
          <w:lang w:val="pl-PL"/>
        </w:rPr>
        <w:t xml:space="preserve"> </w:t>
      </w:r>
      <w:proofErr w:type="spellStart"/>
      <w:r w:rsidRPr="00AD4C67">
        <w:rPr>
          <w:lang w:val="pl-PL"/>
        </w:rPr>
        <w:t>důvod</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kterém</w:t>
      </w:r>
      <w:proofErr w:type="spellEnd"/>
      <w:r w:rsidRPr="00AD4C67">
        <w:rPr>
          <w:lang w:val="pl-PL"/>
        </w:rPr>
        <w:t xml:space="preserve"> </w:t>
      </w:r>
      <w:proofErr w:type="spellStart"/>
      <w:r w:rsidRPr="00AD4C67">
        <w:rPr>
          <w:lang w:val="pl-PL"/>
        </w:rPr>
        <w:t>zákon</w:t>
      </w:r>
      <w:proofErr w:type="spellEnd"/>
      <w:r w:rsidRPr="00AD4C67">
        <w:rPr>
          <w:lang w:val="pl-PL"/>
        </w:rPr>
        <w:t xml:space="preserve"> </w:t>
      </w:r>
      <w:proofErr w:type="spellStart"/>
      <w:r w:rsidRPr="00AD4C67">
        <w:rPr>
          <w:lang w:val="pl-PL"/>
        </w:rPr>
        <w:t>ukládá</w:t>
      </w:r>
      <w:proofErr w:type="spellEnd"/>
      <w:r w:rsidRPr="00AD4C67">
        <w:rPr>
          <w:lang w:val="pl-PL"/>
        </w:rPr>
        <w:t xml:space="preserve"> </w:t>
      </w:r>
      <w:proofErr w:type="spellStart"/>
      <w:r w:rsidRPr="00AD4C67">
        <w:rPr>
          <w:lang w:val="pl-PL"/>
        </w:rPr>
        <w:t>vrátit</w:t>
      </w:r>
      <w:proofErr w:type="spellEnd"/>
      <w:r w:rsidRPr="00AD4C67">
        <w:rPr>
          <w:lang w:val="pl-PL"/>
        </w:rPr>
        <w:t xml:space="preserve"> </w:t>
      </w:r>
      <w:proofErr w:type="spellStart"/>
      <w:r w:rsidRPr="00AD4C67">
        <w:rPr>
          <w:lang w:val="pl-PL"/>
        </w:rPr>
        <w:t>cenu</w:t>
      </w:r>
      <w:proofErr w:type="spellEnd"/>
      <w:r w:rsidRPr="00AD4C67">
        <w:rPr>
          <w:lang w:val="pl-PL"/>
        </w:rPr>
        <w:t>.</w:t>
      </w:r>
    </w:p>
    <w:p w14:paraId="5991FFD2" w14:textId="77777777" w:rsidR="006C464F" w:rsidRPr="00AD4C67" w:rsidRDefault="00000000">
      <w:pPr>
        <w:rPr>
          <w:lang w:val="pl-PL"/>
        </w:rPr>
      </w:pPr>
      <w:r w:rsidRPr="00AD4C67">
        <w:rPr>
          <w:lang w:val="pl-PL"/>
        </w:rPr>
        <w:t xml:space="preserve">8.7. Storno </w:t>
      </w:r>
      <w:proofErr w:type="spellStart"/>
      <w:r w:rsidRPr="00AD4C67">
        <w:rPr>
          <w:lang w:val="pl-PL"/>
        </w:rPr>
        <w:t>poplatek</w:t>
      </w:r>
      <w:proofErr w:type="spellEnd"/>
      <w:r w:rsidRPr="00AD4C67">
        <w:rPr>
          <w:lang w:val="pl-PL"/>
        </w:rPr>
        <w:t xml:space="preserve"> </w:t>
      </w:r>
      <w:proofErr w:type="spellStart"/>
      <w:r w:rsidRPr="00AD4C67">
        <w:rPr>
          <w:lang w:val="pl-PL"/>
        </w:rPr>
        <w:t>nesmí</w:t>
      </w:r>
      <w:proofErr w:type="spellEnd"/>
      <w:r w:rsidRPr="00AD4C67">
        <w:rPr>
          <w:lang w:val="pl-PL"/>
        </w:rPr>
        <w:t xml:space="preserve"> </w:t>
      </w:r>
      <w:proofErr w:type="spellStart"/>
      <w:r w:rsidRPr="00AD4C67">
        <w:rPr>
          <w:lang w:val="pl-PL"/>
        </w:rPr>
        <w:t>vést</w:t>
      </w:r>
      <w:proofErr w:type="spellEnd"/>
      <w:r w:rsidRPr="00AD4C67">
        <w:rPr>
          <w:lang w:val="pl-PL"/>
        </w:rPr>
        <w:t xml:space="preserve"> k </w:t>
      </w:r>
      <w:proofErr w:type="spellStart"/>
      <w:r w:rsidRPr="00AD4C67">
        <w:rPr>
          <w:lang w:val="pl-PL"/>
        </w:rPr>
        <w:t>nepřiměřenému</w:t>
      </w:r>
      <w:proofErr w:type="spellEnd"/>
      <w:r w:rsidRPr="00AD4C67">
        <w:rPr>
          <w:lang w:val="pl-PL"/>
        </w:rPr>
        <w:t xml:space="preserve"> </w:t>
      </w:r>
      <w:proofErr w:type="spellStart"/>
      <w:r w:rsidRPr="00AD4C67">
        <w:rPr>
          <w:lang w:val="pl-PL"/>
        </w:rPr>
        <w:t>znevýhodnění</w:t>
      </w:r>
      <w:proofErr w:type="spellEnd"/>
      <w:r w:rsidRPr="00AD4C67">
        <w:rPr>
          <w:lang w:val="pl-PL"/>
        </w:rPr>
        <w:t xml:space="preserve"> </w:t>
      </w:r>
      <w:proofErr w:type="spellStart"/>
      <w:r w:rsidRPr="00AD4C67">
        <w:rPr>
          <w:lang w:val="pl-PL"/>
        </w:rPr>
        <w:t>spotřebitele</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vypořádání</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zohlední</w:t>
      </w:r>
      <w:proofErr w:type="spellEnd"/>
      <w:r w:rsidRPr="00AD4C67">
        <w:rPr>
          <w:lang w:val="pl-PL"/>
        </w:rPr>
        <w:t xml:space="preserve"> </w:t>
      </w:r>
      <w:proofErr w:type="spellStart"/>
      <w:r w:rsidRPr="00AD4C67">
        <w:rPr>
          <w:lang w:val="pl-PL"/>
        </w:rPr>
        <w:t>významné</w:t>
      </w:r>
      <w:proofErr w:type="spellEnd"/>
      <w:r w:rsidRPr="00AD4C67">
        <w:rPr>
          <w:lang w:val="pl-PL"/>
        </w:rPr>
        <w:t xml:space="preserve"> </w:t>
      </w:r>
      <w:proofErr w:type="spellStart"/>
      <w:r w:rsidRPr="00AD4C67">
        <w:rPr>
          <w:lang w:val="pl-PL"/>
        </w:rPr>
        <w:t>skutečně</w:t>
      </w:r>
      <w:proofErr w:type="spellEnd"/>
      <w:r w:rsidRPr="00AD4C67">
        <w:rPr>
          <w:lang w:val="pl-PL"/>
        </w:rPr>
        <w:t xml:space="preserve"> </w:t>
      </w:r>
      <w:proofErr w:type="spellStart"/>
      <w:r w:rsidRPr="00AD4C67">
        <w:rPr>
          <w:lang w:val="pl-PL"/>
        </w:rPr>
        <w:t>ušetřené</w:t>
      </w:r>
      <w:proofErr w:type="spellEnd"/>
      <w:r w:rsidRPr="00AD4C67">
        <w:rPr>
          <w:lang w:val="pl-PL"/>
        </w:rPr>
        <w:t xml:space="preserve"> </w:t>
      </w:r>
      <w:proofErr w:type="spellStart"/>
      <w:r w:rsidRPr="00AD4C67">
        <w:rPr>
          <w:lang w:val="pl-PL"/>
        </w:rPr>
        <w:t>náklady</w:t>
      </w:r>
      <w:proofErr w:type="spellEnd"/>
      <w:r w:rsidRPr="00AD4C67">
        <w:rPr>
          <w:lang w:val="pl-PL"/>
        </w:rPr>
        <w:t xml:space="preserve"> a </w:t>
      </w:r>
      <w:proofErr w:type="spellStart"/>
      <w:r w:rsidRPr="00AD4C67">
        <w:rPr>
          <w:lang w:val="pl-PL"/>
        </w:rPr>
        <w:t>výnos</w:t>
      </w:r>
      <w:proofErr w:type="spellEnd"/>
      <w:r w:rsidRPr="00AD4C67">
        <w:rPr>
          <w:lang w:val="pl-PL"/>
        </w:rPr>
        <w:t xml:space="preserve"> z </w:t>
      </w:r>
      <w:proofErr w:type="spellStart"/>
      <w:r w:rsidRPr="00AD4C67">
        <w:rPr>
          <w:lang w:val="pl-PL"/>
        </w:rPr>
        <w:t>náhradního</w:t>
      </w:r>
      <w:proofErr w:type="spellEnd"/>
      <w:r w:rsidRPr="00AD4C67">
        <w:rPr>
          <w:lang w:val="pl-PL"/>
        </w:rPr>
        <w:t xml:space="preserve"> </w:t>
      </w:r>
      <w:proofErr w:type="spellStart"/>
      <w:r w:rsidRPr="00AD4C67">
        <w:rPr>
          <w:lang w:val="pl-PL"/>
        </w:rPr>
        <w:t>využití</w:t>
      </w:r>
      <w:proofErr w:type="spellEnd"/>
      <w:r w:rsidRPr="00AD4C67">
        <w:rPr>
          <w:lang w:val="pl-PL"/>
        </w:rPr>
        <w:t xml:space="preserve"> </w:t>
      </w:r>
      <w:proofErr w:type="spellStart"/>
      <w:r w:rsidRPr="00AD4C67">
        <w:rPr>
          <w:lang w:val="pl-PL"/>
        </w:rPr>
        <w:t>téhož</w:t>
      </w:r>
      <w:proofErr w:type="spellEnd"/>
      <w:r w:rsidRPr="00AD4C67">
        <w:rPr>
          <w:lang w:val="pl-PL"/>
        </w:rPr>
        <w:t xml:space="preserve"> </w:t>
      </w:r>
      <w:proofErr w:type="spellStart"/>
      <w:r w:rsidRPr="00AD4C67">
        <w:rPr>
          <w:lang w:val="pl-PL"/>
        </w:rPr>
        <w:t>termínu</w:t>
      </w:r>
      <w:proofErr w:type="spellEnd"/>
      <w:r w:rsidRPr="00AD4C67">
        <w:rPr>
          <w:lang w:val="pl-PL"/>
        </w:rPr>
        <w:t xml:space="preserve"> v </w:t>
      </w:r>
      <w:proofErr w:type="spellStart"/>
      <w:r w:rsidRPr="00AD4C67">
        <w:rPr>
          <w:lang w:val="pl-PL"/>
        </w:rPr>
        <w:t>rozsahu</w:t>
      </w:r>
      <w:proofErr w:type="spellEnd"/>
      <w:r w:rsidRPr="00AD4C67">
        <w:rPr>
          <w:lang w:val="pl-PL"/>
        </w:rPr>
        <w:t xml:space="preserve">, </w:t>
      </w:r>
      <w:proofErr w:type="spellStart"/>
      <w:r w:rsidRPr="00AD4C67">
        <w:rPr>
          <w:lang w:val="pl-PL"/>
        </w:rPr>
        <w:t>který</w:t>
      </w:r>
      <w:proofErr w:type="spellEnd"/>
      <w:r w:rsidRPr="00AD4C67">
        <w:rPr>
          <w:lang w:val="pl-PL"/>
        </w:rPr>
        <w:t xml:space="preserve"> </w:t>
      </w:r>
      <w:proofErr w:type="spellStart"/>
      <w:r w:rsidRPr="00AD4C67">
        <w:rPr>
          <w:lang w:val="pl-PL"/>
        </w:rPr>
        <w:t>brání</w:t>
      </w:r>
      <w:proofErr w:type="spellEnd"/>
      <w:r w:rsidRPr="00AD4C67">
        <w:rPr>
          <w:lang w:val="pl-PL"/>
        </w:rPr>
        <w:t xml:space="preserve"> </w:t>
      </w:r>
      <w:proofErr w:type="spellStart"/>
      <w:r w:rsidRPr="00AD4C67">
        <w:rPr>
          <w:lang w:val="pl-PL"/>
        </w:rPr>
        <w:lastRenderedPageBreak/>
        <w:t>nepřiměřené</w:t>
      </w:r>
      <w:proofErr w:type="spellEnd"/>
      <w:r w:rsidRPr="00AD4C67">
        <w:rPr>
          <w:lang w:val="pl-PL"/>
        </w:rPr>
        <w:t xml:space="preserve"> </w:t>
      </w:r>
      <w:proofErr w:type="spellStart"/>
      <w:r w:rsidRPr="00AD4C67">
        <w:rPr>
          <w:lang w:val="pl-PL"/>
        </w:rPr>
        <w:t>kompenzaci</w:t>
      </w:r>
      <w:proofErr w:type="spellEnd"/>
      <w:r w:rsidRPr="00AD4C67">
        <w:rPr>
          <w:lang w:val="pl-PL"/>
        </w:rPr>
        <w:t xml:space="preserve">; </w:t>
      </w:r>
      <w:proofErr w:type="spellStart"/>
      <w:r w:rsidRPr="00AD4C67">
        <w:rPr>
          <w:lang w:val="pl-PL"/>
        </w:rPr>
        <w:t>případný</w:t>
      </w:r>
      <w:proofErr w:type="spellEnd"/>
      <w:r w:rsidRPr="00AD4C67">
        <w:rPr>
          <w:lang w:val="pl-PL"/>
        </w:rPr>
        <w:t xml:space="preserve"> </w:t>
      </w:r>
      <w:proofErr w:type="spellStart"/>
      <w:r w:rsidRPr="00AD4C67">
        <w:rPr>
          <w:lang w:val="pl-PL"/>
        </w:rPr>
        <w:t>přeplatek</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vrátí</w:t>
      </w:r>
      <w:proofErr w:type="spellEnd"/>
      <w:r w:rsidRPr="00AD4C67">
        <w:rPr>
          <w:lang w:val="pl-PL"/>
        </w:rPr>
        <w:t xml:space="preserve"> do 14 </w:t>
      </w:r>
      <w:proofErr w:type="spellStart"/>
      <w:r w:rsidRPr="00AD4C67">
        <w:rPr>
          <w:lang w:val="pl-PL"/>
        </w:rPr>
        <w:t>dnů</w:t>
      </w:r>
      <w:proofErr w:type="spellEnd"/>
      <w:r w:rsidRPr="00AD4C67">
        <w:rPr>
          <w:lang w:val="pl-PL"/>
        </w:rPr>
        <w:t xml:space="preserve"> od </w:t>
      </w:r>
      <w:proofErr w:type="spellStart"/>
      <w:r w:rsidRPr="00AD4C67">
        <w:rPr>
          <w:lang w:val="pl-PL"/>
        </w:rPr>
        <w:t>určení</w:t>
      </w:r>
      <w:proofErr w:type="spellEnd"/>
      <w:r w:rsidRPr="00AD4C67">
        <w:rPr>
          <w:lang w:val="pl-PL"/>
        </w:rPr>
        <w:t xml:space="preserve"> </w:t>
      </w:r>
      <w:proofErr w:type="spellStart"/>
      <w:r w:rsidRPr="00AD4C67">
        <w:rPr>
          <w:lang w:val="pl-PL"/>
        </w:rPr>
        <w:t>vypořádání</w:t>
      </w:r>
      <w:proofErr w:type="spellEnd"/>
      <w:r w:rsidRPr="00AD4C67">
        <w:rPr>
          <w:lang w:val="pl-PL"/>
        </w:rPr>
        <w:t xml:space="preserve">. </w:t>
      </w:r>
      <w:proofErr w:type="spellStart"/>
      <w:r w:rsidRPr="00AD4C67">
        <w:rPr>
          <w:lang w:val="pl-PL"/>
        </w:rPr>
        <w:t>Zákonná</w:t>
      </w:r>
      <w:proofErr w:type="spellEnd"/>
      <w:r w:rsidRPr="00AD4C67">
        <w:rPr>
          <w:lang w:val="pl-PL"/>
        </w:rPr>
        <w:t xml:space="preserve"> ochrana </w:t>
      </w:r>
      <w:proofErr w:type="spellStart"/>
      <w:r w:rsidRPr="00AD4C67">
        <w:rPr>
          <w:lang w:val="pl-PL"/>
        </w:rPr>
        <w:t>spotřebitele</w:t>
      </w:r>
      <w:proofErr w:type="spellEnd"/>
      <w:r w:rsidRPr="00AD4C67">
        <w:rPr>
          <w:lang w:val="pl-PL"/>
        </w:rPr>
        <w:t xml:space="preserve"> a </w:t>
      </w:r>
      <w:proofErr w:type="spellStart"/>
      <w:r w:rsidRPr="00AD4C67">
        <w:rPr>
          <w:lang w:val="pl-PL"/>
        </w:rPr>
        <w:t>možnost</w:t>
      </w:r>
      <w:proofErr w:type="spellEnd"/>
      <w:r w:rsidRPr="00AD4C67">
        <w:rPr>
          <w:lang w:val="pl-PL"/>
        </w:rPr>
        <w:t xml:space="preserve"> </w:t>
      </w:r>
      <w:proofErr w:type="spellStart"/>
      <w:r w:rsidRPr="00AD4C67">
        <w:rPr>
          <w:lang w:val="pl-PL"/>
        </w:rPr>
        <w:t>přezkumu</w:t>
      </w:r>
      <w:proofErr w:type="spellEnd"/>
      <w:r w:rsidRPr="00AD4C67">
        <w:rPr>
          <w:lang w:val="pl-PL"/>
        </w:rPr>
        <w:t xml:space="preserve"> </w:t>
      </w:r>
      <w:proofErr w:type="spellStart"/>
      <w:r w:rsidRPr="00AD4C67">
        <w:rPr>
          <w:lang w:val="pl-PL"/>
        </w:rPr>
        <w:t>přiměřenosti</w:t>
      </w:r>
      <w:proofErr w:type="spellEnd"/>
      <w:r w:rsidRPr="00AD4C67">
        <w:rPr>
          <w:lang w:val="pl-PL"/>
        </w:rPr>
        <w:t xml:space="preserve"> </w:t>
      </w:r>
      <w:proofErr w:type="spellStart"/>
      <w:r w:rsidRPr="00AD4C67">
        <w:rPr>
          <w:lang w:val="pl-PL"/>
        </w:rPr>
        <w:t>zůstávají</w:t>
      </w:r>
      <w:proofErr w:type="spellEnd"/>
      <w:r w:rsidRPr="00AD4C67">
        <w:rPr>
          <w:lang w:val="pl-PL"/>
        </w:rPr>
        <w:t xml:space="preserve"> </w:t>
      </w:r>
      <w:proofErr w:type="spellStart"/>
      <w:r w:rsidRPr="00AD4C67">
        <w:rPr>
          <w:lang w:val="pl-PL"/>
        </w:rPr>
        <w:t>zachovány</w:t>
      </w:r>
      <w:proofErr w:type="spellEnd"/>
      <w:r w:rsidRPr="00AD4C67">
        <w:rPr>
          <w:lang w:val="pl-PL"/>
        </w:rPr>
        <w:t xml:space="preserve">. </w:t>
      </w:r>
      <w:proofErr w:type="spellStart"/>
      <w:r w:rsidRPr="00AD4C67">
        <w:rPr>
          <w:lang w:val="pl-PL"/>
        </w:rPr>
        <w:t>Doplňkové</w:t>
      </w:r>
      <w:proofErr w:type="spellEnd"/>
      <w:r w:rsidRPr="00AD4C67">
        <w:rPr>
          <w:lang w:val="pl-PL"/>
        </w:rPr>
        <w:t xml:space="preserve"> </w:t>
      </w:r>
      <w:proofErr w:type="spellStart"/>
      <w:r w:rsidRPr="00AD4C67">
        <w:rPr>
          <w:lang w:val="pl-PL"/>
        </w:rPr>
        <w:t>služby</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vypořádají</w:t>
      </w:r>
      <w:proofErr w:type="spellEnd"/>
      <w:r w:rsidRPr="00AD4C67">
        <w:rPr>
          <w:lang w:val="pl-PL"/>
        </w:rPr>
        <w:t xml:space="preserve"> podle </w:t>
      </w:r>
      <w:proofErr w:type="spellStart"/>
      <w:r w:rsidRPr="00AD4C67">
        <w:rPr>
          <w:lang w:val="pl-PL"/>
        </w:rPr>
        <w:t>článku</w:t>
      </w:r>
      <w:proofErr w:type="spellEnd"/>
      <w:r w:rsidRPr="00AD4C67">
        <w:rPr>
          <w:lang w:val="pl-PL"/>
        </w:rPr>
        <w:t xml:space="preserve"> 8.5. </w:t>
      </w:r>
      <w:proofErr w:type="spellStart"/>
      <w:r w:rsidRPr="00AD4C67">
        <w:rPr>
          <w:lang w:val="pl-PL"/>
        </w:rPr>
        <w:t>Stejná</w:t>
      </w:r>
      <w:proofErr w:type="spellEnd"/>
      <w:r w:rsidRPr="00AD4C67">
        <w:rPr>
          <w:lang w:val="pl-PL"/>
        </w:rPr>
        <w:t xml:space="preserve"> </w:t>
      </w:r>
      <w:proofErr w:type="spellStart"/>
      <w:r w:rsidRPr="00AD4C67">
        <w:rPr>
          <w:lang w:val="pl-PL"/>
        </w:rPr>
        <w:t>újma</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nehradí</w:t>
      </w:r>
      <w:proofErr w:type="spellEnd"/>
      <w:r w:rsidRPr="00AD4C67">
        <w:rPr>
          <w:lang w:val="pl-PL"/>
        </w:rPr>
        <w:t xml:space="preserve"> </w:t>
      </w:r>
      <w:proofErr w:type="spellStart"/>
      <w:r w:rsidRPr="00AD4C67">
        <w:rPr>
          <w:lang w:val="pl-PL"/>
        </w:rPr>
        <w:t>podruhé</w:t>
      </w:r>
      <w:proofErr w:type="spellEnd"/>
      <w:r w:rsidRPr="00AD4C67">
        <w:rPr>
          <w:lang w:val="pl-PL"/>
        </w:rPr>
        <w:t xml:space="preserve"> </w:t>
      </w:r>
      <w:proofErr w:type="spellStart"/>
      <w:r w:rsidRPr="00AD4C67">
        <w:rPr>
          <w:lang w:val="pl-PL"/>
        </w:rPr>
        <w:t>další</w:t>
      </w:r>
      <w:proofErr w:type="spellEnd"/>
      <w:r w:rsidRPr="00AD4C67">
        <w:rPr>
          <w:lang w:val="pl-PL"/>
        </w:rPr>
        <w:t xml:space="preserve"> </w:t>
      </w:r>
      <w:proofErr w:type="spellStart"/>
      <w:r w:rsidRPr="00AD4C67">
        <w:rPr>
          <w:lang w:val="pl-PL"/>
        </w:rPr>
        <w:t>pokutou</w:t>
      </w:r>
      <w:proofErr w:type="spellEnd"/>
      <w:r w:rsidRPr="00AD4C67">
        <w:rPr>
          <w:lang w:val="pl-PL"/>
        </w:rPr>
        <w:t xml:space="preserve"> </w:t>
      </w:r>
      <w:proofErr w:type="spellStart"/>
      <w:r w:rsidRPr="00AD4C67">
        <w:rPr>
          <w:lang w:val="pl-PL"/>
        </w:rPr>
        <w:t>či</w:t>
      </w:r>
      <w:proofErr w:type="spellEnd"/>
      <w:r w:rsidRPr="00AD4C67">
        <w:rPr>
          <w:lang w:val="pl-PL"/>
        </w:rPr>
        <w:t xml:space="preserve"> </w:t>
      </w:r>
      <w:proofErr w:type="spellStart"/>
      <w:r w:rsidRPr="00AD4C67">
        <w:rPr>
          <w:lang w:val="pl-PL"/>
        </w:rPr>
        <w:t>náhradou</w:t>
      </w:r>
      <w:proofErr w:type="spellEnd"/>
      <w:r w:rsidRPr="00AD4C67">
        <w:rPr>
          <w:lang w:val="pl-PL"/>
        </w:rPr>
        <w:t xml:space="preserve"> </w:t>
      </w:r>
      <w:proofErr w:type="spellStart"/>
      <w:r w:rsidRPr="00AD4C67">
        <w:rPr>
          <w:lang w:val="pl-PL"/>
        </w:rPr>
        <w:t>škody</w:t>
      </w:r>
      <w:proofErr w:type="spellEnd"/>
      <w:r w:rsidRPr="00AD4C67">
        <w:rPr>
          <w:lang w:val="pl-PL"/>
        </w:rPr>
        <w:t xml:space="preserve">. </w:t>
      </w:r>
      <w:proofErr w:type="spellStart"/>
      <w:r w:rsidRPr="00AD4C67">
        <w:rPr>
          <w:lang w:val="pl-PL"/>
        </w:rPr>
        <w:t>Bezplatný</w:t>
      </w:r>
      <w:proofErr w:type="spellEnd"/>
      <w:r w:rsidRPr="00AD4C67">
        <w:rPr>
          <w:lang w:val="pl-PL"/>
        </w:rPr>
        <w:t xml:space="preserve"> </w:t>
      </w:r>
      <w:proofErr w:type="spellStart"/>
      <w:r w:rsidRPr="00AD4C67">
        <w:rPr>
          <w:lang w:val="pl-PL"/>
        </w:rPr>
        <w:t>přesun</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pozdním</w:t>
      </w:r>
      <w:proofErr w:type="spellEnd"/>
      <w:r w:rsidRPr="00AD4C67">
        <w:rPr>
          <w:lang w:val="pl-PL"/>
        </w:rPr>
        <w:t xml:space="preserve"> </w:t>
      </w:r>
      <w:proofErr w:type="spellStart"/>
      <w:r w:rsidRPr="00AD4C67">
        <w:rPr>
          <w:lang w:val="pl-PL"/>
        </w:rPr>
        <w:t>zrušení</w:t>
      </w:r>
      <w:proofErr w:type="spellEnd"/>
      <w:r w:rsidRPr="00AD4C67">
        <w:rPr>
          <w:lang w:val="pl-PL"/>
        </w:rPr>
        <w:t xml:space="preserve"> </w:t>
      </w:r>
      <w:proofErr w:type="spellStart"/>
      <w:r w:rsidRPr="00AD4C67">
        <w:rPr>
          <w:lang w:val="pl-PL"/>
        </w:rPr>
        <w:t>lze</w:t>
      </w:r>
      <w:proofErr w:type="spellEnd"/>
      <w:r w:rsidRPr="00AD4C67">
        <w:rPr>
          <w:lang w:val="pl-PL"/>
        </w:rPr>
        <w:t xml:space="preserve"> </w:t>
      </w:r>
      <w:proofErr w:type="spellStart"/>
      <w:r w:rsidRPr="00AD4C67">
        <w:rPr>
          <w:lang w:val="pl-PL"/>
        </w:rPr>
        <w:t>sjednat</w:t>
      </w:r>
      <w:proofErr w:type="spellEnd"/>
      <w:r w:rsidRPr="00AD4C67">
        <w:rPr>
          <w:lang w:val="pl-PL"/>
        </w:rPr>
        <w:t xml:space="preserve"> </w:t>
      </w:r>
      <w:proofErr w:type="spellStart"/>
      <w:r w:rsidRPr="00AD4C67">
        <w:rPr>
          <w:lang w:val="pl-PL"/>
        </w:rPr>
        <w:t>individuálně</w:t>
      </w:r>
      <w:proofErr w:type="spellEnd"/>
      <w:r w:rsidRPr="00AD4C67">
        <w:rPr>
          <w:lang w:val="pl-PL"/>
        </w:rPr>
        <w:t xml:space="preserve">, </w:t>
      </w:r>
      <w:proofErr w:type="spellStart"/>
      <w:r w:rsidRPr="00AD4C67">
        <w:rPr>
          <w:lang w:val="pl-PL"/>
        </w:rPr>
        <w:t>například</w:t>
      </w:r>
      <w:proofErr w:type="spellEnd"/>
      <w:r w:rsidRPr="00AD4C67">
        <w:rPr>
          <w:lang w:val="pl-PL"/>
        </w:rPr>
        <w:t xml:space="preserve"> </w:t>
      </w:r>
      <w:proofErr w:type="spellStart"/>
      <w:r w:rsidRPr="00AD4C67">
        <w:rPr>
          <w:lang w:val="pl-PL"/>
        </w:rPr>
        <w:t>zohledněním</w:t>
      </w:r>
      <w:proofErr w:type="spellEnd"/>
      <w:r w:rsidRPr="00AD4C67">
        <w:rPr>
          <w:lang w:val="pl-PL"/>
        </w:rPr>
        <w:t xml:space="preserve"> </w:t>
      </w:r>
      <w:proofErr w:type="spellStart"/>
      <w:r w:rsidRPr="00AD4C67">
        <w:rPr>
          <w:lang w:val="pl-PL"/>
        </w:rPr>
        <w:t>mimořádné</w:t>
      </w:r>
      <w:proofErr w:type="spellEnd"/>
      <w:r w:rsidRPr="00AD4C67">
        <w:rPr>
          <w:lang w:val="pl-PL"/>
        </w:rPr>
        <w:t xml:space="preserve"> </w:t>
      </w:r>
      <w:proofErr w:type="spellStart"/>
      <w:r w:rsidRPr="00AD4C67">
        <w:rPr>
          <w:lang w:val="pl-PL"/>
        </w:rPr>
        <w:t>situace</w:t>
      </w:r>
      <w:proofErr w:type="spellEnd"/>
      <w:r w:rsidRPr="00AD4C67">
        <w:rPr>
          <w:lang w:val="pl-PL"/>
        </w:rPr>
        <w:t>.</w:t>
      </w:r>
    </w:p>
    <w:p w14:paraId="51100071" w14:textId="77777777" w:rsidR="006C464F" w:rsidRPr="00AD4C67" w:rsidRDefault="00000000">
      <w:pPr>
        <w:rPr>
          <w:lang w:val="pl-PL"/>
        </w:rPr>
      </w:pPr>
      <w:r w:rsidRPr="00AD4C67">
        <w:rPr>
          <w:lang w:val="pl-PL"/>
        </w:rPr>
        <w:t xml:space="preserve">8.8. Tato </w:t>
      </w:r>
      <w:proofErr w:type="spellStart"/>
      <w:r w:rsidRPr="00AD4C67">
        <w:rPr>
          <w:lang w:val="pl-PL"/>
        </w:rPr>
        <w:t>pravidla</w:t>
      </w:r>
      <w:proofErr w:type="spellEnd"/>
      <w:r w:rsidRPr="00AD4C67">
        <w:rPr>
          <w:lang w:val="pl-PL"/>
        </w:rPr>
        <w:t xml:space="preserve"> </w:t>
      </w:r>
      <w:proofErr w:type="spellStart"/>
      <w:r w:rsidRPr="00AD4C67">
        <w:rPr>
          <w:lang w:val="pl-PL"/>
        </w:rPr>
        <w:t>neomezují</w:t>
      </w:r>
      <w:proofErr w:type="spellEnd"/>
      <w:r w:rsidRPr="00AD4C67">
        <w:rPr>
          <w:lang w:val="pl-PL"/>
        </w:rPr>
        <w:t xml:space="preserve"> </w:t>
      </w:r>
      <w:proofErr w:type="spellStart"/>
      <w:r w:rsidRPr="00AD4C67">
        <w:rPr>
          <w:lang w:val="pl-PL"/>
        </w:rPr>
        <w:t>bezplatné</w:t>
      </w:r>
      <w:proofErr w:type="spellEnd"/>
      <w:r w:rsidRPr="00AD4C67">
        <w:rPr>
          <w:lang w:val="pl-PL"/>
        </w:rPr>
        <w:t xml:space="preserve"> </w:t>
      </w:r>
      <w:proofErr w:type="spellStart"/>
      <w:r w:rsidRPr="00AD4C67">
        <w:rPr>
          <w:lang w:val="pl-PL"/>
        </w:rPr>
        <w:t>odstoupení</w:t>
      </w:r>
      <w:proofErr w:type="spellEnd"/>
      <w:r w:rsidRPr="00AD4C67">
        <w:rPr>
          <w:lang w:val="pl-PL"/>
        </w:rPr>
        <w:t xml:space="preserve"> </w:t>
      </w:r>
      <w:proofErr w:type="spellStart"/>
      <w:r w:rsidRPr="00AD4C67">
        <w:rPr>
          <w:lang w:val="pl-PL"/>
        </w:rPr>
        <w:t>či</w:t>
      </w:r>
      <w:proofErr w:type="spellEnd"/>
      <w:r w:rsidRPr="00AD4C67">
        <w:rPr>
          <w:lang w:val="pl-PL"/>
        </w:rPr>
        <w:t xml:space="preserve"> </w:t>
      </w:r>
      <w:proofErr w:type="spellStart"/>
      <w:r w:rsidRPr="00AD4C67">
        <w:rPr>
          <w:lang w:val="pl-PL"/>
        </w:rPr>
        <w:t>jiné</w:t>
      </w:r>
      <w:proofErr w:type="spellEnd"/>
      <w:r w:rsidRPr="00AD4C67">
        <w:rPr>
          <w:lang w:val="pl-PL"/>
        </w:rPr>
        <w:t xml:space="preserve"> </w:t>
      </w:r>
      <w:proofErr w:type="spellStart"/>
      <w:r w:rsidRPr="00AD4C67">
        <w:rPr>
          <w:lang w:val="pl-PL"/>
        </w:rPr>
        <w:t>nároky</w:t>
      </w:r>
      <w:proofErr w:type="spellEnd"/>
      <w:r w:rsidRPr="00AD4C67">
        <w:rPr>
          <w:lang w:val="pl-PL"/>
        </w:rPr>
        <w:t xml:space="preserve">, </w:t>
      </w:r>
      <w:proofErr w:type="spellStart"/>
      <w:r w:rsidRPr="00AD4C67">
        <w:rPr>
          <w:lang w:val="pl-PL"/>
        </w:rPr>
        <w:t>které</w:t>
      </w:r>
      <w:proofErr w:type="spellEnd"/>
      <w:r w:rsidRPr="00AD4C67">
        <w:rPr>
          <w:lang w:val="pl-PL"/>
        </w:rPr>
        <w:t xml:space="preserve"> </w:t>
      </w:r>
      <w:proofErr w:type="spellStart"/>
      <w:r w:rsidRPr="00AD4C67">
        <w:rPr>
          <w:lang w:val="pl-PL"/>
        </w:rPr>
        <w:t>zákazníkovi</w:t>
      </w:r>
      <w:proofErr w:type="spellEnd"/>
      <w:r w:rsidRPr="00AD4C67">
        <w:rPr>
          <w:lang w:val="pl-PL"/>
        </w:rPr>
        <w:t xml:space="preserve"> </w:t>
      </w:r>
      <w:proofErr w:type="spellStart"/>
      <w:r w:rsidRPr="00AD4C67">
        <w:rPr>
          <w:lang w:val="pl-PL"/>
        </w:rPr>
        <w:t>přísluší</w:t>
      </w:r>
      <w:proofErr w:type="spellEnd"/>
      <w:r w:rsidRPr="00AD4C67">
        <w:rPr>
          <w:lang w:val="pl-PL"/>
        </w:rPr>
        <w:t xml:space="preserve"> ze </w:t>
      </w:r>
      <w:proofErr w:type="spellStart"/>
      <w:r w:rsidRPr="00AD4C67">
        <w:rPr>
          <w:lang w:val="pl-PL"/>
        </w:rPr>
        <w:t>zákona</w:t>
      </w:r>
      <w:proofErr w:type="spellEnd"/>
      <w:r w:rsidRPr="00AD4C67">
        <w:rPr>
          <w:lang w:val="pl-PL"/>
        </w:rPr>
        <w:t xml:space="preserve">, </w:t>
      </w:r>
      <w:proofErr w:type="spellStart"/>
      <w:r w:rsidRPr="00AD4C67">
        <w:rPr>
          <w:lang w:val="pl-PL"/>
        </w:rPr>
        <w:t>zejména</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porušení</w:t>
      </w:r>
      <w:proofErr w:type="spellEnd"/>
      <w:r w:rsidRPr="00AD4C67">
        <w:rPr>
          <w:lang w:val="pl-PL"/>
        </w:rPr>
        <w:t xml:space="preserve"> </w:t>
      </w:r>
      <w:proofErr w:type="spellStart"/>
      <w:r w:rsidRPr="00AD4C67">
        <w:rPr>
          <w:lang w:val="pl-PL"/>
        </w:rPr>
        <w:t>smlouvy</w:t>
      </w:r>
      <w:proofErr w:type="spellEnd"/>
      <w:r w:rsidRPr="00AD4C67">
        <w:rPr>
          <w:lang w:val="pl-PL"/>
        </w:rPr>
        <w:t xml:space="preserve"> </w:t>
      </w:r>
      <w:proofErr w:type="spellStart"/>
      <w:r w:rsidRPr="00AD4C67">
        <w:rPr>
          <w:lang w:val="pl-PL"/>
        </w:rPr>
        <w:t>poskytovatelem</w:t>
      </w:r>
      <w:proofErr w:type="spellEnd"/>
      <w:r w:rsidRPr="00AD4C67">
        <w:rPr>
          <w:lang w:val="pl-PL"/>
        </w:rPr>
        <w:t>.</w:t>
      </w:r>
    </w:p>
    <w:p w14:paraId="6DEDD121" w14:textId="77777777" w:rsidR="006C464F" w:rsidRPr="00AD4C67" w:rsidRDefault="00000000">
      <w:pPr>
        <w:pStyle w:val="Nadpis1"/>
        <w:rPr>
          <w:lang w:val="pl-PL"/>
        </w:rPr>
      </w:pPr>
      <w:r w:rsidRPr="00AD4C67">
        <w:rPr>
          <w:lang w:val="pl-PL"/>
        </w:rPr>
        <w:t xml:space="preserve">9 </w:t>
      </w:r>
      <w:proofErr w:type="spellStart"/>
      <w:r w:rsidRPr="00AD4C67">
        <w:rPr>
          <w:lang w:val="pl-PL"/>
        </w:rPr>
        <w:t>Spotřebitelské</w:t>
      </w:r>
      <w:proofErr w:type="spellEnd"/>
      <w:r w:rsidRPr="00AD4C67">
        <w:rPr>
          <w:lang w:val="pl-PL"/>
        </w:rPr>
        <w:t xml:space="preserve"> </w:t>
      </w:r>
      <w:proofErr w:type="spellStart"/>
      <w:r w:rsidRPr="00AD4C67">
        <w:rPr>
          <w:lang w:val="pl-PL"/>
        </w:rPr>
        <w:t>odstoupení</w:t>
      </w:r>
      <w:proofErr w:type="spellEnd"/>
      <w:r w:rsidRPr="00AD4C67">
        <w:rPr>
          <w:lang w:val="pl-PL"/>
        </w:rPr>
        <w:t xml:space="preserve"> do 14 </w:t>
      </w:r>
      <w:proofErr w:type="spellStart"/>
      <w:r w:rsidRPr="00AD4C67">
        <w:rPr>
          <w:lang w:val="pl-PL"/>
        </w:rPr>
        <w:t>dnů</w:t>
      </w:r>
      <w:proofErr w:type="spellEnd"/>
    </w:p>
    <w:p w14:paraId="577CD646" w14:textId="77777777" w:rsidR="006C464F" w:rsidRPr="00AD4C67" w:rsidRDefault="00000000">
      <w:pPr>
        <w:rPr>
          <w:lang w:val="pl-PL"/>
        </w:rPr>
      </w:pPr>
      <w:r w:rsidRPr="00AD4C67">
        <w:rPr>
          <w:lang w:val="pl-PL"/>
        </w:rPr>
        <w:t xml:space="preserve">9.1. U </w:t>
      </w:r>
      <w:proofErr w:type="spellStart"/>
      <w:r w:rsidRPr="00AD4C67">
        <w:rPr>
          <w:lang w:val="pl-PL"/>
        </w:rPr>
        <w:t>smluv</w:t>
      </w:r>
      <w:proofErr w:type="spellEnd"/>
      <w:r w:rsidRPr="00AD4C67">
        <w:rPr>
          <w:lang w:val="pl-PL"/>
        </w:rPr>
        <w:t xml:space="preserve"> o </w:t>
      </w:r>
      <w:proofErr w:type="spellStart"/>
      <w:r w:rsidRPr="00AD4C67">
        <w:rPr>
          <w:lang w:val="pl-PL"/>
        </w:rPr>
        <w:t>využití</w:t>
      </w:r>
      <w:proofErr w:type="spellEnd"/>
      <w:r w:rsidRPr="00AD4C67">
        <w:rPr>
          <w:lang w:val="pl-PL"/>
        </w:rPr>
        <w:t xml:space="preserve"> </w:t>
      </w:r>
      <w:proofErr w:type="spellStart"/>
      <w:r w:rsidRPr="00AD4C67">
        <w:rPr>
          <w:lang w:val="pl-PL"/>
        </w:rPr>
        <w:t>volného</w:t>
      </w:r>
      <w:proofErr w:type="spellEnd"/>
      <w:r w:rsidRPr="00AD4C67">
        <w:rPr>
          <w:lang w:val="pl-PL"/>
        </w:rPr>
        <w:t xml:space="preserve"> </w:t>
      </w:r>
      <w:proofErr w:type="spellStart"/>
      <w:r w:rsidRPr="00AD4C67">
        <w:rPr>
          <w:lang w:val="pl-PL"/>
        </w:rPr>
        <w:t>času</w:t>
      </w:r>
      <w:proofErr w:type="spellEnd"/>
      <w:r w:rsidRPr="00AD4C67">
        <w:rPr>
          <w:lang w:val="pl-PL"/>
        </w:rPr>
        <w:t xml:space="preserve">, </w:t>
      </w:r>
      <w:proofErr w:type="spellStart"/>
      <w:r w:rsidRPr="00AD4C67">
        <w:rPr>
          <w:lang w:val="pl-PL"/>
        </w:rPr>
        <w:t>stravování</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nájmu</w:t>
      </w:r>
      <w:proofErr w:type="spellEnd"/>
      <w:r w:rsidRPr="00AD4C67">
        <w:rPr>
          <w:lang w:val="pl-PL"/>
        </w:rPr>
        <w:t xml:space="preserve"> </w:t>
      </w:r>
      <w:proofErr w:type="spellStart"/>
      <w:r w:rsidRPr="00AD4C67">
        <w:rPr>
          <w:lang w:val="pl-PL"/>
        </w:rPr>
        <w:t>dopravního</w:t>
      </w:r>
      <w:proofErr w:type="spellEnd"/>
      <w:r w:rsidRPr="00AD4C67">
        <w:rPr>
          <w:lang w:val="pl-PL"/>
        </w:rPr>
        <w:t xml:space="preserve"> </w:t>
      </w:r>
      <w:proofErr w:type="spellStart"/>
      <w:r w:rsidRPr="00AD4C67">
        <w:rPr>
          <w:lang w:val="pl-PL"/>
        </w:rPr>
        <w:t>prostředku</w:t>
      </w:r>
      <w:proofErr w:type="spellEnd"/>
      <w:r w:rsidRPr="00AD4C67">
        <w:rPr>
          <w:lang w:val="pl-PL"/>
        </w:rPr>
        <w:t xml:space="preserve">, </w:t>
      </w:r>
      <w:proofErr w:type="spellStart"/>
      <w:r w:rsidRPr="00AD4C67">
        <w:rPr>
          <w:lang w:val="pl-PL"/>
        </w:rPr>
        <w:t>které</w:t>
      </w:r>
      <w:proofErr w:type="spellEnd"/>
      <w:r w:rsidRPr="00AD4C67">
        <w:rPr>
          <w:lang w:val="pl-PL"/>
        </w:rPr>
        <w:t xml:space="preserve"> </w:t>
      </w:r>
      <w:proofErr w:type="spellStart"/>
      <w:r w:rsidRPr="00AD4C67">
        <w:rPr>
          <w:lang w:val="pl-PL"/>
        </w:rPr>
        <w:t>mají</w:t>
      </w:r>
      <w:proofErr w:type="spellEnd"/>
      <w:r w:rsidRPr="00AD4C67">
        <w:rPr>
          <w:lang w:val="pl-PL"/>
        </w:rPr>
        <w:t xml:space="preserve"> </w:t>
      </w:r>
      <w:proofErr w:type="spellStart"/>
      <w:r w:rsidRPr="00AD4C67">
        <w:rPr>
          <w:lang w:val="pl-PL"/>
        </w:rPr>
        <w:t>být</w:t>
      </w:r>
      <w:proofErr w:type="spellEnd"/>
      <w:r w:rsidRPr="00AD4C67">
        <w:rPr>
          <w:lang w:val="pl-PL"/>
        </w:rPr>
        <w:t xml:space="preserve"> </w:t>
      </w:r>
      <w:proofErr w:type="spellStart"/>
      <w:r w:rsidRPr="00AD4C67">
        <w:rPr>
          <w:lang w:val="pl-PL"/>
        </w:rPr>
        <w:t>splněny</w:t>
      </w:r>
      <w:proofErr w:type="spellEnd"/>
      <w:r w:rsidRPr="00AD4C67">
        <w:rPr>
          <w:lang w:val="pl-PL"/>
        </w:rPr>
        <w:t xml:space="preserve"> k </w:t>
      </w:r>
      <w:proofErr w:type="spellStart"/>
      <w:r w:rsidRPr="00AD4C67">
        <w:rPr>
          <w:lang w:val="pl-PL"/>
        </w:rPr>
        <w:t>určitému</w:t>
      </w:r>
      <w:proofErr w:type="spellEnd"/>
      <w:r w:rsidRPr="00AD4C67">
        <w:rPr>
          <w:lang w:val="pl-PL"/>
        </w:rPr>
        <w:t xml:space="preserve"> </w:t>
      </w:r>
      <w:proofErr w:type="spellStart"/>
      <w:r w:rsidRPr="00AD4C67">
        <w:rPr>
          <w:lang w:val="pl-PL"/>
        </w:rPr>
        <w:t>datu</w:t>
      </w:r>
      <w:proofErr w:type="spellEnd"/>
      <w:r w:rsidRPr="00AD4C67">
        <w:rPr>
          <w:lang w:val="pl-PL"/>
        </w:rPr>
        <w:t xml:space="preserve"> </w:t>
      </w:r>
      <w:proofErr w:type="spellStart"/>
      <w:r w:rsidRPr="00AD4C67">
        <w:rPr>
          <w:lang w:val="pl-PL"/>
        </w:rPr>
        <w:t>nebo</w:t>
      </w:r>
      <w:proofErr w:type="spellEnd"/>
      <w:r w:rsidRPr="00AD4C67">
        <w:rPr>
          <w:lang w:val="pl-PL"/>
        </w:rPr>
        <w:t xml:space="preserve"> v </w:t>
      </w:r>
      <w:proofErr w:type="spellStart"/>
      <w:r w:rsidRPr="00AD4C67">
        <w:rPr>
          <w:lang w:val="pl-PL"/>
        </w:rPr>
        <w:t>určitém</w:t>
      </w:r>
      <w:proofErr w:type="spellEnd"/>
      <w:r w:rsidRPr="00AD4C67">
        <w:rPr>
          <w:lang w:val="pl-PL"/>
        </w:rPr>
        <w:t xml:space="preserve"> </w:t>
      </w:r>
      <w:proofErr w:type="spellStart"/>
      <w:r w:rsidRPr="00AD4C67">
        <w:rPr>
          <w:lang w:val="pl-PL"/>
        </w:rPr>
        <w:t>období</w:t>
      </w:r>
      <w:proofErr w:type="spellEnd"/>
      <w:r w:rsidRPr="00AD4C67">
        <w:rPr>
          <w:lang w:val="pl-PL"/>
        </w:rPr>
        <w:t xml:space="preserve">, </w:t>
      </w:r>
      <w:proofErr w:type="spellStart"/>
      <w:r w:rsidRPr="00AD4C67">
        <w:rPr>
          <w:lang w:val="pl-PL"/>
        </w:rPr>
        <w:t>nemá</w:t>
      </w:r>
      <w:proofErr w:type="spellEnd"/>
      <w:r w:rsidRPr="00AD4C67">
        <w:rPr>
          <w:lang w:val="pl-PL"/>
        </w:rPr>
        <w:t xml:space="preserve"> </w:t>
      </w:r>
      <w:proofErr w:type="spellStart"/>
      <w:r w:rsidRPr="00AD4C67">
        <w:rPr>
          <w:lang w:val="pl-PL"/>
        </w:rPr>
        <w:t>spotřebitel</w:t>
      </w:r>
      <w:proofErr w:type="spellEnd"/>
      <w:r w:rsidRPr="00AD4C67">
        <w:rPr>
          <w:lang w:val="pl-PL"/>
        </w:rPr>
        <w:t xml:space="preserve"> </w:t>
      </w:r>
      <w:proofErr w:type="spellStart"/>
      <w:r w:rsidRPr="00AD4C67">
        <w:rPr>
          <w:lang w:val="pl-PL"/>
        </w:rPr>
        <w:t>právo</w:t>
      </w:r>
      <w:proofErr w:type="spellEnd"/>
      <w:r w:rsidRPr="00AD4C67">
        <w:rPr>
          <w:lang w:val="pl-PL"/>
        </w:rPr>
        <w:t xml:space="preserve"> </w:t>
      </w:r>
      <w:proofErr w:type="spellStart"/>
      <w:r w:rsidRPr="00AD4C67">
        <w:rPr>
          <w:lang w:val="pl-PL"/>
        </w:rPr>
        <w:t>odstoupit</w:t>
      </w:r>
      <w:proofErr w:type="spellEnd"/>
      <w:r w:rsidRPr="00AD4C67">
        <w:rPr>
          <w:lang w:val="pl-PL"/>
        </w:rPr>
        <w:t xml:space="preserve"> bez </w:t>
      </w:r>
      <w:proofErr w:type="spellStart"/>
      <w:r w:rsidRPr="00AD4C67">
        <w:rPr>
          <w:lang w:val="pl-PL"/>
        </w:rPr>
        <w:t>udání</w:t>
      </w:r>
      <w:proofErr w:type="spellEnd"/>
      <w:r w:rsidRPr="00AD4C67">
        <w:rPr>
          <w:lang w:val="pl-PL"/>
        </w:rPr>
        <w:t xml:space="preserve"> </w:t>
      </w:r>
      <w:proofErr w:type="spellStart"/>
      <w:r w:rsidRPr="00AD4C67">
        <w:rPr>
          <w:lang w:val="pl-PL"/>
        </w:rPr>
        <w:t>důvodu</w:t>
      </w:r>
      <w:proofErr w:type="spellEnd"/>
      <w:r w:rsidRPr="00AD4C67">
        <w:rPr>
          <w:lang w:val="pl-PL"/>
        </w:rPr>
        <w:t xml:space="preserve"> do 14 </w:t>
      </w:r>
      <w:proofErr w:type="spellStart"/>
      <w:r w:rsidRPr="00AD4C67">
        <w:rPr>
          <w:lang w:val="pl-PL"/>
        </w:rPr>
        <w:t>dnů</w:t>
      </w:r>
      <w:proofErr w:type="spellEnd"/>
      <w:r w:rsidRPr="00AD4C67">
        <w:rPr>
          <w:lang w:val="pl-PL"/>
        </w:rPr>
        <w:t xml:space="preserve"> podle § 1837 </w:t>
      </w:r>
      <w:proofErr w:type="spellStart"/>
      <w:r w:rsidRPr="00AD4C67">
        <w:rPr>
          <w:lang w:val="pl-PL"/>
        </w:rPr>
        <w:t>písm</w:t>
      </w:r>
      <w:proofErr w:type="spellEnd"/>
      <w:r w:rsidRPr="00AD4C67">
        <w:rPr>
          <w:lang w:val="pl-PL"/>
        </w:rPr>
        <w:t xml:space="preserve">. j) </w:t>
      </w:r>
      <w:proofErr w:type="spellStart"/>
      <w:r w:rsidRPr="00AD4C67">
        <w:rPr>
          <w:lang w:val="pl-PL"/>
        </w:rPr>
        <w:t>občanského</w:t>
      </w:r>
      <w:proofErr w:type="spellEnd"/>
      <w:r w:rsidRPr="00AD4C67">
        <w:rPr>
          <w:lang w:val="pl-PL"/>
        </w:rPr>
        <w:t xml:space="preserve"> </w:t>
      </w:r>
      <w:proofErr w:type="spellStart"/>
      <w:r w:rsidRPr="00AD4C67">
        <w:rPr>
          <w:lang w:val="pl-PL"/>
        </w:rPr>
        <w:t>zákoníku</w:t>
      </w:r>
      <w:proofErr w:type="spellEnd"/>
      <w:r w:rsidRPr="00AD4C67">
        <w:rPr>
          <w:lang w:val="pl-PL"/>
        </w:rPr>
        <w:t xml:space="preserve">. </w:t>
      </w:r>
      <w:proofErr w:type="spellStart"/>
      <w:r w:rsidRPr="00AD4C67">
        <w:rPr>
          <w:lang w:val="pl-PL"/>
        </w:rPr>
        <w:t>Jde</w:t>
      </w:r>
      <w:proofErr w:type="spellEnd"/>
      <w:r w:rsidRPr="00AD4C67">
        <w:rPr>
          <w:lang w:val="pl-PL"/>
        </w:rPr>
        <w:t xml:space="preserve"> </w:t>
      </w:r>
      <w:proofErr w:type="spellStart"/>
      <w:r w:rsidRPr="00AD4C67">
        <w:rPr>
          <w:lang w:val="pl-PL"/>
        </w:rPr>
        <w:t>zejména</w:t>
      </w:r>
      <w:proofErr w:type="spellEnd"/>
      <w:r w:rsidRPr="00AD4C67">
        <w:rPr>
          <w:lang w:val="pl-PL"/>
        </w:rPr>
        <w:t xml:space="preserve"> o </w:t>
      </w:r>
      <w:proofErr w:type="spellStart"/>
      <w:r w:rsidRPr="00AD4C67">
        <w:rPr>
          <w:lang w:val="pl-PL"/>
        </w:rPr>
        <w:t>termínově</w:t>
      </w:r>
      <w:proofErr w:type="spellEnd"/>
      <w:r w:rsidRPr="00AD4C67">
        <w:rPr>
          <w:lang w:val="pl-PL"/>
        </w:rPr>
        <w:t xml:space="preserve"> </w:t>
      </w:r>
      <w:proofErr w:type="spellStart"/>
      <w:r w:rsidRPr="00AD4C67">
        <w:rPr>
          <w:lang w:val="pl-PL"/>
        </w:rPr>
        <w:t>sjednané</w:t>
      </w:r>
      <w:proofErr w:type="spellEnd"/>
      <w:r w:rsidRPr="00AD4C67">
        <w:rPr>
          <w:lang w:val="pl-PL"/>
        </w:rPr>
        <w:t xml:space="preserve"> </w:t>
      </w:r>
      <w:proofErr w:type="spellStart"/>
      <w:r w:rsidRPr="00AD4C67">
        <w:rPr>
          <w:lang w:val="pl-PL"/>
        </w:rPr>
        <w:t>zážitkové</w:t>
      </w:r>
      <w:proofErr w:type="spellEnd"/>
      <w:r w:rsidRPr="00AD4C67">
        <w:rPr>
          <w:lang w:val="pl-PL"/>
        </w:rPr>
        <w:t xml:space="preserve"> </w:t>
      </w:r>
      <w:proofErr w:type="spellStart"/>
      <w:r w:rsidRPr="00AD4C67">
        <w:rPr>
          <w:lang w:val="pl-PL"/>
        </w:rPr>
        <w:t>plavby</w:t>
      </w:r>
      <w:proofErr w:type="spellEnd"/>
      <w:r w:rsidRPr="00AD4C67">
        <w:rPr>
          <w:lang w:val="pl-PL"/>
        </w:rPr>
        <w:t xml:space="preserve">, </w:t>
      </w:r>
      <w:proofErr w:type="spellStart"/>
      <w:r w:rsidRPr="00AD4C67">
        <w:rPr>
          <w:lang w:val="pl-PL"/>
        </w:rPr>
        <w:t>akce</w:t>
      </w:r>
      <w:proofErr w:type="spellEnd"/>
      <w:r w:rsidRPr="00AD4C67">
        <w:rPr>
          <w:lang w:val="pl-PL"/>
        </w:rPr>
        <w:t xml:space="preserve"> </w:t>
      </w:r>
      <w:proofErr w:type="spellStart"/>
      <w:r w:rsidRPr="00AD4C67">
        <w:rPr>
          <w:lang w:val="pl-PL"/>
        </w:rPr>
        <w:t>splňující</w:t>
      </w:r>
      <w:proofErr w:type="spellEnd"/>
      <w:r w:rsidRPr="00AD4C67">
        <w:rPr>
          <w:lang w:val="pl-PL"/>
        </w:rPr>
        <w:t xml:space="preserve"> tyto </w:t>
      </w:r>
      <w:proofErr w:type="spellStart"/>
      <w:r w:rsidRPr="00AD4C67">
        <w:rPr>
          <w:lang w:val="pl-PL"/>
        </w:rPr>
        <w:t>zákonné</w:t>
      </w:r>
      <w:proofErr w:type="spellEnd"/>
      <w:r w:rsidRPr="00AD4C67">
        <w:rPr>
          <w:lang w:val="pl-PL"/>
        </w:rPr>
        <w:t xml:space="preserve"> </w:t>
      </w:r>
      <w:proofErr w:type="spellStart"/>
      <w:r w:rsidRPr="00AD4C67">
        <w:rPr>
          <w:lang w:val="pl-PL"/>
        </w:rPr>
        <w:t>podmínky</w:t>
      </w:r>
      <w:proofErr w:type="spellEnd"/>
      <w:r w:rsidRPr="00AD4C67">
        <w:rPr>
          <w:lang w:val="pl-PL"/>
        </w:rPr>
        <w:t xml:space="preserve">. </w:t>
      </w:r>
      <w:proofErr w:type="spellStart"/>
      <w:r w:rsidRPr="00AD4C67">
        <w:rPr>
          <w:lang w:val="pl-PL"/>
        </w:rPr>
        <w:t>Samotná</w:t>
      </w:r>
      <w:proofErr w:type="spellEnd"/>
      <w:r w:rsidRPr="00AD4C67">
        <w:rPr>
          <w:lang w:val="pl-PL"/>
        </w:rPr>
        <w:t xml:space="preserve"> </w:t>
      </w:r>
      <w:proofErr w:type="spellStart"/>
      <w:r w:rsidRPr="00AD4C67">
        <w:rPr>
          <w:lang w:val="pl-PL"/>
        </w:rPr>
        <w:t>koupě</w:t>
      </w:r>
      <w:proofErr w:type="spellEnd"/>
      <w:r w:rsidRPr="00AD4C67">
        <w:rPr>
          <w:lang w:val="pl-PL"/>
        </w:rPr>
        <w:t xml:space="preserve"> </w:t>
      </w:r>
      <w:proofErr w:type="spellStart"/>
      <w:r w:rsidRPr="00AD4C67">
        <w:rPr>
          <w:lang w:val="pl-PL"/>
        </w:rPr>
        <w:t>poukazu</w:t>
      </w:r>
      <w:proofErr w:type="spellEnd"/>
      <w:r w:rsidRPr="00AD4C67">
        <w:rPr>
          <w:lang w:val="pl-PL"/>
        </w:rPr>
        <w:t xml:space="preserve"> bez </w:t>
      </w:r>
      <w:proofErr w:type="spellStart"/>
      <w:r w:rsidRPr="00AD4C67">
        <w:rPr>
          <w:lang w:val="pl-PL"/>
        </w:rPr>
        <w:t>sjednaného</w:t>
      </w:r>
      <w:proofErr w:type="spellEnd"/>
      <w:r w:rsidRPr="00AD4C67">
        <w:rPr>
          <w:lang w:val="pl-PL"/>
        </w:rPr>
        <w:t xml:space="preserve"> </w:t>
      </w:r>
      <w:proofErr w:type="spellStart"/>
      <w:r w:rsidRPr="00AD4C67">
        <w:rPr>
          <w:lang w:val="pl-PL"/>
        </w:rPr>
        <w:t>termínu</w:t>
      </w:r>
      <w:proofErr w:type="spellEnd"/>
      <w:r w:rsidRPr="00AD4C67">
        <w:rPr>
          <w:lang w:val="pl-PL"/>
        </w:rPr>
        <w:t xml:space="preserve"> </w:t>
      </w:r>
      <w:proofErr w:type="spellStart"/>
      <w:r w:rsidRPr="00AD4C67">
        <w:rPr>
          <w:lang w:val="pl-PL"/>
        </w:rPr>
        <w:t>využití</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tímto</w:t>
      </w:r>
      <w:proofErr w:type="spellEnd"/>
      <w:r w:rsidRPr="00AD4C67">
        <w:rPr>
          <w:lang w:val="pl-PL"/>
        </w:rPr>
        <w:t xml:space="preserve"> </w:t>
      </w:r>
      <w:proofErr w:type="spellStart"/>
      <w:r w:rsidRPr="00AD4C67">
        <w:rPr>
          <w:lang w:val="pl-PL"/>
        </w:rPr>
        <w:t>pravidlem</w:t>
      </w:r>
      <w:proofErr w:type="spellEnd"/>
      <w:r w:rsidRPr="00AD4C67">
        <w:rPr>
          <w:lang w:val="pl-PL"/>
        </w:rPr>
        <w:t xml:space="preserve"> </w:t>
      </w:r>
      <w:proofErr w:type="spellStart"/>
      <w:r w:rsidRPr="00AD4C67">
        <w:rPr>
          <w:lang w:val="pl-PL"/>
        </w:rPr>
        <w:t>automaticky</w:t>
      </w:r>
      <w:proofErr w:type="spellEnd"/>
      <w:r w:rsidRPr="00AD4C67">
        <w:rPr>
          <w:lang w:val="pl-PL"/>
        </w:rPr>
        <w:t xml:space="preserve"> </w:t>
      </w:r>
      <w:proofErr w:type="spellStart"/>
      <w:r w:rsidRPr="00AD4C67">
        <w:rPr>
          <w:lang w:val="pl-PL"/>
        </w:rPr>
        <w:t>neřídí</w:t>
      </w:r>
      <w:proofErr w:type="spellEnd"/>
      <w:r w:rsidRPr="00AD4C67">
        <w:rPr>
          <w:lang w:val="pl-PL"/>
        </w:rPr>
        <w:t xml:space="preserve">; </w:t>
      </w:r>
      <w:proofErr w:type="spellStart"/>
      <w:r w:rsidRPr="00AD4C67">
        <w:rPr>
          <w:lang w:val="pl-PL"/>
        </w:rPr>
        <w:t>viz</w:t>
      </w:r>
      <w:proofErr w:type="spellEnd"/>
      <w:r w:rsidRPr="00AD4C67">
        <w:rPr>
          <w:lang w:val="pl-PL"/>
        </w:rPr>
        <w:t xml:space="preserve"> </w:t>
      </w:r>
      <w:proofErr w:type="spellStart"/>
      <w:r w:rsidRPr="00AD4C67">
        <w:rPr>
          <w:lang w:val="pl-PL"/>
        </w:rPr>
        <w:t>článek</w:t>
      </w:r>
      <w:proofErr w:type="spellEnd"/>
      <w:r w:rsidRPr="00AD4C67">
        <w:rPr>
          <w:lang w:val="pl-PL"/>
        </w:rPr>
        <w:t xml:space="preserve"> 15.</w:t>
      </w:r>
    </w:p>
    <w:p w14:paraId="6F7ABE5B" w14:textId="77777777" w:rsidR="006C464F" w:rsidRPr="00AD4C67" w:rsidRDefault="00000000">
      <w:pPr>
        <w:rPr>
          <w:lang w:val="pl-PL"/>
        </w:rPr>
      </w:pPr>
      <w:r w:rsidRPr="00AD4C67">
        <w:rPr>
          <w:lang w:val="pl-PL"/>
        </w:rPr>
        <w:t xml:space="preserve">9.2. </w:t>
      </w:r>
      <w:proofErr w:type="spellStart"/>
      <w:r w:rsidRPr="00AD4C67">
        <w:rPr>
          <w:lang w:val="pl-PL"/>
        </w:rPr>
        <w:t>Pokud</w:t>
      </w:r>
      <w:proofErr w:type="spellEnd"/>
      <w:r w:rsidRPr="00AD4C67">
        <w:rPr>
          <w:lang w:val="pl-PL"/>
        </w:rPr>
        <w:t xml:space="preserve"> </w:t>
      </w:r>
      <w:proofErr w:type="spellStart"/>
      <w:r w:rsidRPr="00AD4C67">
        <w:rPr>
          <w:lang w:val="pl-PL"/>
        </w:rPr>
        <w:t>má</w:t>
      </w:r>
      <w:proofErr w:type="spellEnd"/>
      <w:r w:rsidRPr="00AD4C67">
        <w:rPr>
          <w:lang w:val="pl-PL"/>
        </w:rPr>
        <w:t xml:space="preserve"> </w:t>
      </w:r>
      <w:proofErr w:type="spellStart"/>
      <w:r w:rsidRPr="00AD4C67">
        <w:rPr>
          <w:lang w:val="pl-PL"/>
        </w:rPr>
        <w:t>konkrétní</w:t>
      </w:r>
      <w:proofErr w:type="spellEnd"/>
      <w:r w:rsidRPr="00AD4C67">
        <w:rPr>
          <w:lang w:val="pl-PL"/>
        </w:rPr>
        <w:t xml:space="preserve"> </w:t>
      </w:r>
      <w:proofErr w:type="spellStart"/>
      <w:r w:rsidRPr="00AD4C67">
        <w:rPr>
          <w:lang w:val="pl-PL"/>
        </w:rPr>
        <w:t>služba</w:t>
      </w:r>
      <w:proofErr w:type="spellEnd"/>
      <w:r w:rsidRPr="00AD4C67">
        <w:rPr>
          <w:lang w:val="pl-PL"/>
        </w:rPr>
        <w:t xml:space="preserve"> </w:t>
      </w:r>
      <w:proofErr w:type="spellStart"/>
      <w:r w:rsidRPr="00AD4C67">
        <w:rPr>
          <w:lang w:val="pl-PL"/>
        </w:rPr>
        <w:t>právní</w:t>
      </w:r>
      <w:proofErr w:type="spellEnd"/>
      <w:r w:rsidRPr="00AD4C67">
        <w:rPr>
          <w:lang w:val="pl-PL"/>
        </w:rPr>
        <w:t xml:space="preserve"> </w:t>
      </w:r>
      <w:proofErr w:type="spellStart"/>
      <w:r w:rsidRPr="00AD4C67">
        <w:rPr>
          <w:lang w:val="pl-PL"/>
        </w:rPr>
        <w:t>povahu</w:t>
      </w:r>
      <w:proofErr w:type="spellEnd"/>
      <w:r w:rsidRPr="00AD4C67">
        <w:rPr>
          <w:lang w:val="pl-PL"/>
        </w:rPr>
        <w:t xml:space="preserve"> </w:t>
      </w:r>
      <w:proofErr w:type="spellStart"/>
      <w:r w:rsidRPr="00AD4C67">
        <w:rPr>
          <w:lang w:val="pl-PL"/>
        </w:rPr>
        <w:t>přepravy</w:t>
      </w:r>
      <w:proofErr w:type="spellEnd"/>
      <w:r w:rsidRPr="00AD4C67">
        <w:rPr>
          <w:lang w:val="pl-PL"/>
        </w:rPr>
        <w:t xml:space="preserve"> osoby, </w:t>
      </w:r>
      <w:proofErr w:type="spellStart"/>
      <w:r w:rsidRPr="00AD4C67">
        <w:rPr>
          <w:lang w:val="pl-PL"/>
        </w:rPr>
        <w:t>uplatní</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zvláštní</w:t>
      </w:r>
      <w:proofErr w:type="spellEnd"/>
      <w:r w:rsidRPr="00AD4C67">
        <w:rPr>
          <w:lang w:val="pl-PL"/>
        </w:rPr>
        <w:t xml:space="preserve"> </w:t>
      </w:r>
      <w:proofErr w:type="spellStart"/>
      <w:r w:rsidRPr="00AD4C67">
        <w:rPr>
          <w:lang w:val="pl-PL"/>
        </w:rPr>
        <w:t>pravidla</w:t>
      </w:r>
      <w:proofErr w:type="spellEnd"/>
      <w:r w:rsidRPr="00AD4C67">
        <w:rPr>
          <w:lang w:val="pl-PL"/>
        </w:rPr>
        <w:t xml:space="preserve"> pro tuto </w:t>
      </w:r>
      <w:proofErr w:type="spellStart"/>
      <w:r w:rsidRPr="00AD4C67">
        <w:rPr>
          <w:lang w:val="pl-PL"/>
        </w:rPr>
        <w:t>službu</w:t>
      </w:r>
      <w:proofErr w:type="spellEnd"/>
      <w:r w:rsidRPr="00AD4C67">
        <w:rPr>
          <w:lang w:val="pl-PL"/>
        </w:rPr>
        <w:t xml:space="preserve">; </w:t>
      </w:r>
      <w:proofErr w:type="spellStart"/>
      <w:r w:rsidRPr="00AD4C67">
        <w:rPr>
          <w:lang w:val="pl-PL"/>
        </w:rPr>
        <w:t>obecné</w:t>
      </w:r>
      <w:proofErr w:type="spellEnd"/>
      <w:r w:rsidRPr="00AD4C67">
        <w:rPr>
          <w:lang w:val="pl-PL"/>
        </w:rPr>
        <w:t xml:space="preserve"> </w:t>
      </w:r>
      <w:proofErr w:type="spellStart"/>
      <w:r w:rsidRPr="00AD4C67">
        <w:rPr>
          <w:lang w:val="pl-PL"/>
        </w:rPr>
        <w:t>čtrnáctidenní</w:t>
      </w:r>
      <w:proofErr w:type="spellEnd"/>
      <w:r w:rsidRPr="00AD4C67">
        <w:rPr>
          <w:lang w:val="pl-PL"/>
        </w:rPr>
        <w:t xml:space="preserve"> </w:t>
      </w:r>
      <w:proofErr w:type="spellStart"/>
      <w:r w:rsidRPr="00AD4C67">
        <w:rPr>
          <w:lang w:val="pl-PL"/>
        </w:rPr>
        <w:t>odstoupení</w:t>
      </w:r>
      <w:proofErr w:type="spellEnd"/>
      <w:r w:rsidRPr="00AD4C67">
        <w:rPr>
          <w:lang w:val="pl-PL"/>
        </w:rPr>
        <w:t xml:space="preserve"> od </w:t>
      </w:r>
      <w:proofErr w:type="spellStart"/>
      <w:r w:rsidRPr="00AD4C67">
        <w:rPr>
          <w:lang w:val="pl-PL"/>
        </w:rPr>
        <w:t>distanční</w:t>
      </w:r>
      <w:proofErr w:type="spellEnd"/>
      <w:r w:rsidRPr="00AD4C67">
        <w:rPr>
          <w:lang w:val="pl-PL"/>
        </w:rPr>
        <w:t xml:space="preserve"> </w:t>
      </w:r>
      <w:proofErr w:type="spellStart"/>
      <w:r w:rsidRPr="00AD4C67">
        <w:rPr>
          <w:lang w:val="pl-PL"/>
        </w:rPr>
        <w:t>smlouvy</w:t>
      </w:r>
      <w:proofErr w:type="spellEnd"/>
      <w:r w:rsidRPr="00AD4C67">
        <w:rPr>
          <w:lang w:val="pl-PL"/>
        </w:rPr>
        <w:t xml:space="preserve"> </w:t>
      </w:r>
      <w:proofErr w:type="spellStart"/>
      <w:r w:rsidRPr="00AD4C67">
        <w:rPr>
          <w:lang w:val="pl-PL"/>
        </w:rPr>
        <w:t>se</w:t>
      </w:r>
      <w:proofErr w:type="spellEnd"/>
      <w:r w:rsidRPr="00AD4C67">
        <w:rPr>
          <w:lang w:val="pl-PL"/>
        </w:rPr>
        <w:t xml:space="preserve"> podle § 1840 </w:t>
      </w:r>
      <w:proofErr w:type="spellStart"/>
      <w:r w:rsidRPr="00AD4C67">
        <w:rPr>
          <w:lang w:val="pl-PL"/>
        </w:rPr>
        <w:t>písm</w:t>
      </w:r>
      <w:proofErr w:type="spellEnd"/>
      <w:r w:rsidRPr="00AD4C67">
        <w:rPr>
          <w:lang w:val="pl-PL"/>
        </w:rPr>
        <w:t xml:space="preserve">. h) </w:t>
      </w:r>
      <w:proofErr w:type="spellStart"/>
      <w:r w:rsidRPr="00AD4C67">
        <w:rPr>
          <w:lang w:val="pl-PL"/>
        </w:rPr>
        <w:t>občanského</w:t>
      </w:r>
      <w:proofErr w:type="spellEnd"/>
      <w:r w:rsidRPr="00AD4C67">
        <w:rPr>
          <w:lang w:val="pl-PL"/>
        </w:rPr>
        <w:t xml:space="preserve"> </w:t>
      </w:r>
      <w:proofErr w:type="spellStart"/>
      <w:r w:rsidRPr="00AD4C67">
        <w:rPr>
          <w:lang w:val="pl-PL"/>
        </w:rPr>
        <w:t>zákoníku</w:t>
      </w:r>
      <w:proofErr w:type="spellEnd"/>
      <w:r w:rsidRPr="00AD4C67">
        <w:rPr>
          <w:lang w:val="pl-PL"/>
        </w:rPr>
        <w:t xml:space="preserve"> </w:t>
      </w:r>
      <w:proofErr w:type="spellStart"/>
      <w:r w:rsidRPr="00AD4C67">
        <w:rPr>
          <w:lang w:val="pl-PL"/>
        </w:rPr>
        <w:t>neuplatní</w:t>
      </w:r>
      <w:proofErr w:type="spellEnd"/>
      <w:r w:rsidRPr="00AD4C67">
        <w:rPr>
          <w:lang w:val="pl-PL"/>
        </w:rPr>
        <w:t>.</w:t>
      </w:r>
    </w:p>
    <w:p w14:paraId="4CF4DF9B" w14:textId="77777777" w:rsidR="006C464F" w:rsidRPr="00AD4C67" w:rsidRDefault="00000000">
      <w:pPr>
        <w:rPr>
          <w:lang w:val="pl-PL"/>
        </w:rPr>
      </w:pPr>
      <w:r w:rsidRPr="00AD4C67">
        <w:rPr>
          <w:lang w:val="pl-PL"/>
        </w:rPr>
        <w:t xml:space="preserve">9.3. </w:t>
      </w:r>
      <w:proofErr w:type="spellStart"/>
      <w:r w:rsidRPr="00AD4C67">
        <w:rPr>
          <w:lang w:val="pl-PL"/>
        </w:rPr>
        <w:t>Výjimky</w:t>
      </w:r>
      <w:proofErr w:type="spellEnd"/>
      <w:r w:rsidRPr="00AD4C67">
        <w:rPr>
          <w:lang w:val="pl-PL"/>
        </w:rPr>
        <w:t xml:space="preserve"> </w:t>
      </w:r>
      <w:proofErr w:type="spellStart"/>
      <w:r w:rsidRPr="00AD4C67">
        <w:rPr>
          <w:lang w:val="pl-PL"/>
        </w:rPr>
        <w:t>nelze</w:t>
      </w:r>
      <w:proofErr w:type="spellEnd"/>
      <w:r w:rsidRPr="00AD4C67">
        <w:rPr>
          <w:lang w:val="pl-PL"/>
        </w:rPr>
        <w:t xml:space="preserve"> </w:t>
      </w:r>
      <w:proofErr w:type="spellStart"/>
      <w:r w:rsidRPr="00AD4C67">
        <w:rPr>
          <w:lang w:val="pl-PL"/>
        </w:rPr>
        <w:t>automaticky</w:t>
      </w:r>
      <w:proofErr w:type="spellEnd"/>
      <w:r w:rsidRPr="00AD4C67">
        <w:rPr>
          <w:lang w:val="pl-PL"/>
        </w:rPr>
        <w:t xml:space="preserve"> </w:t>
      </w:r>
      <w:proofErr w:type="spellStart"/>
      <w:r w:rsidRPr="00AD4C67">
        <w:rPr>
          <w:lang w:val="pl-PL"/>
        </w:rPr>
        <w:t>vztahovat</w:t>
      </w:r>
      <w:proofErr w:type="spellEnd"/>
      <w:r w:rsidRPr="00AD4C67">
        <w:rPr>
          <w:lang w:val="pl-PL"/>
        </w:rPr>
        <w:t xml:space="preserve"> na </w:t>
      </w:r>
      <w:proofErr w:type="spellStart"/>
      <w:r w:rsidRPr="00AD4C67">
        <w:rPr>
          <w:lang w:val="pl-PL"/>
        </w:rPr>
        <w:t>jakoukoli</w:t>
      </w:r>
      <w:proofErr w:type="spellEnd"/>
      <w:r w:rsidRPr="00AD4C67">
        <w:rPr>
          <w:lang w:val="pl-PL"/>
        </w:rPr>
        <w:t xml:space="preserve"> </w:t>
      </w:r>
      <w:proofErr w:type="spellStart"/>
      <w:r w:rsidRPr="00AD4C67">
        <w:rPr>
          <w:lang w:val="pl-PL"/>
        </w:rPr>
        <w:t>službu</w:t>
      </w:r>
      <w:proofErr w:type="spellEnd"/>
      <w:r w:rsidRPr="00AD4C67">
        <w:rPr>
          <w:lang w:val="pl-PL"/>
        </w:rPr>
        <w:t xml:space="preserve"> </w:t>
      </w:r>
      <w:proofErr w:type="spellStart"/>
      <w:r w:rsidRPr="00AD4C67">
        <w:rPr>
          <w:lang w:val="pl-PL"/>
        </w:rPr>
        <w:t>či</w:t>
      </w:r>
      <w:proofErr w:type="spellEnd"/>
      <w:r w:rsidRPr="00AD4C67">
        <w:rPr>
          <w:lang w:val="pl-PL"/>
        </w:rPr>
        <w:t xml:space="preserve"> </w:t>
      </w:r>
      <w:proofErr w:type="spellStart"/>
      <w:r w:rsidRPr="00AD4C67">
        <w:rPr>
          <w:lang w:val="pl-PL"/>
        </w:rPr>
        <w:t>zboží</w:t>
      </w:r>
      <w:proofErr w:type="spellEnd"/>
      <w:r w:rsidRPr="00AD4C67">
        <w:rPr>
          <w:lang w:val="pl-PL"/>
        </w:rPr>
        <w:t xml:space="preserve"> </w:t>
      </w:r>
      <w:proofErr w:type="spellStart"/>
      <w:r w:rsidRPr="00AD4C67">
        <w:rPr>
          <w:lang w:val="pl-PL"/>
        </w:rPr>
        <w:t>nabízené</w:t>
      </w:r>
      <w:proofErr w:type="spellEnd"/>
      <w:r w:rsidRPr="00AD4C67">
        <w:rPr>
          <w:lang w:val="pl-PL"/>
        </w:rPr>
        <w:t xml:space="preserve"> </w:t>
      </w:r>
      <w:proofErr w:type="spellStart"/>
      <w:r w:rsidRPr="00AD4C67">
        <w:rPr>
          <w:lang w:val="pl-PL"/>
        </w:rPr>
        <w:t>poskytovatelem</w:t>
      </w:r>
      <w:proofErr w:type="spellEnd"/>
      <w:r w:rsidRPr="00AD4C67">
        <w:rPr>
          <w:lang w:val="pl-PL"/>
        </w:rPr>
        <w:t xml:space="preserve">. </w:t>
      </w:r>
      <w:proofErr w:type="spellStart"/>
      <w:r w:rsidRPr="00AD4C67">
        <w:rPr>
          <w:lang w:val="pl-PL"/>
        </w:rPr>
        <w:t>Pokud</w:t>
      </w:r>
      <w:proofErr w:type="spellEnd"/>
      <w:r w:rsidRPr="00AD4C67">
        <w:rPr>
          <w:lang w:val="pl-PL"/>
        </w:rPr>
        <w:t xml:space="preserve"> </w:t>
      </w:r>
      <w:proofErr w:type="spellStart"/>
      <w:r w:rsidRPr="00AD4C67">
        <w:rPr>
          <w:lang w:val="pl-PL"/>
        </w:rPr>
        <w:t>konkrétní</w:t>
      </w:r>
      <w:proofErr w:type="spellEnd"/>
      <w:r w:rsidRPr="00AD4C67">
        <w:rPr>
          <w:lang w:val="pl-PL"/>
        </w:rPr>
        <w:t xml:space="preserve"> </w:t>
      </w:r>
      <w:proofErr w:type="spellStart"/>
      <w:r w:rsidRPr="00AD4C67">
        <w:rPr>
          <w:lang w:val="pl-PL"/>
        </w:rPr>
        <w:t>plnění</w:t>
      </w:r>
      <w:proofErr w:type="spellEnd"/>
      <w:r w:rsidRPr="00AD4C67">
        <w:rPr>
          <w:lang w:val="pl-PL"/>
        </w:rPr>
        <w:t xml:space="preserve"> pod </w:t>
      </w:r>
      <w:proofErr w:type="spellStart"/>
      <w:r w:rsidRPr="00AD4C67">
        <w:rPr>
          <w:lang w:val="pl-PL"/>
        </w:rPr>
        <w:t>výjimku</w:t>
      </w:r>
      <w:proofErr w:type="spellEnd"/>
      <w:r w:rsidRPr="00AD4C67">
        <w:rPr>
          <w:lang w:val="pl-PL"/>
        </w:rPr>
        <w:t xml:space="preserve"> </w:t>
      </w:r>
      <w:proofErr w:type="spellStart"/>
      <w:r w:rsidRPr="00AD4C67">
        <w:rPr>
          <w:lang w:val="pl-PL"/>
        </w:rPr>
        <w:t>nespadá</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před</w:t>
      </w:r>
      <w:proofErr w:type="spellEnd"/>
      <w:r w:rsidRPr="00AD4C67">
        <w:rPr>
          <w:lang w:val="pl-PL"/>
        </w:rPr>
        <w:t xml:space="preserve"> </w:t>
      </w:r>
      <w:proofErr w:type="spellStart"/>
      <w:r w:rsidRPr="00AD4C67">
        <w:rPr>
          <w:lang w:val="pl-PL"/>
        </w:rPr>
        <w:t>uzavřením</w:t>
      </w:r>
      <w:proofErr w:type="spellEnd"/>
      <w:r w:rsidRPr="00AD4C67">
        <w:rPr>
          <w:lang w:val="pl-PL"/>
        </w:rPr>
        <w:t xml:space="preserve"> </w:t>
      </w:r>
      <w:proofErr w:type="spellStart"/>
      <w:r w:rsidRPr="00AD4C67">
        <w:rPr>
          <w:lang w:val="pl-PL"/>
        </w:rPr>
        <w:t>smlouvy</w:t>
      </w:r>
      <w:proofErr w:type="spellEnd"/>
      <w:r w:rsidRPr="00AD4C67">
        <w:rPr>
          <w:lang w:val="pl-PL"/>
        </w:rPr>
        <w:t xml:space="preserve"> </w:t>
      </w:r>
      <w:proofErr w:type="spellStart"/>
      <w:r w:rsidRPr="00AD4C67">
        <w:rPr>
          <w:lang w:val="pl-PL"/>
        </w:rPr>
        <w:t>poskytne</w:t>
      </w:r>
      <w:proofErr w:type="spellEnd"/>
      <w:r w:rsidRPr="00AD4C67">
        <w:rPr>
          <w:lang w:val="pl-PL"/>
        </w:rPr>
        <w:t xml:space="preserve"> </w:t>
      </w:r>
      <w:proofErr w:type="spellStart"/>
      <w:r w:rsidRPr="00AD4C67">
        <w:rPr>
          <w:lang w:val="pl-PL"/>
        </w:rPr>
        <w:t>odpovídající</w:t>
      </w:r>
      <w:proofErr w:type="spellEnd"/>
      <w:r w:rsidRPr="00AD4C67">
        <w:rPr>
          <w:lang w:val="pl-PL"/>
        </w:rPr>
        <w:t xml:space="preserve"> </w:t>
      </w:r>
      <w:proofErr w:type="spellStart"/>
      <w:r w:rsidRPr="00AD4C67">
        <w:rPr>
          <w:lang w:val="pl-PL"/>
        </w:rPr>
        <w:t>poučení</w:t>
      </w:r>
      <w:proofErr w:type="spellEnd"/>
      <w:r w:rsidRPr="00AD4C67">
        <w:rPr>
          <w:lang w:val="pl-PL"/>
        </w:rPr>
        <w:t xml:space="preserve"> a </w:t>
      </w:r>
      <w:proofErr w:type="spellStart"/>
      <w:r w:rsidRPr="00AD4C67">
        <w:rPr>
          <w:lang w:val="pl-PL"/>
        </w:rPr>
        <w:t>případný</w:t>
      </w:r>
      <w:proofErr w:type="spellEnd"/>
      <w:r w:rsidRPr="00AD4C67">
        <w:rPr>
          <w:lang w:val="pl-PL"/>
        </w:rPr>
        <w:t xml:space="preserve"> </w:t>
      </w:r>
      <w:proofErr w:type="spellStart"/>
      <w:r w:rsidRPr="00AD4C67">
        <w:rPr>
          <w:lang w:val="pl-PL"/>
        </w:rPr>
        <w:t>vzorový</w:t>
      </w:r>
      <w:proofErr w:type="spellEnd"/>
      <w:r w:rsidRPr="00AD4C67">
        <w:rPr>
          <w:lang w:val="pl-PL"/>
        </w:rPr>
        <w:t xml:space="preserve"> </w:t>
      </w:r>
      <w:proofErr w:type="spellStart"/>
      <w:r w:rsidRPr="00AD4C67">
        <w:rPr>
          <w:lang w:val="pl-PL"/>
        </w:rPr>
        <w:t>formulář</w:t>
      </w:r>
      <w:proofErr w:type="spellEnd"/>
      <w:r w:rsidRPr="00AD4C67">
        <w:rPr>
          <w:lang w:val="pl-PL"/>
        </w:rPr>
        <w:t xml:space="preserve"> pro </w:t>
      </w:r>
      <w:proofErr w:type="spellStart"/>
      <w:r w:rsidRPr="00AD4C67">
        <w:rPr>
          <w:lang w:val="pl-PL"/>
        </w:rPr>
        <w:t>odstoupení</w:t>
      </w:r>
      <w:proofErr w:type="spellEnd"/>
      <w:r w:rsidRPr="00AD4C67">
        <w:rPr>
          <w:lang w:val="pl-PL"/>
        </w:rPr>
        <w:t xml:space="preserve">. </w:t>
      </w:r>
      <w:proofErr w:type="spellStart"/>
      <w:r w:rsidRPr="00AD4C67">
        <w:rPr>
          <w:lang w:val="pl-PL"/>
        </w:rPr>
        <w:t>Zákonná</w:t>
      </w:r>
      <w:proofErr w:type="spellEnd"/>
      <w:r w:rsidRPr="00AD4C67">
        <w:rPr>
          <w:lang w:val="pl-PL"/>
        </w:rPr>
        <w:t xml:space="preserve"> </w:t>
      </w:r>
      <w:proofErr w:type="spellStart"/>
      <w:r w:rsidRPr="00AD4C67">
        <w:rPr>
          <w:lang w:val="pl-PL"/>
        </w:rPr>
        <w:t>práva</w:t>
      </w:r>
      <w:proofErr w:type="spellEnd"/>
      <w:r w:rsidRPr="00AD4C67">
        <w:rPr>
          <w:lang w:val="pl-PL"/>
        </w:rPr>
        <w:t xml:space="preserve"> z </w:t>
      </w:r>
      <w:proofErr w:type="spellStart"/>
      <w:r w:rsidRPr="00AD4C67">
        <w:rPr>
          <w:lang w:val="pl-PL"/>
        </w:rPr>
        <w:t>vadného</w:t>
      </w:r>
      <w:proofErr w:type="spellEnd"/>
      <w:r w:rsidRPr="00AD4C67">
        <w:rPr>
          <w:lang w:val="pl-PL"/>
        </w:rPr>
        <w:t xml:space="preserve"> </w:t>
      </w:r>
      <w:proofErr w:type="spellStart"/>
      <w:r w:rsidRPr="00AD4C67">
        <w:rPr>
          <w:lang w:val="pl-PL"/>
        </w:rPr>
        <w:t>plnění</w:t>
      </w:r>
      <w:proofErr w:type="spellEnd"/>
      <w:r w:rsidRPr="00AD4C67">
        <w:rPr>
          <w:lang w:val="pl-PL"/>
        </w:rPr>
        <w:t xml:space="preserve"> </w:t>
      </w:r>
      <w:proofErr w:type="spellStart"/>
      <w:r w:rsidRPr="00AD4C67">
        <w:rPr>
          <w:lang w:val="pl-PL"/>
        </w:rPr>
        <w:t>nebo</w:t>
      </w:r>
      <w:proofErr w:type="spellEnd"/>
      <w:r w:rsidRPr="00AD4C67">
        <w:rPr>
          <w:lang w:val="pl-PL"/>
        </w:rPr>
        <w:t xml:space="preserve"> z </w:t>
      </w:r>
      <w:proofErr w:type="spellStart"/>
      <w:r w:rsidRPr="00AD4C67">
        <w:rPr>
          <w:lang w:val="pl-PL"/>
        </w:rPr>
        <w:t>neuskutečnění</w:t>
      </w:r>
      <w:proofErr w:type="spellEnd"/>
      <w:r w:rsidRPr="00AD4C67">
        <w:rPr>
          <w:lang w:val="pl-PL"/>
        </w:rPr>
        <w:t xml:space="preserve"> </w:t>
      </w:r>
      <w:proofErr w:type="spellStart"/>
      <w:r w:rsidRPr="00AD4C67">
        <w:rPr>
          <w:lang w:val="pl-PL"/>
        </w:rPr>
        <w:t>sjednané</w:t>
      </w:r>
      <w:proofErr w:type="spellEnd"/>
      <w:r w:rsidRPr="00AD4C67">
        <w:rPr>
          <w:lang w:val="pl-PL"/>
        </w:rPr>
        <w:t xml:space="preserve"> </w:t>
      </w:r>
      <w:proofErr w:type="spellStart"/>
      <w:r w:rsidRPr="00AD4C67">
        <w:rPr>
          <w:lang w:val="pl-PL"/>
        </w:rPr>
        <w:t>služby</w:t>
      </w:r>
      <w:proofErr w:type="spellEnd"/>
      <w:r w:rsidRPr="00AD4C67">
        <w:rPr>
          <w:lang w:val="pl-PL"/>
        </w:rPr>
        <w:t xml:space="preserve"> </w:t>
      </w:r>
      <w:proofErr w:type="spellStart"/>
      <w:r w:rsidRPr="00AD4C67">
        <w:rPr>
          <w:lang w:val="pl-PL"/>
        </w:rPr>
        <w:t>zůstávají</w:t>
      </w:r>
      <w:proofErr w:type="spellEnd"/>
      <w:r w:rsidRPr="00AD4C67">
        <w:rPr>
          <w:lang w:val="pl-PL"/>
        </w:rPr>
        <w:t xml:space="preserve"> </w:t>
      </w:r>
      <w:proofErr w:type="spellStart"/>
      <w:r w:rsidRPr="00AD4C67">
        <w:rPr>
          <w:lang w:val="pl-PL"/>
        </w:rPr>
        <w:t>zachována</w:t>
      </w:r>
      <w:proofErr w:type="spellEnd"/>
      <w:r w:rsidRPr="00AD4C67">
        <w:rPr>
          <w:lang w:val="pl-PL"/>
        </w:rPr>
        <w:t>.</w:t>
      </w:r>
    </w:p>
    <w:p w14:paraId="69332B27" w14:textId="77777777" w:rsidR="006C464F" w:rsidRPr="00AD4C67" w:rsidRDefault="00000000">
      <w:pPr>
        <w:pStyle w:val="Nadpis1"/>
        <w:rPr>
          <w:lang w:val="pl-PL"/>
        </w:rPr>
      </w:pPr>
      <w:r w:rsidRPr="00AD4C67">
        <w:rPr>
          <w:lang w:val="pl-PL"/>
        </w:rPr>
        <w:t xml:space="preserve">10 </w:t>
      </w:r>
      <w:proofErr w:type="spellStart"/>
      <w:r w:rsidRPr="00AD4C67">
        <w:rPr>
          <w:lang w:val="pl-PL"/>
        </w:rPr>
        <w:t>Škody</w:t>
      </w:r>
      <w:proofErr w:type="spellEnd"/>
      <w:r w:rsidRPr="00AD4C67">
        <w:rPr>
          <w:lang w:val="pl-PL"/>
        </w:rPr>
        <w:t xml:space="preserve"> a </w:t>
      </w:r>
      <w:proofErr w:type="spellStart"/>
      <w:r w:rsidRPr="00AD4C67">
        <w:rPr>
          <w:lang w:val="pl-PL"/>
        </w:rPr>
        <w:t>osobní</w:t>
      </w:r>
      <w:proofErr w:type="spellEnd"/>
      <w:r w:rsidRPr="00AD4C67">
        <w:rPr>
          <w:lang w:val="pl-PL"/>
        </w:rPr>
        <w:t xml:space="preserve"> </w:t>
      </w:r>
      <w:proofErr w:type="spellStart"/>
      <w:r w:rsidRPr="00AD4C67">
        <w:rPr>
          <w:lang w:val="pl-PL"/>
        </w:rPr>
        <w:t>věci</w:t>
      </w:r>
      <w:proofErr w:type="spellEnd"/>
    </w:p>
    <w:p w14:paraId="6B0B5BF2" w14:textId="77777777" w:rsidR="006C464F" w:rsidRPr="00AD4C67" w:rsidRDefault="00000000">
      <w:pPr>
        <w:rPr>
          <w:lang w:val="pl-PL"/>
        </w:rPr>
      </w:pPr>
      <w:r w:rsidRPr="00AD4C67">
        <w:rPr>
          <w:lang w:val="pl-PL"/>
        </w:rPr>
        <w:t xml:space="preserve">10.1. </w:t>
      </w:r>
      <w:proofErr w:type="spellStart"/>
      <w:r w:rsidRPr="00AD4C67">
        <w:rPr>
          <w:lang w:val="pl-PL"/>
        </w:rPr>
        <w:t>Poskytovatel</w:t>
      </w:r>
      <w:proofErr w:type="spellEnd"/>
      <w:r w:rsidRPr="00AD4C67">
        <w:rPr>
          <w:lang w:val="pl-PL"/>
        </w:rPr>
        <w:t xml:space="preserve"> </w:t>
      </w:r>
      <w:proofErr w:type="spellStart"/>
      <w:r w:rsidRPr="00AD4C67">
        <w:rPr>
          <w:lang w:val="pl-PL"/>
        </w:rPr>
        <w:t>odpovídá</w:t>
      </w:r>
      <w:proofErr w:type="spellEnd"/>
      <w:r w:rsidRPr="00AD4C67">
        <w:rPr>
          <w:lang w:val="pl-PL"/>
        </w:rPr>
        <w:t xml:space="preserve"> za </w:t>
      </w:r>
      <w:proofErr w:type="spellStart"/>
      <w:r w:rsidRPr="00AD4C67">
        <w:rPr>
          <w:lang w:val="pl-PL"/>
        </w:rPr>
        <w:t>řádné</w:t>
      </w:r>
      <w:proofErr w:type="spellEnd"/>
      <w:r w:rsidRPr="00AD4C67">
        <w:rPr>
          <w:lang w:val="pl-PL"/>
        </w:rPr>
        <w:t xml:space="preserve"> </w:t>
      </w:r>
      <w:proofErr w:type="spellStart"/>
      <w:r w:rsidRPr="00AD4C67">
        <w:rPr>
          <w:lang w:val="pl-PL"/>
        </w:rPr>
        <w:t>poskytování</w:t>
      </w:r>
      <w:proofErr w:type="spellEnd"/>
      <w:r w:rsidRPr="00AD4C67">
        <w:rPr>
          <w:lang w:val="pl-PL"/>
        </w:rPr>
        <w:t xml:space="preserve"> </w:t>
      </w:r>
      <w:proofErr w:type="spellStart"/>
      <w:r w:rsidRPr="00AD4C67">
        <w:rPr>
          <w:lang w:val="pl-PL"/>
        </w:rPr>
        <w:t>sjednaných</w:t>
      </w:r>
      <w:proofErr w:type="spellEnd"/>
      <w:r w:rsidRPr="00AD4C67">
        <w:rPr>
          <w:lang w:val="pl-PL"/>
        </w:rPr>
        <w:t xml:space="preserve"> </w:t>
      </w:r>
      <w:proofErr w:type="spellStart"/>
      <w:r w:rsidRPr="00AD4C67">
        <w:rPr>
          <w:lang w:val="pl-PL"/>
        </w:rPr>
        <w:t>služeb</w:t>
      </w:r>
      <w:proofErr w:type="spellEnd"/>
      <w:r w:rsidRPr="00AD4C67">
        <w:rPr>
          <w:lang w:val="pl-PL"/>
        </w:rPr>
        <w:t xml:space="preserve"> a za </w:t>
      </w:r>
      <w:proofErr w:type="spellStart"/>
      <w:r w:rsidRPr="00AD4C67">
        <w:rPr>
          <w:lang w:val="pl-PL"/>
        </w:rPr>
        <w:t>újmu</w:t>
      </w:r>
      <w:proofErr w:type="spellEnd"/>
      <w:r w:rsidRPr="00AD4C67">
        <w:rPr>
          <w:lang w:val="pl-PL"/>
        </w:rPr>
        <w:t xml:space="preserve"> v </w:t>
      </w:r>
      <w:proofErr w:type="spellStart"/>
      <w:r w:rsidRPr="00AD4C67">
        <w:rPr>
          <w:lang w:val="pl-PL"/>
        </w:rPr>
        <w:t>rozsahu</w:t>
      </w:r>
      <w:proofErr w:type="spellEnd"/>
      <w:r w:rsidRPr="00AD4C67">
        <w:rPr>
          <w:lang w:val="pl-PL"/>
        </w:rPr>
        <w:t xml:space="preserve"> </w:t>
      </w:r>
      <w:proofErr w:type="spellStart"/>
      <w:r w:rsidRPr="00AD4C67">
        <w:rPr>
          <w:lang w:val="pl-PL"/>
        </w:rPr>
        <w:t>stanoveném</w:t>
      </w:r>
      <w:proofErr w:type="spellEnd"/>
      <w:r w:rsidRPr="00AD4C67">
        <w:rPr>
          <w:lang w:val="pl-PL"/>
        </w:rPr>
        <w:t xml:space="preserve"> </w:t>
      </w:r>
      <w:proofErr w:type="spellStart"/>
      <w:r w:rsidRPr="00AD4C67">
        <w:rPr>
          <w:lang w:val="pl-PL"/>
        </w:rPr>
        <w:t>právními</w:t>
      </w:r>
      <w:proofErr w:type="spellEnd"/>
      <w:r w:rsidRPr="00AD4C67">
        <w:rPr>
          <w:lang w:val="pl-PL"/>
        </w:rPr>
        <w:t xml:space="preserve"> </w:t>
      </w:r>
      <w:proofErr w:type="spellStart"/>
      <w:r w:rsidRPr="00AD4C67">
        <w:rPr>
          <w:lang w:val="pl-PL"/>
        </w:rPr>
        <w:t>předpisy</w:t>
      </w:r>
      <w:proofErr w:type="spellEnd"/>
      <w:r w:rsidRPr="00AD4C67">
        <w:rPr>
          <w:lang w:val="pl-PL"/>
        </w:rPr>
        <w:t xml:space="preserve">. Tyto VOP </w:t>
      </w:r>
      <w:proofErr w:type="spellStart"/>
      <w:r w:rsidRPr="00AD4C67">
        <w:rPr>
          <w:lang w:val="pl-PL"/>
        </w:rPr>
        <w:t>nevylučují</w:t>
      </w:r>
      <w:proofErr w:type="spellEnd"/>
      <w:r w:rsidRPr="00AD4C67">
        <w:rPr>
          <w:lang w:val="pl-PL"/>
        </w:rPr>
        <w:t xml:space="preserve"> ani </w:t>
      </w:r>
      <w:proofErr w:type="spellStart"/>
      <w:r w:rsidRPr="00AD4C67">
        <w:rPr>
          <w:lang w:val="pl-PL"/>
        </w:rPr>
        <w:t>neomezují</w:t>
      </w:r>
      <w:proofErr w:type="spellEnd"/>
      <w:r w:rsidRPr="00AD4C67">
        <w:rPr>
          <w:lang w:val="pl-PL"/>
        </w:rPr>
        <w:t xml:space="preserve"> </w:t>
      </w:r>
      <w:proofErr w:type="spellStart"/>
      <w:r w:rsidRPr="00AD4C67">
        <w:rPr>
          <w:lang w:val="pl-PL"/>
        </w:rPr>
        <w:t>odpovědnost</w:t>
      </w:r>
      <w:proofErr w:type="spellEnd"/>
      <w:r w:rsidRPr="00AD4C67">
        <w:rPr>
          <w:lang w:val="pl-PL"/>
        </w:rPr>
        <w:t xml:space="preserve"> tam, </w:t>
      </w:r>
      <w:proofErr w:type="spellStart"/>
      <w:r w:rsidRPr="00AD4C67">
        <w:rPr>
          <w:lang w:val="pl-PL"/>
        </w:rPr>
        <w:t>kde</w:t>
      </w:r>
      <w:proofErr w:type="spellEnd"/>
      <w:r w:rsidRPr="00AD4C67">
        <w:rPr>
          <w:lang w:val="pl-PL"/>
        </w:rPr>
        <w:t xml:space="preserve"> to </w:t>
      </w:r>
      <w:proofErr w:type="spellStart"/>
      <w:r w:rsidRPr="00AD4C67">
        <w:rPr>
          <w:lang w:val="pl-PL"/>
        </w:rPr>
        <w:t>zákon</w:t>
      </w:r>
      <w:proofErr w:type="spellEnd"/>
      <w:r w:rsidRPr="00AD4C67">
        <w:rPr>
          <w:lang w:val="pl-PL"/>
        </w:rPr>
        <w:t xml:space="preserve"> </w:t>
      </w:r>
      <w:proofErr w:type="spellStart"/>
      <w:r w:rsidRPr="00AD4C67">
        <w:rPr>
          <w:lang w:val="pl-PL"/>
        </w:rPr>
        <w:t>nepřipouští</w:t>
      </w:r>
      <w:proofErr w:type="spellEnd"/>
      <w:r w:rsidRPr="00AD4C67">
        <w:rPr>
          <w:lang w:val="pl-PL"/>
        </w:rPr>
        <w:t xml:space="preserve">, </w:t>
      </w:r>
      <w:proofErr w:type="spellStart"/>
      <w:r w:rsidRPr="00AD4C67">
        <w:rPr>
          <w:lang w:val="pl-PL"/>
        </w:rPr>
        <w:t>zejména</w:t>
      </w:r>
      <w:proofErr w:type="spellEnd"/>
      <w:r w:rsidRPr="00AD4C67">
        <w:rPr>
          <w:lang w:val="pl-PL"/>
        </w:rPr>
        <w:t xml:space="preserve"> za </w:t>
      </w:r>
      <w:proofErr w:type="spellStart"/>
      <w:r w:rsidRPr="00AD4C67">
        <w:rPr>
          <w:lang w:val="pl-PL"/>
        </w:rPr>
        <w:t>újmu</w:t>
      </w:r>
      <w:proofErr w:type="spellEnd"/>
      <w:r w:rsidRPr="00AD4C67">
        <w:rPr>
          <w:lang w:val="pl-PL"/>
        </w:rPr>
        <w:t xml:space="preserve"> na </w:t>
      </w:r>
      <w:proofErr w:type="spellStart"/>
      <w:r w:rsidRPr="00AD4C67">
        <w:rPr>
          <w:lang w:val="pl-PL"/>
        </w:rPr>
        <w:t>přirozených</w:t>
      </w:r>
      <w:proofErr w:type="spellEnd"/>
      <w:r w:rsidRPr="00AD4C67">
        <w:rPr>
          <w:lang w:val="pl-PL"/>
        </w:rPr>
        <w:t xml:space="preserve"> </w:t>
      </w:r>
      <w:proofErr w:type="spellStart"/>
      <w:r w:rsidRPr="00AD4C67">
        <w:rPr>
          <w:lang w:val="pl-PL"/>
        </w:rPr>
        <w:t>právech</w:t>
      </w:r>
      <w:proofErr w:type="spellEnd"/>
      <w:r w:rsidRPr="00AD4C67">
        <w:rPr>
          <w:lang w:val="pl-PL"/>
        </w:rPr>
        <w:t xml:space="preserve"> </w:t>
      </w:r>
      <w:proofErr w:type="spellStart"/>
      <w:r w:rsidRPr="00AD4C67">
        <w:rPr>
          <w:lang w:val="pl-PL"/>
        </w:rPr>
        <w:t>člověka</w:t>
      </w:r>
      <w:proofErr w:type="spellEnd"/>
      <w:r w:rsidRPr="00AD4C67">
        <w:rPr>
          <w:lang w:val="pl-PL"/>
        </w:rPr>
        <w:t xml:space="preserve">, </w:t>
      </w:r>
      <w:proofErr w:type="spellStart"/>
      <w:r w:rsidRPr="00AD4C67">
        <w:rPr>
          <w:lang w:val="pl-PL"/>
        </w:rPr>
        <w:t>úmyslně</w:t>
      </w:r>
      <w:proofErr w:type="spellEnd"/>
      <w:r w:rsidRPr="00AD4C67">
        <w:rPr>
          <w:lang w:val="pl-PL"/>
        </w:rPr>
        <w:t xml:space="preserve"> </w:t>
      </w:r>
      <w:proofErr w:type="spellStart"/>
      <w:r w:rsidRPr="00AD4C67">
        <w:rPr>
          <w:lang w:val="pl-PL"/>
        </w:rPr>
        <w:t>či</w:t>
      </w:r>
      <w:proofErr w:type="spellEnd"/>
      <w:r w:rsidRPr="00AD4C67">
        <w:rPr>
          <w:lang w:val="pl-PL"/>
        </w:rPr>
        <w:t xml:space="preserve"> z </w:t>
      </w:r>
      <w:proofErr w:type="spellStart"/>
      <w:r w:rsidRPr="00AD4C67">
        <w:rPr>
          <w:lang w:val="pl-PL"/>
        </w:rPr>
        <w:t>hrubé</w:t>
      </w:r>
      <w:proofErr w:type="spellEnd"/>
      <w:r w:rsidRPr="00AD4C67">
        <w:rPr>
          <w:lang w:val="pl-PL"/>
        </w:rPr>
        <w:t xml:space="preserve"> </w:t>
      </w:r>
      <w:proofErr w:type="spellStart"/>
      <w:r w:rsidRPr="00AD4C67">
        <w:rPr>
          <w:lang w:val="pl-PL"/>
        </w:rPr>
        <w:t>nedbalosti</w:t>
      </w:r>
      <w:proofErr w:type="spellEnd"/>
      <w:r w:rsidRPr="00AD4C67">
        <w:rPr>
          <w:lang w:val="pl-PL"/>
        </w:rPr>
        <w:t xml:space="preserve"> </w:t>
      </w:r>
      <w:proofErr w:type="spellStart"/>
      <w:r w:rsidRPr="00AD4C67">
        <w:rPr>
          <w:lang w:val="pl-PL"/>
        </w:rPr>
        <w:t>způsobenou</w:t>
      </w:r>
      <w:proofErr w:type="spellEnd"/>
      <w:r w:rsidRPr="00AD4C67">
        <w:rPr>
          <w:lang w:val="pl-PL"/>
        </w:rPr>
        <w:t xml:space="preserve"> </w:t>
      </w:r>
      <w:proofErr w:type="spellStart"/>
      <w:r w:rsidRPr="00AD4C67">
        <w:rPr>
          <w:lang w:val="pl-PL"/>
        </w:rPr>
        <w:t>újmu</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zákonná</w:t>
      </w:r>
      <w:proofErr w:type="spellEnd"/>
      <w:r w:rsidRPr="00AD4C67">
        <w:rPr>
          <w:lang w:val="pl-PL"/>
        </w:rPr>
        <w:t xml:space="preserve"> </w:t>
      </w:r>
      <w:proofErr w:type="spellStart"/>
      <w:r w:rsidRPr="00AD4C67">
        <w:rPr>
          <w:lang w:val="pl-PL"/>
        </w:rPr>
        <w:t>práva</w:t>
      </w:r>
      <w:proofErr w:type="spellEnd"/>
      <w:r w:rsidRPr="00AD4C67">
        <w:rPr>
          <w:lang w:val="pl-PL"/>
        </w:rPr>
        <w:t xml:space="preserve"> </w:t>
      </w:r>
      <w:proofErr w:type="spellStart"/>
      <w:r w:rsidRPr="00AD4C67">
        <w:rPr>
          <w:lang w:val="pl-PL"/>
        </w:rPr>
        <w:t>slabší</w:t>
      </w:r>
      <w:proofErr w:type="spellEnd"/>
      <w:r w:rsidRPr="00AD4C67">
        <w:rPr>
          <w:lang w:val="pl-PL"/>
        </w:rPr>
        <w:t xml:space="preserve"> </w:t>
      </w:r>
      <w:proofErr w:type="spellStart"/>
      <w:r w:rsidRPr="00AD4C67">
        <w:rPr>
          <w:lang w:val="pl-PL"/>
        </w:rPr>
        <w:t>strany</w:t>
      </w:r>
      <w:proofErr w:type="spellEnd"/>
      <w:r w:rsidRPr="00AD4C67">
        <w:rPr>
          <w:lang w:val="pl-PL"/>
        </w:rPr>
        <w:t>.</w:t>
      </w:r>
    </w:p>
    <w:p w14:paraId="2DD33885" w14:textId="77777777" w:rsidR="006C464F" w:rsidRPr="00AD4C67" w:rsidRDefault="00000000">
      <w:pPr>
        <w:rPr>
          <w:lang w:val="pl-PL"/>
        </w:rPr>
      </w:pPr>
      <w:r w:rsidRPr="00AD4C67">
        <w:rPr>
          <w:lang w:val="pl-PL"/>
        </w:rPr>
        <w:t xml:space="preserve">10.2. </w:t>
      </w:r>
      <w:proofErr w:type="spellStart"/>
      <w:r w:rsidRPr="00AD4C67">
        <w:rPr>
          <w:lang w:val="pl-PL"/>
        </w:rPr>
        <w:t>Zákazník</w:t>
      </w:r>
      <w:proofErr w:type="spellEnd"/>
      <w:r w:rsidRPr="00AD4C67">
        <w:rPr>
          <w:lang w:val="pl-PL"/>
        </w:rPr>
        <w:t xml:space="preserve"> a </w:t>
      </w:r>
      <w:proofErr w:type="spellStart"/>
      <w:r w:rsidRPr="00AD4C67">
        <w:rPr>
          <w:lang w:val="pl-PL"/>
        </w:rPr>
        <w:t>účastníci</w:t>
      </w:r>
      <w:proofErr w:type="spellEnd"/>
      <w:r w:rsidRPr="00AD4C67">
        <w:rPr>
          <w:lang w:val="pl-PL"/>
        </w:rPr>
        <w:t xml:space="preserve"> </w:t>
      </w:r>
      <w:proofErr w:type="spellStart"/>
      <w:r w:rsidRPr="00AD4C67">
        <w:rPr>
          <w:lang w:val="pl-PL"/>
        </w:rPr>
        <w:t>odpovídají</w:t>
      </w:r>
      <w:proofErr w:type="spellEnd"/>
      <w:r w:rsidRPr="00AD4C67">
        <w:rPr>
          <w:lang w:val="pl-PL"/>
        </w:rPr>
        <w:t xml:space="preserve"> za </w:t>
      </w:r>
      <w:proofErr w:type="spellStart"/>
      <w:r w:rsidRPr="00AD4C67">
        <w:rPr>
          <w:lang w:val="pl-PL"/>
        </w:rPr>
        <w:t>škodu</w:t>
      </w:r>
      <w:proofErr w:type="spellEnd"/>
      <w:r w:rsidRPr="00AD4C67">
        <w:rPr>
          <w:lang w:val="pl-PL"/>
        </w:rPr>
        <w:t xml:space="preserve"> podle </w:t>
      </w:r>
      <w:proofErr w:type="spellStart"/>
      <w:r w:rsidRPr="00AD4C67">
        <w:rPr>
          <w:lang w:val="pl-PL"/>
        </w:rPr>
        <w:t>zákonných</w:t>
      </w:r>
      <w:proofErr w:type="spellEnd"/>
      <w:r w:rsidRPr="00AD4C67">
        <w:rPr>
          <w:lang w:val="pl-PL"/>
        </w:rPr>
        <w:t xml:space="preserve"> </w:t>
      </w:r>
      <w:proofErr w:type="spellStart"/>
      <w:r w:rsidRPr="00AD4C67">
        <w:rPr>
          <w:lang w:val="pl-PL"/>
        </w:rPr>
        <w:t>podmínek</w:t>
      </w:r>
      <w:proofErr w:type="spellEnd"/>
      <w:r w:rsidRPr="00AD4C67">
        <w:rPr>
          <w:lang w:val="pl-PL"/>
        </w:rPr>
        <w:t xml:space="preserve">. </w:t>
      </w:r>
      <w:proofErr w:type="spellStart"/>
      <w:r w:rsidRPr="00AD4C67">
        <w:rPr>
          <w:lang w:val="pl-PL"/>
        </w:rPr>
        <w:t>Samotné</w:t>
      </w:r>
      <w:proofErr w:type="spellEnd"/>
      <w:r w:rsidRPr="00AD4C67">
        <w:rPr>
          <w:lang w:val="pl-PL"/>
        </w:rPr>
        <w:t xml:space="preserve"> </w:t>
      </w:r>
      <w:proofErr w:type="spellStart"/>
      <w:r w:rsidRPr="00AD4C67">
        <w:rPr>
          <w:lang w:val="pl-PL"/>
        </w:rPr>
        <w:t>objednání</w:t>
      </w:r>
      <w:proofErr w:type="spellEnd"/>
      <w:r w:rsidRPr="00AD4C67">
        <w:rPr>
          <w:lang w:val="pl-PL"/>
        </w:rPr>
        <w:t xml:space="preserve"> </w:t>
      </w:r>
      <w:proofErr w:type="spellStart"/>
      <w:r w:rsidRPr="00AD4C67">
        <w:rPr>
          <w:lang w:val="pl-PL"/>
        </w:rPr>
        <w:t>akce</w:t>
      </w:r>
      <w:proofErr w:type="spellEnd"/>
      <w:r w:rsidRPr="00AD4C67">
        <w:rPr>
          <w:lang w:val="pl-PL"/>
        </w:rPr>
        <w:t xml:space="preserve"> </w:t>
      </w:r>
      <w:proofErr w:type="spellStart"/>
      <w:r w:rsidRPr="00AD4C67">
        <w:rPr>
          <w:lang w:val="pl-PL"/>
        </w:rPr>
        <w:t>nezakládá</w:t>
      </w:r>
      <w:proofErr w:type="spellEnd"/>
      <w:r w:rsidRPr="00AD4C67">
        <w:rPr>
          <w:lang w:val="pl-PL"/>
        </w:rPr>
        <w:t xml:space="preserve"> </w:t>
      </w:r>
      <w:proofErr w:type="spellStart"/>
      <w:r w:rsidRPr="00AD4C67">
        <w:rPr>
          <w:lang w:val="pl-PL"/>
        </w:rPr>
        <w:t>neomezenou</w:t>
      </w:r>
      <w:proofErr w:type="spellEnd"/>
      <w:r w:rsidRPr="00AD4C67">
        <w:rPr>
          <w:lang w:val="pl-PL"/>
        </w:rPr>
        <w:t xml:space="preserve"> </w:t>
      </w:r>
      <w:proofErr w:type="spellStart"/>
      <w:r w:rsidRPr="00AD4C67">
        <w:rPr>
          <w:lang w:val="pl-PL"/>
        </w:rPr>
        <w:t>odpovědnost</w:t>
      </w:r>
      <w:proofErr w:type="spellEnd"/>
      <w:r w:rsidRPr="00AD4C67">
        <w:rPr>
          <w:lang w:val="pl-PL"/>
        </w:rPr>
        <w:t xml:space="preserve"> </w:t>
      </w:r>
      <w:proofErr w:type="spellStart"/>
      <w:r w:rsidRPr="00AD4C67">
        <w:rPr>
          <w:lang w:val="pl-PL"/>
        </w:rPr>
        <w:t>zákazníka</w:t>
      </w:r>
      <w:proofErr w:type="spellEnd"/>
      <w:r w:rsidRPr="00AD4C67">
        <w:rPr>
          <w:lang w:val="pl-PL"/>
        </w:rPr>
        <w:t xml:space="preserve"> za </w:t>
      </w:r>
      <w:proofErr w:type="spellStart"/>
      <w:r w:rsidRPr="00AD4C67">
        <w:rPr>
          <w:lang w:val="pl-PL"/>
        </w:rPr>
        <w:t>veškeré</w:t>
      </w:r>
      <w:proofErr w:type="spellEnd"/>
      <w:r w:rsidRPr="00AD4C67">
        <w:rPr>
          <w:lang w:val="pl-PL"/>
        </w:rPr>
        <w:t xml:space="preserve"> </w:t>
      </w:r>
      <w:proofErr w:type="spellStart"/>
      <w:r w:rsidRPr="00AD4C67">
        <w:rPr>
          <w:lang w:val="pl-PL"/>
        </w:rPr>
        <w:t>jednání</w:t>
      </w:r>
      <w:proofErr w:type="spellEnd"/>
      <w:r w:rsidRPr="00AD4C67">
        <w:rPr>
          <w:lang w:val="pl-PL"/>
        </w:rPr>
        <w:t xml:space="preserve"> </w:t>
      </w:r>
      <w:proofErr w:type="spellStart"/>
      <w:r w:rsidRPr="00AD4C67">
        <w:rPr>
          <w:lang w:val="pl-PL"/>
        </w:rPr>
        <w:t>všech</w:t>
      </w:r>
      <w:proofErr w:type="spellEnd"/>
      <w:r w:rsidRPr="00AD4C67">
        <w:rPr>
          <w:lang w:val="pl-PL"/>
        </w:rPr>
        <w:t xml:space="preserve"> </w:t>
      </w:r>
      <w:proofErr w:type="spellStart"/>
      <w:r w:rsidRPr="00AD4C67">
        <w:rPr>
          <w:lang w:val="pl-PL"/>
        </w:rPr>
        <w:t>hostů</w:t>
      </w:r>
      <w:proofErr w:type="spellEnd"/>
      <w:r w:rsidRPr="00AD4C67">
        <w:rPr>
          <w:lang w:val="pl-PL"/>
        </w:rPr>
        <w:t xml:space="preserve">. </w:t>
      </w:r>
      <w:proofErr w:type="spellStart"/>
      <w:r w:rsidRPr="00AD4C67">
        <w:rPr>
          <w:lang w:val="pl-PL"/>
        </w:rPr>
        <w:t>Běžné</w:t>
      </w:r>
      <w:proofErr w:type="spellEnd"/>
      <w:r w:rsidRPr="00AD4C67">
        <w:rPr>
          <w:lang w:val="pl-PL"/>
        </w:rPr>
        <w:t xml:space="preserve"> </w:t>
      </w:r>
      <w:proofErr w:type="spellStart"/>
      <w:r w:rsidRPr="00AD4C67">
        <w:rPr>
          <w:lang w:val="pl-PL"/>
        </w:rPr>
        <w:t>opotřebení</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nehradí</w:t>
      </w:r>
      <w:proofErr w:type="spellEnd"/>
      <w:r w:rsidRPr="00AD4C67">
        <w:rPr>
          <w:lang w:val="pl-PL"/>
        </w:rPr>
        <w:t>.</w:t>
      </w:r>
    </w:p>
    <w:p w14:paraId="1B2C057C" w14:textId="77777777" w:rsidR="006C464F" w:rsidRDefault="00000000">
      <w:r w:rsidRPr="00AD4C67">
        <w:rPr>
          <w:lang w:val="pl-PL"/>
        </w:rPr>
        <w:t xml:space="preserve">10.3. </w:t>
      </w:r>
      <w:proofErr w:type="spellStart"/>
      <w:r w:rsidRPr="00AD4C67">
        <w:rPr>
          <w:lang w:val="pl-PL"/>
        </w:rPr>
        <w:t>Poskytovatel</w:t>
      </w:r>
      <w:proofErr w:type="spellEnd"/>
      <w:r w:rsidRPr="00AD4C67">
        <w:rPr>
          <w:lang w:val="pl-PL"/>
        </w:rPr>
        <w:t xml:space="preserve"> </w:t>
      </w:r>
      <w:proofErr w:type="spellStart"/>
      <w:r w:rsidRPr="00AD4C67">
        <w:rPr>
          <w:lang w:val="pl-PL"/>
        </w:rPr>
        <w:t>má</w:t>
      </w:r>
      <w:proofErr w:type="spellEnd"/>
      <w:r w:rsidRPr="00AD4C67">
        <w:rPr>
          <w:lang w:val="pl-PL"/>
        </w:rPr>
        <w:t xml:space="preserve"> </w:t>
      </w:r>
      <w:proofErr w:type="spellStart"/>
      <w:r w:rsidRPr="00AD4C67">
        <w:rPr>
          <w:lang w:val="pl-PL"/>
        </w:rPr>
        <w:t>vůči</w:t>
      </w:r>
      <w:proofErr w:type="spellEnd"/>
      <w:r w:rsidRPr="00AD4C67">
        <w:rPr>
          <w:lang w:val="pl-PL"/>
        </w:rPr>
        <w:t xml:space="preserve"> </w:t>
      </w:r>
      <w:proofErr w:type="spellStart"/>
      <w:r w:rsidRPr="00AD4C67">
        <w:rPr>
          <w:lang w:val="pl-PL"/>
        </w:rPr>
        <w:t>odpovědné</w:t>
      </w:r>
      <w:proofErr w:type="spellEnd"/>
      <w:r w:rsidRPr="00AD4C67">
        <w:rPr>
          <w:lang w:val="pl-PL"/>
        </w:rPr>
        <w:t xml:space="preserve"> </w:t>
      </w:r>
      <w:proofErr w:type="spellStart"/>
      <w:r w:rsidRPr="00AD4C67">
        <w:rPr>
          <w:lang w:val="pl-PL"/>
        </w:rPr>
        <w:t>osobě</w:t>
      </w:r>
      <w:proofErr w:type="spellEnd"/>
      <w:r w:rsidRPr="00AD4C67">
        <w:rPr>
          <w:lang w:val="pl-PL"/>
        </w:rPr>
        <w:t xml:space="preserve"> </w:t>
      </w:r>
      <w:proofErr w:type="spellStart"/>
      <w:r w:rsidRPr="00AD4C67">
        <w:rPr>
          <w:lang w:val="pl-PL"/>
        </w:rPr>
        <w:t>právo</w:t>
      </w:r>
      <w:proofErr w:type="spellEnd"/>
      <w:r w:rsidRPr="00AD4C67">
        <w:rPr>
          <w:lang w:val="pl-PL"/>
        </w:rPr>
        <w:t xml:space="preserve"> na </w:t>
      </w:r>
      <w:proofErr w:type="spellStart"/>
      <w:r w:rsidRPr="00AD4C67">
        <w:rPr>
          <w:lang w:val="pl-PL"/>
        </w:rPr>
        <w:t>náhradu</w:t>
      </w:r>
      <w:proofErr w:type="spellEnd"/>
      <w:r w:rsidRPr="00AD4C67">
        <w:rPr>
          <w:lang w:val="pl-PL"/>
        </w:rPr>
        <w:t xml:space="preserve"> </w:t>
      </w:r>
      <w:proofErr w:type="spellStart"/>
      <w:r w:rsidRPr="00AD4C67">
        <w:rPr>
          <w:lang w:val="pl-PL"/>
        </w:rPr>
        <w:t>prokázané</w:t>
      </w:r>
      <w:proofErr w:type="spellEnd"/>
      <w:r w:rsidRPr="00AD4C67">
        <w:rPr>
          <w:lang w:val="pl-PL"/>
        </w:rPr>
        <w:t xml:space="preserve"> </w:t>
      </w:r>
      <w:proofErr w:type="spellStart"/>
      <w:r w:rsidRPr="00AD4C67">
        <w:rPr>
          <w:lang w:val="pl-PL"/>
        </w:rPr>
        <w:t>škody</w:t>
      </w:r>
      <w:proofErr w:type="spellEnd"/>
      <w:r w:rsidRPr="00AD4C67">
        <w:rPr>
          <w:lang w:val="pl-PL"/>
        </w:rPr>
        <w:t xml:space="preserve"> </w:t>
      </w:r>
      <w:proofErr w:type="spellStart"/>
      <w:r w:rsidRPr="00AD4C67">
        <w:rPr>
          <w:lang w:val="pl-PL"/>
        </w:rPr>
        <w:t>způsobené</w:t>
      </w:r>
      <w:proofErr w:type="spellEnd"/>
      <w:r w:rsidRPr="00AD4C67">
        <w:rPr>
          <w:lang w:val="pl-PL"/>
        </w:rPr>
        <w:t xml:space="preserve"> na </w:t>
      </w:r>
      <w:proofErr w:type="spellStart"/>
      <w:r w:rsidRPr="00AD4C67">
        <w:rPr>
          <w:lang w:val="pl-PL"/>
        </w:rPr>
        <w:t>plavidle</w:t>
      </w:r>
      <w:proofErr w:type="spellEnd"/>
      <w:r w:rsidRPr="00AD4C67">
        <w:rPr>
          <w:lang w:val="pl-PL"/>
        </w:rPr>
        <w:t xml:space="preserve"> a </w:t>
      </w:r>
      <w:proofErr w:type="spellStart"/>
      <w:r w:rsidRPr="00AD4C67">
        <w:rPr>
          <w:lang w:val="pl-PL"/>
        </w:rPr>
        <w:t>jeho</w:t>
      </w:r>
      <w:proofErr w:type="spellEnd"/>
      <w:r w:rsidRPr="00AD4C67">
        <w:rPr>
          <w:lang w:val="pl-PL"/>
        </w:rPr>
        <w:t xml:space="preserve"> </w:t>
      </w:r>
      <w:proofErr w:type="spellStart"/>
      <w:r w:rsidRPr="00AD4C67">
        <w:rPr>
          <w:lang w:val="pl-PL"/>
        </w:rPr>
        <w:t>vybavení</w:t>
      </w:r>
      <w:proofErr w:type="spellEnd"/>
      <w:r w:rsidRPr="00AD4C67">
        <w:rPr>
          <w:lang w:val="pl-PL"/>
        </w:rPr>
        <w:t xml:space="preserve"> za </w:t>
      </w:r>
      <w:proofErr w:type="spellStart"/>
      <w:r w:rsidRPr="00AD4C67">
        <w:rPr>
          <w:lang w:val="pl-PL"/>
        </w:rPr>
        <w:t>zákonných</w:t>
      </w:r>
      <w:proofErr w:type="spellEnd"/>
      <w:r w:rsidRPr="00AD4C67">
        <w:rPr>
          <w:lang w:val="pl-PL"/>
        </w:rPr>
        <w:t xml:space="preserve"> </w:t>
      </w:r>
      <w:proofErr w:type="spellStart"/>
      <w:r w:rsidRPr="00AD4C67">
        <w:rPr>
          <w:lang w:val="pl-PL"/>
        </w:rPr>
        <w:t>podmínek</w:t>
      </w:r>
      <w:proofErr w:type="spellEnd"/>
      <w:r w:rsidRPr="00AD4C67">
        <w:rPr>
          <w:lang w:val="pl-PL"/>
        </w:rPr>
        <w:t xml:space="preserve">. </w:t>
      </w:r>
      <w:r>
        <w:t xml:space="preserve">Pro Houseboat </w:t>
      </w:r>
      <w:proofErr w:type="spellStart"/>
      <w:r>
        <w:t>i</w:t>
      </w:r>
      <w:proofErr w:type="spellEnd"/>
      <w:r>
        <w:t xml:space="preserve"> Yacht Alexis se použije příloha č. 1 a pravidla v článcích 10.11–10.14. Tabulkové částky jsou podkladem pro vyčíslení skutečné škody, nikoli automatickou pokutou za poškození. Zohlední se obvyklá cena věci v době poškození, její předchozí stav a to, co je nutné účelně vynaložit k obnovení nebo nahrazení její funkce. Běžné opotřebení se nehradí. Poskytovatel zdokumentuje poškození a doloží odpovědnost, výši nároku i příčinnou souvislost.</w:t>
      </w:r>
    </w:p>
    <w:p w14:paraId="02DB1E3F" w14:textId="77777777" w:rsidR="006C464F" w:rsidRDefault="00000000">
      <w:r>
        <w:t>10.4. Účastníci dbají na ochranu osobních věcí, zejména telefonů, brýlí a elektroniky před pádem do vody. Toto doporučení nevylučuje zákonnou odpovědnost poskytovatele za převzaté či odložené věci nebo za škodu způsobenou jeho jednáním.</w:t>
      </w:r>
    </w:p>
    <w:p w14:paraId="2B241335" w14:textId="77777777" w:rsidR="006C464F" w:rsidRDefault="00000000">
      <w:r>
        <w:t>10.5. Za porušení zákazu vstupu do skladu podle článku 5.7 se sjednává smluvní pokuta 5 000 Kč za jednotlivé porušení. Uplatní se pouze vůči zákazníkovi, který tuto sankci výslovně přijal a sám porušil zajištěnou povinnost. U právnické osoby se jednání osob přičítá podle zákona. Samotná účast jiného hosta nezakládá jeho smluvní povinnost zaplatit pokutu ani automatický dluh objednatele za jeho jednání.</w:t>
      </w:r>
    </w:p>
    <w:p w14:paraId="22019433" w14:textId="77777777" w:rsidR="006C464F" w:rsidRDefault="00000000">
      <w:r>
        <w:t xml:space="preserve">10.6. U pokuty podle článku 10.5 si strany výslovně sjednávají, že jejím zaplacením není dotčeno právo poskytovatele na náhradu prokázané škody způsobené stejným porušením v plném rozsahu, a v tomto </w:t>
      </w:r>
      <w:r>
        <w:lastRenderedPageBreak/>
        <w:t>rozsahu se odchylují od § 2050 občanského zákoníku. Náhrada škody není další paušální poplatek; musí být prokázána odpovědnost i její výše. Stejnou škodu nelze nahradit opakovaně.</w:t>
      </w:r>
    </w:p>
    <w:p w14:paraId="454087A4" w14:textId="77777777" w:rsidR="006C464F" w:rsidRDefault="00000000">
      <w:r>
        <w:t>10.7. Za prokázané způsobení ucpání toalety porušením zákazu podle článku 5.8 se sjednává smluvní pokuta 3 000 Kč. Pokuta se neuplatní za běžnou technickou závadu, opotřebení ani za ucpání, jehož souvislost s porušením zákazu není doložena. Platí stejné podmínky výslovného přijetí a určení povinné osoby jako v článku 10.5. Za totožné porušení vedle této pokuty poskytovatel neúčtuje další paušální poplatek za odstranění ucpání; vztah k náhradě škody se řídí § 2050 občanského zákoníku.</w:t>
      </w:r>
    </w:p>
    <w:p w14:paraId="57A07199" w14:textId="77777777" w:rsidR="006C464F" w:rsidRDefault="00000000">
      <w:r>
        <w:t>10.8. Při zaviněném znečištění plavidla zvratky, které je prokazatelným následkem porušení sjednané povinnosti neohrožovat hygienu a bezpečnost nadměrnou konzumací alkoholu nebo jiným obdobným zaviněným jednáním, se sjednává smluvní pokuta 3 000 Kč. Nevztahuje se na běžnou zdravotní indispozici ani na případ, kdy porušení povinnosti a jeho souvislost se znečištěním nebyly prokázány. Platí stejné podmínky výslovného přijetí a určení povinné osoby jako v článcích 10.5 a 10.9. Strany pro toto porušení sjednávají náhradu prokázané škody pouze v rozsahu převyšujícím pokutu; již zaplacená pokuta se na náhradu téže škody započte. Tím se v uvedeném rozsahu odchylují od § 2050 občanského zákoníku. Přiměřenost a zákonná ochrana spotřebitele zůstávají zachovány.</w:t>
      </w:r>
    </w:p>
    <w:p w14:paraId="4132DE50" w14:textId="77777777" w:rsidR="006C464F" w:rsidRDefault="00000000">
      <w:r>
        <w:t>10.9. Pokuty podle článků 10.5–10.8 včetně souběhu pokuty za vstup do skladu a náhrady škody musejí být zákazníkovi zřetelně předloženy a výslovně přijaty před uzavřením smlouvy, například samostatným potvrzením jejich konkrétního znění v objednávkovém procesu nebo e-mailem. Pouhé umístění do VOP na webu k jejich sjednání podle těchto VOP nestačí. Výzva k zaplacení uvede porušenou povinnost, odpovědnou osobu, podklady a částku; splatnost je 14 dnů od doručení. Zákonná ochrana spotřebitele před nepřiměřenou sankcí a možnost soudního přezkumu nejsou dotčeny.</w:t>
      </w:r>
    </w:p>
    <w:p w14:paraId="0273AB3E" w14:textId="77777777" w:rsidR="006C464F" w:rsidRPr="00AD4C67" w:rsidRDefault="00000000">
      <w:pPr>
        <w:rPr>
          <w:lang w:val="pl-PL"/>
        </w:rPr>
      </w:pPr>
      <w:r w:rsidRPr="00AD4C67">
        <w:rPr>
          <w:lang w:val="pl-PL"/>
        </w:rPr>
        <w:t xml:space="preserve">10.10. </w:t>
      </w:r>
      <w:proofErr w:type="spellStart"/>
      <w:r w:rsidRPr="00AD4C67">
        <w:rPr>
          <w:lang w:val="pl-PL"/>
        </w:rPr>
        <w:t>Poskytovatel</w:t>
      </w:r>
      <w:proofErr w:type="spellEnd"/>
      <w:r w:rsidRPr="00AD4C67">
        <w:rPr>
          <w:lang w:val="pl-PL"/>
        </w:rPr>
        <w:t xml:space="preserve"> </w:t>
      </w:r>
      <w:proofErr w:type="spellStart"/>
      <w:r w:rsidRPr="00AD4C67">
        <w:rPr>
          <w:lang w:val="pl-PL"/>
        </w:rPr>
        <w:t>oznámí</w:t>
      </w:r>
      <w:proofErr w:type="spellEnd"/>
      <w:r w:rsidRPr="00AD4C67">
        <w:rPr>
          <w:lang w:val="pl-PL"/>
        </w:rPr>
        <w:t xml:space="preserve"> </w:t>
      </w:r>
      <w:proofErr w:type="spellStart"/>
      <w:r w:rsidRPr="00AD4C67">
        <w:rPr>
          <w:lang w:val="pl-PL"/>
        </w:rPr>
        <w:t>zjištěné</w:t>
      </w:r>
      <w:proofErr w:type="spellEnd"/>
      <w:r w:rsidRPr="00AD4C67">
        <w:rPr>
          <w:lang w:val="pl-PL"/>
        </w:rPr>
        <w:t xml:space="preserve"> </w:t>
      </w:r>
      <w:proofErr w:type="spellStart"/>
      <w:r w:rsidRPr="00AD4C67">
        <w:rPr>
          <w:lang w:val="pl-PL"/>
        </w:rPr>
        <w:t>poškození</w:t>
      </w:r>
      <w:proofErr w:type="spellEnd"/>
      <w:r w:rsidRPr="00AD4C67">
        <w:rPr>
          <w:lang w:val="pl-PL"/>
        </w:rPr>
        <w:t xml:space="preserve"> a </w:t>
      </w:r>
      <w:proofErr w:type="spellStart"/>
      <w:r w:rsidRPr="00AD4C67">
        <w:rPr>
          <w:lang w:val="pl-PL"/>
        </w:rPr>
        <w:t>uplatnění</w:t>
      </w:r>
      <w:proofErr w:type="spellEnd"/>
      <w:r w:rsidRPr="00AD4C67">
        <w:rPr>
          <w:lang w:val="pl-PL"/>
        </w:rPr>
        <w:t xml:space="preserve"> </w:t>
      </w:r>
      <w:proofErr w:type="spellStart"/>
      <w:r w:rsidRPr="00AD4C67">
        <w:rPr>
          <w:lang w:val="pl-PL"/>
        </w:rPr>
        <w:t>nároku</w:t>
      </w:r>
      <w:proofErr w:type="spellEnd"/>
      <w:r w:rsidRPr="00AD4C67">
        <w:rPr>
          <w:lang w:val="pl-PL"/>
        </w:rPr>
        <w:t xml:space="preserve"> </w:t>
      </w:r>
      <w:proofErr w:type="spellStart"/>
      <w:r w:rsidRPr="00AD4C67">
        <w:rPr>
          <w:lang w:val="pl-PL"/>
        </w:rPr>
        <w:t>vůči</w:t>
      </w:r>
      <w:proofErr w:type="spellEnd"/>
      <w:r w:rsidRPr="00AD4C67">
        <w:rPr>
          <w:lang w:val="pl-PL"/>
        </w:rPr>
        <w:t xml:space="preserve"> </w:t>
      </w:r>
      <w:proofErr w:type="spellStart"/>
      <w:r w:rsidRPr="00AD4C67">
        <w:rPr>
          <w:lang w:val="pl-PL"/>
        </w:rPr>
        <w:t>odpovědné</w:t>
      </w:r>
      <w:proofErr w:type="spellEnd"/>
      <w:r w:rsidRPr="00AD4C67">
        <w:rPr>
          <w:lang w:val="pl-PL"/>
        </w:rPr>
        <w:t xml:space="preserve"> </w:t>
      </w:r>
      <w:proofErr w:type="spellStart"/>
      <w:r w:rsidRPr="00AD4C67">
        <w:rPr>
          <w:lang w:val="pl-PL"/>
        </w:rPr>
        <w:t>osobě</w:t>
      </w:r>
      <w:proofErr w:type="spellEnd"/>
      <w:r w:rsidRPr="00AD4C67">
        <w:rPr>
          <w:lang w:val="pl-PL"/>
        </w:rPr>
        <w:t xml:space="preserve"> bez </w:t>
      </w:r>
      <w:proofErr w:type="spellStart"/>
      <w:r w:rsidRPr="00AD4C67">
        <w:rPr>
          <w:lang w:val="pl-PL"/>
        </w:rPr>
        <w:t>zbytečného</w:t>
      </w:r>
      <w:proofErr w:type="spellEnd"/>
      <w:r w:rsidRPr="00AD4C67">
        <w:rPr>
          <w:lang w:val="pl-PL"/>
        </w:rPr>
        <w:t xml:space="preserve"> </w:t>
      </w:r>
      <w:proofErr w:type="spellStart"/>
      <w:r w:rsidRPr="00AD4C67">
        <w:rPr>
          <w:lang w:val="pl-PL"/>
        </w:rPr>
        <w:t>odkladu</w:t>
      </w:r>
      <w:proofErr w:type="spellEnd"/>
      <w:r w:rsidRPr="00AD4C67">
        <w:rPr>
          <w:lang w:val="pl-PL"/>
        </w:rPr>
        <w:t xml:space="preserve">, </w:t>
      </w:r>
      <w:proofErr w:type="spellStart"/>
      <w:r w:rsidRPr="00AD4C67">
        <w:rPr>
          <w:lang w:val="pl-PL"/>
        </w:rPr>
        <w:t>zpravidla</w:t>
      </w:r>
      <w:proofErr w:type="spellEnd"/>
      <w:r w:rsidRPr="00AD4C67">
        <w:rPr>
          <w:lang w:val="pl-PL"/>
        </w:rPr>
        <w:t xml:space="preserve"> </w:t>
      </w:r>
      <w:proofErr w:type="spellStart"/>
      <w:r w:rsidRPr="00AD4C67">
        <w:rPr>
          <w:lang w:val="pl-PL"/>
        </w:rPr>
        <w:t>nejpozději</w:t>
      </w:r>
      <w:proofErr w:type="spellEnd"/>
      <w:r w:rsidRPr="00AD4C67">
        <w:rPr>
          <w:lang w:val="pl-PL"/>
        </w:rPr>
        <w:t xml:space="preserve"> do 30 </w:t>
      </w:r>
      <w:proofErr w:type="spellStart"/>
      <w:r w:rsidRPr="00AD4C67">
        <w:rPr>
          <w:lang w:val="pl-PL"/>
        </w:rPr>
        <w:t>dnů</w:t>
      </w:r>
      <w:proofErr w:type="spellEnd"/>
      <w:r w:rsidRPr="00AD4C67">
        <w:rPr>
          <w:lang w:val="pl-PL"/>
        </w:rPr>
        <w:t xml:space="preserve"> od </w:t>
      </w:r>
      <w:proofErr w:type="spellStart"/>
      <w:r w:rsidRPr="00AD4C67">
        <w:rPr>
          <w:lang w:val="pl-PL"/>
        </w:rPr>
        <w:t>zjištění</w:t>
      </w:r>
      <w:proofErr w:type="spellEnd"/>
      <w:r w:rsidRPr="00AD4C67">
        <w:rPr>
          <w:lang w:val="pl-PL"/>
        </w:rPr>
        <w:t xml:space="preserve"> </w:t>
      </w:r>
      <w:proofErr w:type="spellStart"/>
      <w:r w:rsidRPr="00AD4C67">
        <w:rPr>
          <w:lang w:val="pl-PL"/>
        </w:rPr>
        <w:t>škody</w:t>
      </w:r>
      <w:proofErr w:type="spellEnd"/>
      <w:r w:rsidRPr="00AD4C67">
        <w:rPr>
          <w:lang w:val="pl-PL"/>
        </w:rPr>
        <w:t xml:space="preserve">. </w:t>
      </w:r>
      <w:proofErr w:type="spellStart"/>
      <w:r w:rsidRPr="00AD4C67">
        <w:rPr>
          <w:lang w:val="pl-PL"/>
        </w:rPr>
        <w:t>Oznámení</w:t>
      </w:r>
      <w:proofErr w:type="spellEnd"/>
      <w:r w:rsidRPr="00AD4C67">
        <w:rPr>
          <w:lang w:val="pl-PL"/>
        </w:rPr>
        <w:t xml:space="preserve"> </w:t>
      </w:r>
      <w:proofErr w:type="spellStart"/>
      <w:r w:rsidRPr="00AD4C67">
        <w:rPr>
          <w:lang w:val="pl-PL"/>
        </w:rPr>
        <w:t>obsahuje</w:t>
      </w:r>
      <w:proofErr w:type="spellEnd"/>
      <w:r w:rsidRPr="00AD4C67">
        <w:rPr>
          <w:lang w:val="pl-PL"/>
        </w:rPr>
        <w:t xml:space="preserve"> popis, </w:t>
      </w:r>
      <w:proofErr w:type="spellStart"/>
      <w:r w:rsidRPr="00AD4C67">
        <w:rPr>
          <w:lang w:val="pl-PL"/>
        </w:rPr>
        <w:t>dostupnou</w:t>
      </w:r>
      <w:proofErr w:type="spellEnd"/>
      <w:r w:rsidRPr="00AD4C67">
        <w:rPr>
          <w:lang w:val="pl-PL"/>
        </w:rPr>
        <w:t xml:space="preserve"> </w:t>
      </w:r>
      <w:proofErr w:type="spellStart"/>
      <w:r w:rsidRPr="00AD4C67">
        <w:rPr>
          <w:lang w:val="pl-PL"/>
        </w:rPr>
        <w:t>dokumentaci</w:t>
      </w:r>
      <w:proofErr w:type="spellEnd"/>
      <w:r w:rsidRPr="00AD4C67">
        <w:rPr>
          <w:lang w:val="pl-PL"/>
        </w:rPr>
        <w:t xml:space="preserve"> a </w:t>
      </w:r>
      <w:proofErr w:type="spellStart"/>
      <w:r w:rsidRPr="00AD4C67">
        <w:rPr>
          <w:lang w:val="pl-PL"/>
        </w:rPr>
        <w:t>výši</w:t>
      </w:r>
      <w:proofErr w:type="spellEnd"/>
      <w:r w:rsidRPr="00AD4C67">
        <w:rPr>
          <w:lang w:val="pl-PL"/>
        </w:rPr>
        <w:t xml:space="preserve"> </w:t>
      </w:r>
      <w:proofErr w:type="spellStart"/>
      <w:r w:rsidRPr="00AD4C67">
        <w:rPr>
          <w:lang w:val="pl-PL"/>
        </w:rPr>
        <w:t>nároku</w:t>
      </w:r>
      <w:proofErr w:type="spellEnd"/>
      <w:r w:rsidRPr="00AD4C67">
        <w:rPr>
          <w:lang w:val="pl-PL"/>
        </w:rPr>
        <w:t xml:space="preserve">, </w:t>
      </w:r>
      <w:proofErr w:type="spellStart"/>
      <w:r w:rsidRPr="00AD4C67">
        <w:rPr>
          <w:lang w:val="pl-PL"/>
        </w:rPr>
        <w:t>případně</w:t>
      </w:r>
      <w:proofErr w:type="spellEnd"/>
      <w:r w:rsidRPr="00AD4C67">
        <w:rPr>
          <w:lang w:val="pl-PL"/>
        </w:rPr>
        <w:t xml:space="preserve"> </w:t>
      </w:r>
      <w:proofErr w:type="spellStart"/>
      <w:r w:rsidRPr="00AD4C67">
        <w:rPr>
          <w:lang w:val="pl-PL"/>
        </w:rPr>
        <w:t>předběžný</w:t>
      </w:r>
      <w:proofErr w:type="spellEnd"/>
      <w:r w:rsidRPr="00AD4C67">
        <w:rPr>
          <w:lang w:val="pl-PL"/>
        </w:rPr>
        <w:t xml:space="preserve"> </w:t>
      </w:r>
      <w:proofErr w:type="spellStart"/>
      <w:r w:rsidRPr="00AD4C67">
        <w:rPr>
          <w:lang w:val="pl-PL"/>
        </w:rPr>
        <w:t>odhad</w:t>
      </w:r>
      <w:proofErr w:type="spellEnd"/>
      <w:r w:rsidRPr="00AD4C67">
        <w:rPr>
          <w:lang w:val="pl-PL"/>
        </w:rPr>
        <w:t xml:space="preserve"> do </w:t>
      </w:r>
      <w:proofErr w:type="spellStart"/>
      <w:r w:rsidRPr="00AD4C67">
        <w:rPr>
          <w:lang w:val="pl-PL"/>
        </w:rPr>
        <w:t>obdržení</w:t>
      </w:r>
      <w:proofErr w:type="spellEnd"/>
      <w:r w:rsidRPr="00AD4C67">
        <w:rPr>
          <w:lang w:val="pl-PL"/>
        </w:rPr>
        <w:t xml:space="preserve"> </w:t>
      </w:r>
      <w:proofErr w:type="spellStart"/>
      <w:r w:rsidRPr="00AD4C67">
        <w:rPr>
          <w:lang w:val="pl-PL"/>
        </w:rPr>
        <w:t>vyčíslení</w:t>
      </w:r>
      <w:proofErr w:type="spellEnd"/>
      <w:r w:rsidRPr="00AD4C67">
        <w:rPr>
          <w:lang w:val="pl-PL"/>
        </w:rPr>
        <w:t xml:space="preserve"> </w:t>
      </w:r>
      <w:proofErr w:type="spellStart"/>
      <w:r w:rsidRPr="00AD4C67">
        <w:rPr>
          <w:lang w:val="pl-PL"/>
        </w:rPr>
        <w:t>opravy</w:t>
      </w:r>
      <w:proofErr w:type="spellEnd"/>
      <w:r w:rsidRPr="00AD4C67">
        <w:rPr>
          <w:lang w:val="pl-PL"/>
        </w:rPr>
        <w:t xml:space="preserve">. </w:t>
      </w:r>
      <w:proofErr w:type="spellStart"/>
      <w:r w:rsidRPr="00AD4C67">
        <w:rPr>
          <w:lang w:val="pl-PL"/>
        </w:rPr>
        <w:t>Pozdější</w:t>
      </w:r>
      <w:proofErr w:type="spellEnd"/>
      <w:r w:rsidRPr="00AD4C67">
        <w:rPr>
          <w:lang w:val="pl-PL"/>
        </w:rPr>
        <w:t xml:space="preserve"> </w:t>
      </w:r>
      <w:proofErr w:type="spellStart"/>
      <w:r w:rsidRPr="00AD4C67">
        <w:rPr>
          <w:lang w:val="pl-PL"/>
        </w:rPr>
        <w:t>zjištění</w:t>
      </w:r>
      <w:proofErr w:type="spellEnd"/>
      <w:r w:rsidRPr="00AD4C67">
        <w:rPr>
          <w:lang w:val="pl-PL"/>
        </w:rPr>
        <w:t xml:space="preserve"> samo o </w:t>
      </w:r>
      <w:proofErr w:type="spellStart"/>
      <w:r w:rsidRPr="00AD4C67">
        <w:rPr>
          <w:lang w:val="pl-PL"/>
        </w:rPr>
        <w:t>sobě</w:t>
      </w:r>
      <w:proofErr w:type="spellEnd"/>
      <w:r w:rsidRPr="00AD4C67">
        <w:rPr>
          <w:lang w:val="pl-PL"/>
        </w:rPr>
        <w:t xml:space="preserve"> </w:t>
      </w:r>
      <w:proofErr w:type="spellStart"/>
      <w:r w:rsidRPr="00AD4C67">
        <w:rPr>
          <w:lang w:val="pl-PL"/>
        </w:rPr>
        <w:t>neprokazuje</w:t>
      </w:r>
      <w:proofErr w:type="spellEnd"/>
      <w:r w:rsidRPr="00AD4C67">
        <w:rPr>
          <w:lang w:val="pl-PL"/>
        </w:rPr>
        <w:t xml:space="preserve">, </w:t>
      </w:r>
      <w:proofErr w:type="spellStart"/>
      <w:r w:rsidRPr="00AD4C67">
        <w:rPr>
          <w:lang w:val="pl-PL"/>
        </w:rPr>
        <w:t>že</w:t>
      </w:r>
      <w:proofErr w:type="spellEnd"/>
      <w:r w:rsidRPr="00AD4C67">
        <w:rPr>
          <w:lang w:val="pl-PL"/>
        </w:rPr>
        <w:t xml:space="preserve"> </w:t>
      </w:r>
      <w:proofErr w:type="spellStart"/>
      <w:r w:rsidRPr="00AD4C67">
        <w:rPr>
          <w:lang w:val="pl-PL"/>
        </w:rPr>
        <w:t>škodu</w:t>
      </w:r>
      <w:proofErr w:type="spellEnd"/>
      <w:r w:rsidRPr="00AD4C67">
        <w:rPr>
          <w:lang w:val="pl-PL"/>
        </w:rPr>
        <w:t xml:space="preserve"> </w:t>
      </w:r>
      <w:proofErr w:type="spellStart"/>
      <w:r w:rsidRPr="00AD4C67">
        <w:rPr>
          <w:lang w:val="pl-PL"/>
        </w:rPr>
        <w:t>způsobil</w:t>
      </w:r>
      <w:proofErr w:type="spellEnd"/>
      <w:r w:rsidRPr="00AD4C67">
        <w:rPr>
          <w:lang w:val="pl-PL"/>
        </w:rPr>
        <w:t xml:space="preserve"> </w:t>
      </w:r>
      <w:proofErr w:type="spellStart"/>
      <w:r w:rsidRPr="00AD4C67">
        <w:rPr>
          <w:lang w:val="pl-PL"/>
        </w:rPr>
        <w:t>konkrétní</w:t>
      </w:r>
      <w:proofErr w:type="spellEnd"/>
      <w:r w:rsidRPr="00AD4C67">
        <w:rPr>
          <w:lang w:val="pl-PL"/>
        </w:rPr>
        <w:t xml:space="preserve"> </w:t>
      </w:r>
      <w:proofErr w:type="spellStart"/>
      <w:r w:rsidRPr="00AD4C67">
        <w:rPr>
          <w:lang w:val="pl-PL"/>
        </w:rPr>
        <w:t>zákazník</w:t>
      </w:r>
      <w:proofErr w:type="spellEnd"/>
      <w:r w:rsidRPr="00AD4C67">
        <w:rPr>
          <w:lang w:val="pl-PL"/>
        </w:rPr>
        <w:t xml:space="preserve">. </w:t>
      </w:r>
      <w:proofErr w:type="spellStart"/>
      <w:r w:rsidRPr="00AD4C67">
        <w:rPr>
          <w:lang w:val="pl-PL"/>
        </w:rPr>
        <w:t>Uvedená</w:t>
      </w:r>
      <w:proofErr w:type="spellEnd"/>
      <w:r w:rsidRPr="00AD4C67">
        <w:rPr>
          <w:lang w:val="pl-PL"/>
        </w:rPr>
        <w:t xml:space="preserve"> </w:t>
      </w:r>
      <w:proofErr w:type="spellStart"/>
      <w:r w:rsidRPr="00AD4C67">
        <w:rPr>
          <w:lang w:val="pl-PL"/>
        </w:rPr>
        <w:t>organizační</w:t>
      </w:r>
      <w:proofErr w:type="spellEnd"/>
      <w:r w:rsidRPr="00AD4C67">
        <w:rPr>
          <w:lang w:val="pl-PL"/>
        </w:rPr>
        <w:t xml:space="preserve"> </w:t>
      </w:r>
      <w:proofErr w:type="spellStart"/>
      <w:r w:rsidRPr="00AD4C67">
        <w:rPr>
          <w:lang w:val="pl-PL"/>
        </w:rPr>
        <w:t>lhůta</w:t>
      </w:r>
      <w:proofErr w:type="spellEnd"/>
      <w:r w:rsidRPr="00AD4C67">
        <w:rPr>
          <w:lang w:val="pl-PL"/>
        </w:rPr>
        <w:t xml:space="preserve"> </w:t>
      </w:r>
      <w:proofErr w:type="spellStart"/>
      <w:r w:rsidRPr="00AD4C67">
        <w:rPr>
          <w:lang w:val="pl-PL"/>
        </w:rPr>
        <w:t>nezakládá</w:t>
      </w:r>
      <w:proofErr w:type="spellEnd"/>
      <w:r w:rsidRPr="00AD4C67">
        <w:rPr>
          <w:lang w:val="pl-PL"/>
        </w:rPr>
        <w:t xml:space="preserve"> </w:t>
      </w:r>
      <w:proofErr w:type="spellStart"/>
      <w:r w:rsidRPr="00AD4C67">
        <w:rPr>
          <w:lang w:val="pl-PL"/>
        </w:rPr>
        <w:t>novou</w:t>
      </w:r>
      <w:proofErr w:type="spellEnd"/>
      <w:r w:rsidRPr="00AD4C67">
        <w:rPr>
          <w:lang w:val="pl-PL"/>
        </w:rPr>
        <w:t xml:space="preserve"> </w:t>
      </w:r>
      <w:proofErr w:type="spellStart"/>
      <w:r w:rsidRPr="00AD4C67">
        <w:rPr>
          <w:lang w:val="pl-PL"/>
        </w:rPr>
        <w:t>zákonnou</w:t>
      </w:r>
      <w:proofErr w:type="spellEnd"/>
      <w:r w:rsidRPr="00AD4C67">
        <w:rPr>
          <w:lang w:val="pl-PL"/>
        </w:rPr>
        <w:t xml:space="preserve"> </w:t>
      </w:r>
      <w:proofErr w:type="spellStart"/>
      <w:r w:rsidRPr="00AD4C67">
        <w:rPr>
          <w:lang w:val="pl-PL"/>
        </w:rPr>
        <w:t>lhůtu</w:t>
      </w:r>
      <w:proofErr w:type="spellEnd"/>
      <w:r w:rsidRPr="00AD4C67">
        <w:rPr>
          <w:lang w:val="pl-PL"/>
        </w:rPr>
        <w:t xml:space="preserve"> pro </w:t>
      </w:r>
      <w:proofErr w:type="spellStart"/>
      <w:r w:rsidRPr="00AD4C67">
        <w:rPr>
          <w:lang w:val="pl-PL"/>
        </w:rPr>
        <w:t>náhradu</w:t>
      </w:r>
      <w:proofErr w:type="spellEnd"/>
      <w:r w:rsidRPr="00AD4C67">
        <w:rPr>
          <w:lang w:val="pl-PL"/>
        </w:rPr>
        <w:t xml:space="preserve"> </w:t>
      </w:r>
      <w:proofErr w:type="spellStart"/>
      <w:r w:rsidRPr="00AD4C67">
        <w:rPr>
          <w:lang w:val="pl-PL"/>
        </w:rPr>
        <w:t>škody</w:t>
      </w:r>
      <w:proofErr w:type="spellEnd"/>
      <w:r w:rsidRPr="00AD4C67">
        <w:rPr>
          <w:lang w:val="pl-PL"/>
        </w:rPr>
        <w:t xml:space="preserve"> ani </w:t>
      </w:r>
      <w:proofErr w:type="spellStart"/>
      <w:r w:rsidRPr="00AD4C67">
        <w:rPr>
          <w:lang w:val="pl-PL"/>
        </w:rPr>
        <w:t>neprodlužuje</w:t>
      </w:r>
      <w:proofErr w:type="spellEnd"/>
      <w:r w:rsidRPr="00AD4C67">
        <w:rPr>
          <w:lang w:val="pl-PL"/>
        </w:rPr>
        <w:t xml:space="preserve"> </w:t>
      </w:r>
      <w:proofErr w:type="spellStart"/>
      <w:r w:rsidRPr="00AD4C67">
        <w:rPr>
          <w:lang w:val="pl-PL"/>
        </w:rPr>
        <w:t>promlčení</w:t>
      </w:r>
      <w:proofErr w:type="spellEnd"/>
      <w:r w:rsidRPr="00AD4C67">
        <w:rPr>
          <w:lang w:val="pl-PL"/>
        </w:rPr>
        <w:t xml:space="preserve">; </w:t>
      </w:r>
      <w:proofErr w:type="spellStart"/>
      <w:r w:rsidRPr="00AD4C67">
        <w:rPr>
          <w:lang w:val="pl-PL"/>
        </w:rPr>
        <w:t>zákonné</w:t>
      </w:r>
      <w:proofErr w:type="spellEnd"/>
      <w:r w:rsidRPr="00AD4C67">
        <w:rPr>
          <w:lang w:val="pl-PL"/>
        </w:rPr>
        <w:t xml:space="preserve"> </w:t>
      </w:r>
      <w:proofErr w:type="spellStart"/>
      <w:r w:rsidRPr="00AD4C67">
        <w:rPr>
          <w:lang w:val="pl-PL"/>
        </w:rPr>
        <w:t>lhůty</w:t>
      </w:r>
      <w:proofErr w:type="spellEnd"/>
      <w:r w:rsidRPr="00AD4C67">
        <w:rPr>
          <w:lang w:val="pl-PL"/>
        </w:rPr>
        <w:t xml:space="preserve"> </w:t>
      </w:r>
      <w:proofErr w:type="spellStart"/>
      <w:r w:rsidRPr="00AD4C67">
        <w:rPr>
          <w:lang w:val="pl-PL"/>
        </w:rPr>
        <w:t>zůstávají</w:t>
      </w:r>
      <w:proofErr w:type="spellEnd"/>
      <w:r w:rsidRPr="00AD4C67">
        <w:rPr>
          <w:lang w:val="pl-PL"/>
        </w:rPr>
        <w:t xml:space="preserve"> </w:t>
      </w:r>
      <w:proofErr w:type="spellStart"/>
      <w:r w:rsidRPr="00AD4C67">
        <w:rPr>
          <w:lang w:val="pl-PL"/>
        </w:rPr>
        <w:t>zachovány</w:t>
      </w:r>
      <w:proofErr w:type="spellEnd"/>
      <w:r w:rsidRPr="00AD4C67">
        <w:rPr>
          <w:lang w:val="pl-PL"/>
        </w:rPr>
        <w:t>.</w:t>
      </w:r>
    </w:p>
    <w:p w14:paraId="2A7D1C7A" w14:textId="77777777" w:rsidR="006C464F" w:rsidRPr="00AD4C67" w:rsidRDefault="00000000">
      <w:pPr>
        <w:rPr>
          <w:lang w:val="pl-PL"/>
        </w:rPr>
      </w:pPr>
      <w:r w:rsidRPr="00AD4C67">
        <w:rPr>
          <w:lang w:val="pl-PL"/>
        </w:rPr>
        <w:t xml:space="preserve">10.11. U </w:t>
      </w:r>
      <w:proofErr w:type="spellStart"/>
      <w:r w:rsidRPr="00AD4C67">
        <w:rPr>
          <w:lang w:val="pl-PL"/>
        </w:rPr>
        <w:t>opravitelného</w:t>
      </w:r>
      <w:proofErr w:type="spellEnd"/>
      <w:r w:rsidRPr="00AD4C67">
        <w:rPr>
          <w:lang w:val="pl-PL"/>
        </w:rPr>
        <w:t xml:space="preserve"> </w:t>
      </w:r>
      <w:proofErr w:type="spellStart"/>
      <w:r w:rsidRPr="00AD4C67">
        <w:rPr>
          <w:lang w:val="pl-PL"/>
        </w:rPr>
        <w:t>poškození</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vychází</w:t>
      </w:r>
      <w:proofErr w:type="spellEnd"/>
      <w:r w:rsidRPr="00AD4C67">
        <w:rPr>
          <w:lang w:val="pl-PL"/>
        </w:rPr>
        <w:t xml:space="preserve"> z </w:t>
      </w:r>
      <w:proofErr w:type="spellStart"/>
      <w:r w:rsidRPr="00AD4C67">
        <w:rPr>
          <w:lang w:val="pl-PL"/>
        </w:rPr>
        <w:t>účelných</w:t>
      </w:r>
      <w:proofErr w:type="spellEnd"/>
      <w:r w:rsidRPr="00AD4C67">
        <w:rPr>
          <w:lang w:val="pl-PL"/>
        </w:rPr>
        <w:t xml:space="preserve"> </w:t>
      </w:r>
      <w:proofErr w:type="spellStart"/>
      <w:r w:rsidRPr="00AD4C67">
        <w:rPr>
          <w:lang w:val="pl-PL"/>
        </w:rPr>
        <w:t>nákladů</w:t>
      </w:r>
      <w:proofErr w:type="spellEnd"/>
      <w:r w:rsidRPr="00AD4C67">
        <w:rPr>
          <w:lang w:val="pl-PL"/>
        </w:rPr>
        <w:t xml:space="preserve"> na </w:t>
      </w:r>
      <w:proofErr w:type="spellStart"/>
      <w:r w:rsidRPr="00AD4C67">
        <w:rPr>
          <w:lang w:val="pl-PL"/>
        </w:rPr>
        <w:t>opravu</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úplném</w:t>
      </w:r>
      <w:proofErr w:type="spellEnd"/>
      <w:r w:rsidRPr="00AD4C67">
        <w:rPr>
          <w:lang w:val="pl-PL"/>
        </w:rPr>
        <w:t xml:space="preserve"> </w:t>
      </w:r>
      <w:proofErr w:type="spellStart"/>
      <w:r w:rsidRPr="00AD4C67">
        <w:rPr>
          <w:lang w:val="pl-PL"/>
        </w:rPr>
        <w:t>zničení</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ztrátě</w:t>
      </w:r>
      <w:proofErr w:type="spellEnd"/>
      <w:r w:rsidRPr="00AD4C67">
        <w:rPr>
          <w:lang w:val="pl-PL"/>
        </w:rPr>
        <w:t xml:space="preserve"> </w:t>
      </w:r>
      <w:proofErr w:type="spellStart"/>
      <w:r w:rsidRPr="00AD4C67">
        <w:rPr>
          <w:lang w:val="pl-PL"/>
        </w:rPr>
        <w:t>věci</w:t>
      </w:r>
      <w:proofErr w:type="spellEnd"/>
      <w:r w:rsidRPr="00AD4C67">
        <w:rPr>
          <w:lang w:val="pl-PL"/>
        </w:rPr>
        <w:t xml:space="preserve"> </w:t>
      </w:r>
      <w:proofErr w:type="spellStart"/>
      <w:r w:rsidRPr="00AD4C67">
        <w:rPr>
          <w:lang w:val="pl-PL"/>
        </w:rPr>
        <w:t>slouží</w:t>
      </w:r>
      <w:proofErr w:type="spellEnd"/>
      <w:r w:rsidRPr="00AD4C67">
        <w:rPr>
          <w:lang w:val="pl-PL"/>
        </w:rPr>
        <w:t xml:space="preserve"> </w:t>
      </w:r>
      <w:proofErr w:type="spellStart"/>
      <w:r w:rsidRPr="00AD4C67">
        <w:rPr>
          <w:lang w:val="pl-PL"/>
        </w:rPr>
        <w:t>jednotkové</w:t>
      </w:r>
      <w:proofErr w:type="spellEnd"/>
      <w:r w:rsidRPr="00AD4C67">
        <w:rPr>
          <w:lang w:val="pl-PL"/>
        </w:rPr>
        <w:t xml:space="preserve"> </w:t>
      </w:r>
      <w:proofErr w:type="spellStart"/>
      <w:r w:rsidRPr="00AD4C67">
        <w:rPr>
          <w:lang w:val="pl-PL"/>
        </w:rPr>
        <w:t>částky</w:t>
      </w:r>
      <w:proofErr w:type="spellEnd"/>
      <w:r w:rsidRPr="00AD4C67">
        <w:rPr>
          <w:lang w:val="pl-PL"/>
        </w:rPr>
        <w:t xml:space="preserve"> v </w:t>
      </w:r>
      <w:proofErr w:type="spellStart"/>
      <w:r w:rsidRPr="00AD4C67">
        <w:rPr>
          <w:lang w:val="pl-PL"/>
        </w:rPr>
        <w:t>příloze</w:t>
      </w:r>
      <w:proofErr w:type="spellEnd"/>
      <w:r w:rsidRPr="00AD4C67">
        <w:rPr>
          <w:lang w:val="pl-PL"/>
        </w:rPr>
        <w:t xml:space="preserve"> č. 1 jako </w:t>
      </w:r>
      <w:proofErr w:type="spellStart"/>
      <w:r w:rsidRPr="00AD4C67">
        <w:rPr>
          <w:lang w:val="pl-PL"/>
        </w:rPr>
        <w:t>podklad</w:t>
      </w:r>
      <w:proofErr w:type="spellEnd"/>
      <w:r w:rsidRPr="00AD4C67">
        <w:rPr>
          <w:lang w:val="pl-PL"/>
        </w:rPr>
        <w:t xml:space="preserve"> pro </w:t>
      </w:r>
      <w:proofErr w:type="spellStart"/>
      <w:r w:rsidRPr="00AD4C67">
        <w:rPr>
          <w:lang w:val="pl-PL"/>
        </w:rPr>
        <w:t>určení</w:t>
      </w:r>
      <w:proofErr w:type="spellEnd"/>
      <w:r w:rsidRPr="00AD4C67">
        <w:rPr>
          <w:lang w:val="pl-PL"/>
        </w:rPr>
        <w:t xml:space="preserve"> </w:t>
      </w:r>
      <w:proofErr w:type="spellStart"/>
      <w:r w:rsidRPr="00AD4C67">
        <w:rPr>
          <w:lang w:val="pl-PL"/>
        </w:rPr>
        <w:t>náhrady</w:t>
      </w:r>
      <w:proofErr w:type="spellEnd"/>
      <w:r w:rsidRPr="00AD4C67">
        <w:rPr>
          <w:lang w:val="pl-PL"/>
        </w:rPr>
        <w:t xml:space="preserve"> podle </w:t>
      </w:r>
      <w:proofErr w:type="spellStart"/>
      <w:r w:rsidRPr="00AD4C67">
        <w:rPr>
          <w:lang w:val="pl-PL"/>
        </w:rPr>
        <w:t>článku</w:t>
      </w:r>
      <w:proofErr w:type="spellEnd"/>
      <w:r w:rsidRPr="00AD4C67">
        <w:rPr>
          <w:lang w:val="pl-PL"/>
        </w:rPr>
        <w:t xml:space="preserve"> 10.3; </w:t>
      </w:r>
      <w:proofErr w:type="spellStart"/>
      <w:r w:rsidRPr="00AD4C67">
        <w:rPr>
          <w:lang w:val="pl-PL"/>
        </w:rPr>
        <w:t>počet</w:t>
      </w:r>
      <w:proofErr w:type="spellEnd"/>
      <w:r w:rsidRPr="00AD4C67">
        <w:rPr>
          <w:lang w:val="pl-PL"/>
        </w:rPr>
        <w:t xml:space="preserve"> </w:t>
      </w:r>
      <w:proofErr w:type="spellStart"/>
      <w:r w:rsidRPr="00AD4C67">
        <w:rPr>
          <w:lang w:val="pl-PL"/>
        </w:rPr>
        <w:t>kusů</w:t>
      </w:r>
      <w:proofErr w:type="spellEnd"/>
      <w:r w:rsidRPr="00AD4C67">
        <w:rPr>
          <w:lang w:val="pl-PL"/>
        </w:rPr>
        <w:t xml:space="preserve"> v </w:t>
      </w:r>
      <w:proofErr w:type="spellStart"/>
      <w:r w:rsidRPr="00AD4C67">
        <w:rPr>
          <w:lang w:val="pl-PL"/>
        </w:rPr>
        <w:t>názvu</w:t>
      </w:r>
      <w:proofErr w:type="spellEnd"/>
      <w:r w:rsidRPr="00AD4C67">
        <w:rPr>
          <w:lang w:val="pl-PL"/>
        </w:rPr>
        <w:t xml:space="preserve"> </w:t>
      </w:r>
      <w:proofErr w:type="spellStart"/>
      <w:r w:rsidRPr="00AD4C67">
        <w:rPr>
          <w:lang w:val="pl-PL"/>
        </w:rPr>
        <w:t>položky</w:t>
      </w:r>
      <w:proofErr w:type="spellEnd"/>
      <w:r w:rsidRPr="00AD4C67">
        <w:rPr>
          <w:lang w:val="pl-PL"/>
        </w:rPr>
        <w:t xml:space="preserve"> </w:t>
      </w:r>
      <w:proofErr w:type="spellStart"/>
      <w:r w:rsidRPr="00AD4C67">
        <w:rPr>
          <w:lang w:val="pl-PL"/>
        </w:rPr>
        <w:t>neznamená</w:t>
      </w:r>
      <w:proofErr w:type="spellEnd"/>
      <w:r w:rsidRPr="00AD4C67">
        <w:rPr>
          <w:lang w:val="pl-PL"/>
        </w:rPr>
        <w:t xml:space="preserve"> </w:t>
      </w:r>
      <w:proofErr w:type="spellStart"/>
      <w:r w:rsidRPr="00AD4C67">
        <w:rPr>
          <w:lang w:val="pl-PL"/>
        </w:rPr>
        <w:t>cenu</w:t>
      </w:r>
      <w:proofErr w:type="spellEnd"/>
      <w:r w:rsidRPr="00AD4C67">
        <w:rPr>
          <w:lang w:val="pl-PL"/>
        </w:rPr>
        <w:t xml:space="preserve"> </w:t>
      </w:r>
      <w:proofErr w:type="spellStart"/>
      <w:r w:rsidRPr="00AD4C67">
        <w:rPr>
          <w:lang w:val="pl-PL"/>
        </w:rPr>
        <w:t>celého</w:t>
      </w:r>
      <w:proofErr w:type="spellEnd"/>
      <w:r w:rsidRPr="00AD4C67">
        <w:rPr>
          <w:lang w:val="pl-PL"/>
        </w:rPr>
        <w:t xml:space="preserve"> </w:t>
      </w:r>
      <w:proofErr w:type="spellStart"/>
      <w:r w:rsidRPr="00AD4C67">
        <w:rPr>
          <w:lang w:val="pl-PL"/>
        </w:rPr>
        <w:t>souboru</w:t>
      </w:r>
      <w:proofErr w:type="spellEnd"/>
      <w:r w:rsidRPr="00AD4C67">
        <w:rPr>
          <w:lang w:val="pl-PL"/>
        </w:rPr>
        <w:t xml:space="preserve">. </w:t>
      </w:r>
      <w:proofErr w:type="spellStart"/>
      <w:r w:rsidRPr="00AD4C67">
        <w:rPr>
          <w:lang w:val="pl-PL"/>
        </w:rPr>
        <w:t>Položky</w:t>
      </w:r>
      <w:proofErr w:type="spellEnd"/>
      <w:r w:rsidRPr="00AD4C67">
        <w:rPr>
          <w:lang w:val="pl-PL"/>
        </w:rPr>
        <w:t xml:space="preserve"> </w:t>
      </w:r>
      <w:proofErr w:type="spellStart"/>
      <w:r w:rsidRPr="00AD4C67">
        <w:rPr>
          <w:lang w:val="pl-PL"/>
        </w:rPr>
        <w:t>označené</w:t>
      </w:r>
      <w:proofErr w:type="spellEnd"/>
      <w:r w:rsidRPr="00AD4C67">
        <w:rPr>
          <w:lang w:val="pl-PL"/>
        </w:rPr>
        <w:t xml:space="preserve"> „</w:t>
      </w:r>
      <w:proofErr w:type="spellStart"/>
      <w:r w:rsidRPr="00AD4C67">
        <w:rPr>
          <w:lang w:val="pl-PL"/>
        </w:rPr>
        <w:t>Individuálně</w:t>
      </w:r>
      <w:proofErr w:type="spellEnd"/>
      <w:r w:rsidRPr="00AD4C67">
        <w:rPr>
          <w:lang w:val="pl-PL"/>
        </w:rPr>
        <w:t xml:space="preserve">“ a </w:t>
      </w:r>
      <w:proofErr w:type="spellStart"/>
      <w:r w:rsidRPr="00AD4C67">
        <w:rPr>
          <w:lang w:val="pl-PL"/>
        </w:rPr>
        <w:t>ostatní</w:t>
      </w:r>
      <w:proofErr w:type="spellEnd"/>
      <w:r w:rsidRPr="00AD4C67">
        <w:rPr>
          <w:lang w:val="pl-PL"/>
        </w:rPr>
        <w:t xml:space="preserve"> </w:t>
      </w:r>
      <w:proofErr w:type="spellStart"/>
      <w:r w:rsidRPr="00AD4C67">
        <w:rPr>
          <w:lang w:val="pl-PL"/>
        </w:rPr>
        <w:t>škody</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vyčíslují</w:t>
      </w:r>
      <w:proofErr w:type="spellEnd"/>
      <w:r w:rsidRPr="00AD4C67">
        <w:rPr>
          <w:lang w:val="pl-PL"/>
        </w:rPr>
        <w:t xml:space="preserve"> podle </w:t>
      </w:r>
      <w:proofErr w:type="spellStart"/>
      <w:r w:rsidRPr="00AD4C67">
        <w:rPr>
          <w:lang w:val="pl-PL"/>
        </w:rPr>
        <w:t>doloženého</w:t>
      </w:r>
      <w:proofErr w:type="spellEnd"/>
      <w:r w:rsidRPr="00AD4C67">
        <w:rPr>
          <w:lang w:val="pl-PL"/>
        </w:rPr>
        <w:t xml:space="preserve"> </w:t>
      </w:r>
      <w:proofErr w:type="spellStart"/>
      <w:r w:rsidRPr="00AD4C67">
        <w:rPr>
          <w:lang w:val="pl-PL"/>
        </w:rPr>
        <w:t>rozsahu</w:t>
      </w:r>
      <w:proofErr w:type="spellEnd"/>
      <w:r w:rsidRPr="00AD4C67">
        <w:rPr>
          <w:lang w:val="pl-PL"/>
        </w:rPr>
        <w:t xml:space="preserve"> a </w:t>
      </w:r>
      <w:proofErr w:type="spellStart"/>
      <w:r w:rsidRPr="00AD4C67">
        <w:rPr>
          <w:lang w:val="pl-PL"/>
        </w:rPr>
        <w:t>účelných</w:t>
      </w:r>
      <w:proofErr w:type="spellEnd"/>
      <w:r w:rsidRPr="00AD4C67">
        <w:rPr>
          <w:lang w:val="pl-PL"/>
        </w:rPr>
        <w:t xml:space="preserve"> </w:t>
      </w:r>
      <w:proofErr w:type="spellStart"/>
      <w:r w:rsidRPr="00AD4C67">
        <w:rPr>
          <w:lang w:val="pl-PL"/>
        </w:rPr>
        <w:t>nákladů</w:t>
      </w:r>
      <w:proofErr w:type="spellEnd"/>
      <w:r w:rsidRPr="00AD4C67">
        <w:rPr>
          <w:lang w:val="pl-PL"/>
        </w:rPr>
        <w:t xml:space="preserve">. </w:t>
      </w:r>
      <w:proofErr w:type="spellStart"/>
      <w:r w:rsidRPr="00AD4C67">
        <w:rPr>
          <w:lang w:val="pl-PL"/>
        </w:rPr>
        <w:t>Náklady</w:t>
      </w:r>
      <w:proofErr w:type="spellEnd"/>
      <w:r w:rsidRPr="00AD4C67">
        <w:rPr>
          <w:lang w:val="pl-PL"/>
        </w:rPr>
        <w:t xml:space="preserve"> na </w:t>
      </w:r>
      <w:proofErr w:type="spellStart"/>
      <w:r w:rsidRPr="00AD4C67">
        <w:rPr>
          <w:lang w:val="pl-PL"/>
        </w:rPr>
        <w:t>opravu</w:t>
      </w:r>
      <w:proofErr w:type="spellEnd"/>
      <w:r w:rsidRPr="00AD4C67">
        <w:rPr>
          <w:lang w:val="pl-PL"/>
        </w:rPr>
        <w:t xml:space="preserve"> </w:t>
      </w:r>
      <w:proofErr w:type="spellStart"/>
      <w:r w:rsidRPr="00AD4C67">
        <w:rPr>
          <w:lang w:val="pl-PL"/>
        </w:rPr>
        <w:t>jsou</w:t>
      </w:r>
      <w:proofErr w:type="spellEnd"/>
      <w:r w:rsidRPr="00AD4C67">
        <w:rPr>
          <w:lang w:val="pl-PL"/>
        </w:rPr>
        <w:t xml:space="preserve"> </w:t>
      </w:r>
      <w:proofErr w:type="spellStart"/>
      <w:r w:rsidRPr="00AD4C67">
        <w:rPr>
          <w:lang w:val="pl-PL"/>
        </w:rPr>
        <w:t>součástí</w:t>
      </w:r>
      <w:proofErr w:type="spellEnd"/>
      <w:r w:rsidRPr="00AD4C67">
        <w:rPr>
          <w:lang w:val="pl-PL"/>
        </w:rPr>
        <w:t xml:space="preserve"> </w:t>
      </w:r>
      <w:proofErr w:type="spellStart"/>
      <w:r w:rsidRPr="00AD4C67">
        <w:rPr>
          <w:lang w:val="pl-PL"/>
        </w:rPr>
        <w:t>skutečné</w:t>
      </w:r>
      <w:proofErr w:type="spellEnd"/>
      <w:r w:rsidRPr="00AD4C67">
        <w:rPr>
          <w:lang w:val="pl-PL"/>
        </w:rPr>
        <w:t xml:space="preserve"> </w:t>
      </w:r>
      <w:proofErr w:type="spellStart"/>
      <w:r w:rsidRPr="00AD4C67">
        <w:rPr>
          <w:lang w:val="pl-PL"/>
        </w:rPr>
        <w:t>škody</w:t>
      </w:r>
      <w:proofErr w:type="spellEnd"/>
      <w:r w:rsidRPr="00AD4C67">
        <w:rPr>
          <w:lang w:val="pl-PL"/>
        </w:rPr>
        <w:t xml:space="preserve">; </w:t>
      </w:r>
      <w:proofErr w:type="spellStart"/>
      <w:r w:rsidRPr="00AD4C67">
        <w:rPr>
          <w:lang w:val="pl-PL"/>
        </w:rPr>
        <w:t>stejnou</w:t>
      </w:r>
      <w:proofErr w:type="spellEnd"/>
      <w:r w:rsidRPr="00AD4C67">
        <w:rPr>
          <w:lang w:val="pl-PL"/>
        </w:rPr>
        <w:t xml:space="preserve"> </w:t>
      </w:r>
      <w:proofErr w:type="spellStart"/>
      <w:r w:rsidRPr="00AD4C67">
        <w:rPr>
          <w:lang w:val="pl-PL"/>
        </w:rPr>
        <w:t>škodu</w:t>
      </w:r>
      <w:proofErr w:type="spellEnd"/>
      <w:r w:rsidRPr="00AD4C67">
        <w:rPr>
          <w:lang w:val="pl-PL"/>
        </w:rPr>
        <w:t xml:space="preserve"> </w:t>
      </w:r>
      <w:proofErr w:type="spellStart"/>
      <w:r w:rsidRPr="00AD4C67">
        <w:rPr>
          <w:lang w:val="pl-PL"/>
        </w:rPr>
        <w:t>nelze</w:t>
      </w:r>
      <w:proofErr w:type="spellEnd"/>
      <w:r w:rsidRPr="00AD4C67">
        <w:rPr>
          <w:lang w:val="pl-PL"/>
        </w:rPr>
        <w:t xml:space="preserve"> </w:t>
      </w:r>
      <w:proofErr w:type="spellStart"/>
      <w:r w:rsidRPr="00AD4C67">
        <w:rPr>
          <w:lang w:val="pl-PL"/>
        </w:rPr>
        <w:t>účtovat</w:t>
      </w:r>
      <w:proofErr w:type="spellEnd"/>
      <w:r w:rsidRPr="00AD4C67">
        <w:rPr>
          <w:lang w:val="pl-PL"/>
        </w:rPr>
        <w:t xml:space="preserve"> </w:t>
      </w:r>
      <w:proofErr w:type="spellStart"/>
      <w:r w:rsidRPr="00AD4C67">
        <w:rPr>
          <w:lang w:val="pl-PL"/>
        </w:rPr>
        <w:t>současně</w:t>
      </w:r>
      <w:proofErr w:type="spellEnd"/>
      <w:r w:rsidRPr="00AD4C67">
        <w:rPr>
          <w:lang w:val="pl-PL"/>
        </w:rPr>
        <w:t xml:space="preserve"> jako </w:t>
      </w:r>
      <w:proofErr w:type="spellStart"/>
      <w:r w:rsidRPr="00AD4C67">
        <w:rPr>
          <w:lang w:val="pl-PL"/>
        </w:rPr>
        <w:t>opravu</w:t>
      </w:r>
      <w:proofErr w:type="spellEnd"/>
      <w:r w:rsidRPr="00AD4C67">
        <w:rPr>
          <w:lang w:val="pl-PL"/>
        </w:rPr>
        <w:t xml:space="preserve"> i </w:t>
      </w:r>
      <w:proofErr w:type="spellStart"/>
      <w:r w:rsidRPr="00AD4C67">
        <w:rPr>
          <w:lang w:val="pl-PL"/>
        </w:rPr>
        <w:t>úplnou</w:t>
      </w:r>
      <w:proofErr w:type="spellEnd"/>
      <w:r w:rsidRPr="00AD4C67">
        <w:rPr>
          <w:lang w:val="pl-PL"/>
        </w:rPr>
        <w:t xml:space="preserve"> </w:t>
      </w:r>
      <w:proofErr w:type="spellStart"/>
      <w:r w:rsidRPr="00AD4C67">
        <w:rPr>
          <w:lang w:val="pl-PL"/>
        </w:rPr>
        <w:t>náhradu</w:t>
      </w:r>
      <w:proofErr w:type="spellEnd"/>
      <w:r w:rsidRPr="00AD4C67">
        <w:rPr>
          <w:lang w:val="pl-PL"/>
        </w:rPr>
        <w:t xml:space="preserve"> </w:t>
      </w:r>
      <w:proofErr w:type="spellStart"/>
      <w:r w:rsidRPr="00AD4C67">
        <w:rPr>
          <w:lang w:val="pl-PL"/>
        </w:rPr>
        <w:t>věci</w:t>
      </w:r>
      <w:proofErr w:type="spellEnd"/>
      <w:r w:rsidRPr="00AD4C67">
        <w:rPr>
          <w:lang w:val="pl-PL"/>
        </w:rPr>
        <w:t xml:space="preserve">. </w:t>
      </w:r>
      <w:proofErr w:type="spellStart"/>
      <w:r w:rsidRPr="00AD4C67">
        <w:rPr>
          <w:lang w:val="pl-PL"/>
        </w:rPr>
        <w:t>Tabulky</w:t>
      </w:r>
      <w:proofErr w:type="spellEnd"/>
      <w:r w:rsidRPr="00AD4C67">
        <w:rPr>
          <w:lang w:val="pl-PL"/>
        </w:rPr>
        <w:t xml:space="preserve"> </w:t>
      </w:r>
      <w:proofErr w:type="spellStart"/>
      <w:r w:rsidRPr="00AD4C67">
        <w:rPr>
          <w:lang w:val="pl-PL"/>
        </w:rPr>
        <w:t>Houseboatu</w:t>
      </w:r>
      <w:proofErr w:type="spellEnd"/>
      <w:r w:rsidRPr="00AD4C67">
        <w:rPr>
          <w:lang w:val="pl-PL"/>
        </w:rPr>
        <w:t xml:space="preserve"> </w:t>
      </w:r>
      <w:proofErr w:type="spellStart"/>
      <w:r w:rsidRPr="00AD4C67">
        <w:rPr>
          <w:lang w:val="pl-PL"/>
        </w:rPr>
        <w:t>se</w:t>
      </w:r>
      <w:proofErr w:type="spellEnd"/>
      <w:r w:rsidRPr="00AD4C67">
        <w:rPr>
          <w:lang w:val="pl-PL"/>
        </w:rPr>
        <w:t xml:space="preserve"> na </w:t>
      </w:r>
      <w:proofErr w:type="spellStart"/>
      <w:r w:rsidRPr="00AD4C67">
        <w:rPr>
          <w:lang w:val="pl-PL"/>
        </w:rPr>
        <w:t>Yacht</w:t>
      </w:r>
      <w:proofErr w:type="spellEnd"/>
      <w:r w:rsidRPr="00AD4C67">
        <w:rPr>
          <w:lang w:val="pl-PL"/>
        </w:rPr>
        <w:t xml:space="preserve"> Alexis </w:t>
      </w:r>
      <w:proofErr w:type="spellStart"/>
      <w:r w:rsidRPr="00AD4C67">
        <w:rPr>
          <w:lang w:val="pl-PL"/>
        </w:rPr>
        <w:t>nepřenášejí</w:t>
      </w:r>
      <w:proofErr w:type="spellEnd"/>
      <w:r w:rsidRPr="00AD4C67">
        <w:rPr>
          <w:lang w:val="pl-PL"/>
        </w:rPr>
        <w:t xml:space="preserve">, </w:t>
      </w:r>
      <w:proofErr w:type="spellStart"/>
      <w:r w:rsidRPr="00AD4C67">
        <w:rPr>
          <w:lang w:val="pl-PL"/>
        </w:rPr>
        <w:t>kromě</w:t>
      </w:r>
      <w:proofErr w:type="spellEnd"/>
      <w:r w:rsidRPr="00AD4C67">
        <w:rPr>
          <w:lang w:val="pl-PL"/>
        </w:rPr>
        <w:t xml:space="preserve"> </w:t>
      </w:r>
      <w:proofErr w:type="spellStart"/>
      <w:r w:rsidRPr="00AD4C67">
        <w:rPr>
          <w:lang w:val="pl-PL"/>
        </w:rPr>
        <w:t>společných</w:t>
      </w:r>
      <w:proofErr w:type="spellEnd"/>
      <w:r w:rsidRPr="00AD4C67">
        <w:rPr>
          <w:lang w:val="pl-PL"/>
        </w:rPr>
        <w:t xml:space="preserve"> </w:t>
      </w:r>
      <w:proofErr w:type="spellStart"/>
      <w:r w:rsidRPr="00AD4C67">
        <w:rPr>
          <w:lang w:val="pl-PL"/>
        </w:rPr>
        <w:t>sazeb</w:t>
      </w:r>
      <w:proofErr w:type="spellEnd"/>
      <w:r w:rsidRPr="00AD4C67">
        <w:rPr>
          <w:lang w:val="pl-PL"/>
        </w:rPr>
        <w:t xml:space="preserve"> </w:t>
      </w:r>
      <w:proofErr w:type="spellStart"/>
      <w:r w:rsidRPr="00AD4C67">
        <w:rPr>
          <w:lang w:val="pl-PL"/>
        </w:rPr>
        <w:t>výslovně</w:t>
      </w:r>
      <w:proofErr w:type="spellEnd"/>
      <w:r w:rsidRPr="00AD4C67">
        <w:rPr>
          <w:lang w:val="pl-PL"/>
        </w:rPr>
        <w:t xml:space="preserve"> </w:t>
      </w:r>
      <w:proofErr w:type="spellStart"/>
      <w:r w:rsidRPr="00AD4C67">
        <w:rPr>
          <w:lang w:val="pl-PL"/>
        </w:rPr>
        <w:t>uvedených</w:t>
      </w:r>
      <w:proofErr w:type="spellEnd"/>
      <w:r w:rsidRPr="00AD4C67">
        <w:rPr>
          <w:lang w:val="pl-PL"/>
        </w:rPr>
        <w:t xml:space="preserve"> v </w:t>
      </w:r>
      <w:proofErr w:type="spellStart"/>
      <w:r w:rsidRPr="00AD4C67">
        <w:rPr>
          <w:lang w:val="pl-PL"/>
        </w:rPr>
        <w:t>příloze</w:t>
      </w:r>
      <w:proofErr w:type="spellEnd"/>
      <w:r w:rsidRPr="00AD4C67">
        <w:rPr>
          <w:lang w:val="pl-PL"/>
        </w:rPr>
        <w:t>.</w:t>
      </w:r>
    </w:p>
    <w:p w14:paraId="1CBA3B95" w14:textId="77777777" w:rsidR="006C464F" w:rsidRPr="00AD4C67" w:rsidRDefault="00000000">
      <w:pPr>
        <w:rPr>
          <w:lang w:val="pl-PL"/>
        </w:rPr>
      </w:pPr>
      <w:r w:rsidRPr="00AD4C67">
        <w:rPr>
          <w:lang w:val="pl-PL"/>
        </w:rPr>
        <w:t xml:space="preserve">10.12. U </w:t>
      </w:r>
      <w:proofErr w:type="spellStart"/>
      <w:r w:rsidRPr="00AD4C67">
        <w:rPr>
          <w:lang w:val="pl-PL"/>
        </w:rPr>
        <w:t>obou</w:t>
      </w:r>
      <w:proofErr w:type="spellEnd"/>
      <w:r w:rsidRPr="00AD4C67">
        <w:rPr>
          <w:lang w:val="pl-PL"/>
        </w:rPr>
        <w:t xml:space="preserve"> </w:t>
      </w:r>
      <w:proofErr w:type="spellStart"/>
      <w:r w:rsidRPr="00AD4C67">
        <w:rPr>
          <w:lang w:val="pl-PL"/>
        </w:rPr>
        <w:t>plavidel</w:t>
      </w:r>
      <w:proofErr w:type="spellEnd"/>
      <w:r w:rsidRPr="00AD4C67">
        <w:rPr>
          <w:lang w:val="pl-PL"/>
        </w:rPr>
        <w:t xml:space="preserve"> </w:t>
      </w:r>
      <w:proofErr w:type="spellStart"/>
      <w:r w:rsidRPr="00AD4C67">
        <w:rPr>
          <w:lang w:val="pl-PL"/>
        </w:rPr>
        <w:t>lze</w:t>
      </w:r>
      <w:proofErr w:type="spellEnd"/>
      <w:r w:rsidRPr="00AD4C67">
        <w:rPr>
          <w:lang w:val="pl-PL"/>
        </w:rPr>
        <w:t xml:space="preserve"> </w:t>
      </w:r>
      <w:proofErr w:type="spellStart"/>
      <w:r w:rsidRPr="00AD4C67">
        <w:rPr>
          <w:lang w:val="pl-PL"/>
        </w:rPr>
        <w:t>vedle</w:t>
      </w:r>
      <w:proofErr w:type="spellEnd"/>
      <w:r w:rsidRPr="00AD4C67">
        <w:rPr>
          <w:lang w:val="pl-PL"/>
        </w:rPr>
        <w:t xml:space="preserve"> </w:t>
      </w:r>
      <w:proofErr w:type="spellStart"/>
      <w:r w:rsidRPr="00AD4C67">
        <w:rPr>
          <w:lang w:val="pl-PL"/>
        </w:rPr>
        <w:t>skutečné</w:t>
      </w:r>
      <w:proofErr w:type="spellEnd"/>
      <w:r w:rsidRPr="00AD4C67">
        <w:rPr>
          <w:lang w:val="pl-PL"/>
        </w:rPr>
        <w:t xml:space="preserve"> </w:t>
      </w:r>
      <w:proofErr w:type="spellStart"/>
      <w:r w:rsidRPr="00AD4C67">
        <w:rPr>
          <w:lang w:val="pl-PL"/>
        </w:rPr>
        <w:t>škody</w:t>
      </w:r>
      <w:proofErr w:type="spellEnd"/>
      <w:r w:rsidRPr="00AD4C67">
        <w:rPr>
          <w:lang w:val="pl-PL"/>
        </w:rPr>
        <w:t xml:space="preserve"> </w:t>
      </w:r>
      <w:proofErr w:type="spellStart"/>
      <w:r w:rsidRPr="00AD4C67">
        <w:rPr>
          <w:lang w:val="pl-PL"/>
        </w:rPr>
        <w:t>požadovat</w:t>
      </w:r>
      <w:proofErr w:type="spellEnd"/>
      <w:r w:rsidRPr="00AD4C67">
        <w:rPr>
          <w:lang w:val="pl-PL"/>
        </w:rPr>
        <w:t xml:space="preserve"> </w:t>
      </w:r>
      <w:proofErr w:type="spellStart"/>
      <w:r w:rsidRPr="00AD4C67">
        <w:rPr>
          <w:lang w:val="pl-PL"/>
        </w:rPr>
        <w:t>prokazatelný</w:t>
      </w:r>
      <w:proofErr w:type="spellEnd"/>
      <w:r w:rsidRPr="00AD4C67">
        <w:rPr>
          <w:lang w:val="pl-PL"/>
        </w:rPr>
        <w:t xml:space="preserve"> </w:t>
      </w:r>
      <w:proofErr w:type="spellStart"/>
      <w:r w:rsidRPr="00AD4C67">
        <w:rPr>
          <w:lang w:val="pl-PL"/>
        </w:rPr>
        <w:t>ušlý</w:t>
      </w:r>
      <w:proofErr w:type="spellEnd"/>
      <w:r w:rsidRPr="00AD4C67">
        <w:rPr>
          <w:lang w:val="pl-PL"/>
        </w:rPr>
        <w:t xml:space="preserve"> </w:t>
      </w:r>
      <w:proofErr w:type="spellStart"/>
      <w:r w:rsidRPr="00AD4C67">
        <w:rPr>
          <w:lang w:val="pl-PL"/>
        </w:rPr>
        <w:t>zisk</w:t>
      </w:r>
      <w:proofErr w:type="spellEnd"/>
      <w:r w:rsidRPr="00AD4C67">
        <w:rPr>
          <w:lang w:val="pl-PL"/>
        </w:rPr>
        <w:t xml:space="preserve"> v </w:t>
      </w:r>
      <w:proofErr w:type="spellStart"/>
      <w:r w:rsidRPr="00AD4C67">
        <w:rPr>
          <w:lang w:val="pl-PL"/>
        </w:rPr>
        <w:t>příčinné</w:t>
      </w:r>
      <w:proofErr w:type="spellEnd"/>
      <w:r w:rsidRPr="00AD4C67">
        <w:rPr>
          <w:lang w:val="pl-PL"/>
        </w:rPr>
        <w:t xml:space="preserve"> </w:t>
      </w:r>
      <w:proofErr w:type="spellStart"/>
      <w:r w:rsidRPr="00AD4C67">
        <w:rPr>
          <w:lang w:val="pl-PL"/>
        </w:rPr>
        <w:t>souvislosti</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škodní</w:t>
      </w:r>
      <w:proofErr w:type="spellEnd"/>
      <w:r w:rsidRPr="00AD4C67">
        <w:rPr>
          <w:lang w:val="pl-PL"/>
        </w:rPr>
        <w:t xml:space="preserve"> </w:t>
      </w:r>
      <w:proofErr w:type="spellStart"/>
      <w:r w:rsidRPr="00AD4C67">
        <w:rPr>
          <w:lang w:val="pl-PL"/>
        </w:rPr>
        <w:t>událostí</w:t>
      </w:r>
      <w:proofErr w:type="spellEnd"/>
      <w:r w:rsidRPr="00AD4C67">
        <w:rPr>
          <w:lang w:val="pl-PL"/>
        </w:rPr>
        <w:t xml:space="preserve">, </w:t>
      </w:r>
      <w:proofErr w:type="spellStart"/>
      <w:r w:rsidRPr="00AD4C67">
        <w:rPr>
          <w:lang w:val="pl-PL"/>
        </w:rPr>
        <w:t>například</w:t>
      </w:r>
      <w:proofErr w:type="spellEnd"/>
      <w:r w:rsidRPr="00AD4C67">
        <w:rPr>
          <w:lang w:val="pl-PL"/>
        </w:rPr>
        <w:t xml:space="preserve"> z </w:t>
      </w:r>
      <w:proofErr w:type="spellStart"/>
      <w:r w:rsidRPr="00AD4C67">
        <w:rPr>
          <w:lang w:val="pl-PL"/>
        </w:rPr>
        <w:t>konkrétních</w:t>
      </w:r>
      <w:proofErr w:type="spellEnd"/>
      <w:r w:rsidRPr="00AD4C67">
        <w:rPr>
          <w:lang w:val="pl-PL"/>
        </w:rPr>
        <w:t xml:space="preserve"> </w:t>
      </w:r>
      <w:proofErr w:type="spellStart"/>
      <w:r w:rsidRPr="00AD4C67">
        <w:rPr>
          <w:lang w:val="pl-PL"/>
        </w:rPr>
        <w:t>akcí</w:t>
      </w:r>
      <w:proofErr w:type="spellEnd"/>
      <w:r w:rsidRPr="00AD4C67">
        <w:rPr>
          <w:lang w:val="pl-PL"/>
        </w:rPr>
        <w:t xml:space="preserve">, </w:t>
      </w:r>
      <w:proofErr w:type="spellStart"/>
      <w:r w:rsidRPr="00AD4C67">
        <w:rPr>
          <w:lang w:val="pl-PL"/>
        </w:rPr>
        <w:t>které</w:t>
      </w:r>
      <w:proofErr w:type="spellEnd"/>
      <w:r w:rsidRPr="00AD4C67">
        <w:rPr>
          <w:lang w:val="pl-PL"/>
        </w:rPr>
        <w:t xml:space="preserve"> </w:t>
      </w:r>
      <w:proofErr w:type="spellStart"/>
      <w:r w:rsidRPr="00AD4C67">
        <w:rPr>
          <w:lang w:val="pl-PL"/>
        </w:rPr>
        <w:t>nebylo</w:t>
      </w:r>
      <w:proofErr w:type="spellEnd"/>
      <w:r w:rsidRPr="00AD4C67">
        <w:rPr>
          <w:lang w:val="pl-PL"/>
        </w:rPr>
        <w:t xml:space="preserve"> </w:t>
      </w:r>
      <w:proofErr w:type="spellStart"/>
      <w:r w:rsidRPr="00AD4C67">
        <w:rPr>
          <w:lang w:val="pl-PL"/>
        </w:rPr>
        <w:t>možné</w:t>
      </w:r>
      <w:proofErr w:type="spellEnd"/>
      <w:r w:rsidRPr="00AD4C67">
        <w:rPr>
          <w:lang w:val="pl-PL"/>
        </w:rPr>
        <w:t xml:space="preserve"> </w:t>
      </w:r>
      <w:proofErr w:type="spellStart"/>
      <w:r w:rsidRPr="00AD4C67">
        <w:rPr>
          <w:lang w:val="pl-PL"/>
        </w:rPr>
        <w:t>uskutečnit</w:t>
      </w:r>
      <w:proofErr w:type="spellEnd"/>
      <w:r w:rsidRPr="00AD4C67">
        <w:rPr>
          <w:lang w:val="pl-PL"/>
        </w:rPr>
        <w:t xml:space="preserve"> po </w:t>
      </w:r>
      <w:proofErr w:type="spellStart"/>
      <w:r w:rsidRPr="00AD4C67">
        <w:rPr>
          <w:lang w:val="pl-PL"/>
        </w:rPr>
        <w:t>nezbytnou</w:t>
      </w:r>
      <w:proofErr w:type="spellEnd"/>
      <w:r w:rsidRPr="00AD4C67">
        <w:rPr>
          <w:lang w:val="pl-PL"/>
        </w:rPr>
        <w:t xml:space="preserve"> </w:t>
      </w:r>
      <w:proofErr w:type="spellStart"/>
      <w:r w:rsidRPr="00AD4C67">
        <w:rPr>
          <w:lang w:val="pl-PL"/>
        </w:rPr>
        <w:t>dobu</w:t>
      </w:r>
      <w:proofErr w:type="spellEnd"/>
      <w:r w:rsidRPr="00AD4C67">
        <w:rPr>
          <w:lang w:val="pl-PL"/>
        </w:rPr>
        <w:t xml:space="preserve"> </w:t>
      </w:r>
      <w:proofErr w:type="spellStart"/>
      <w:r w:rsidRPr="00AD4C67">
        <w:rPr>
          <w:lang w:val="pl-PL"/>
        </w:rPr>
        <w:t>opravy</w:t>
      </w:r>
      <w:proofErr w:type="spellEnd"/>
      <w:r w:rsidRPr="00AD4C67">
        <w:rPr>
          <w:lang w:val="pl-PL"/>
        </w:rPr>
        <w:t xml:space="preserve">. </w:t>
      </w:r>
      <w:proofErr w:type="spellStart"/>
      <w:r w:rsidRPr="00AD4C67">
        <w:rPr>
          <w:lang w:val="pl-PL"/>
        </w:rPr>
        <w:t>Ušlý</w:t>
      </w:r>
      <w:proofErr w:type="spellEnd"/>
      <w:r w:rsidRPr="00AD4C67">
        <w:rPr>
          <w:lang w:val="pl-PL"/>
        </w:rPr>
        <w:t xml:space="preserve"> </w:t>
      </w:r>
      <w:proofErr w:type="spellStart"/>
      <w:r w:rsidRPr="00AD4C67">
        <w:rPr>
          <w:lang w:val="pl-PL"/>
        </w:rPr>
        <w:t>zisk</w:t>
      </w:r>
      <w:proofErr w:type="spellEnd"/>
      <w:r w:rsidRPr="00AD4C67">
        <w:rPr>
          <w:lang w:val="pl-PL"/>
        </w:rPr>
        <w:t xml:space="preserve"> </w:t>
      </w:r>
      <w:proofErr w:type="spellStart"/>
      <w:r w:rsidRPr="00AD4C67">
        <w:rPr>
          <w:lang w:val="pl-PL"/>
        </w:rPr>
        <w:t>není</w:t>
      </w:r>
      <w:proofErr w:type="spellEnd"/>
      <w:r w:rsidRPr="00AD4C67">
        <w:rPr>
          <w:lang w:val="pl-PL"/>
        </w:rPr>
        <w:t xml:space="preserve"> </w:t>
      </w:r>
      <w:proofErr w:type="spellStart"/>
      <w:r w:rsidRPr="00AD4C67">
        <w:rPr>
          <w:lang w:val="pl-PL"/>
        </w:rPr>
        <w:t>automaticky</w:t>
      </w:r>
      <w:proofErr w:type="spellEnd"/>
      <w:r w:rsidRPr="00AD4C67">
        <w:rPr>
          <w:lang w:val="pl-PL"/>
        </w:rPr>
        <w:t xml:space="preserve"> </w:t>
      </w:r>
      <w:proofErr w:type="spellStart"/>
      <w:r w:rsidRPr="00AD4C67">
        <w:rPr>
          <w:lang w:val="pl-PL"/>
        </w:rPr>
        <w:t>celá</w:t>
      </w:r>
      <w:proofErr w:type="spellEnd"/>
      <w:r w:rsidRPr="00AD4C67">
        <w:rPr>
          <w:lang w:val="pl-PL"/>
        </w:rPr>
        <w:t xml:space="preserve"> cena </w:t>
      </w:r>
      <w:proofErr w:type="spellStart"/>
      <w:r w:rsidRPr="00AD4C67">
        <w:rPr>
          <w:lang w:val="pl-PL"/>
        </w:rPr>
        <w:t>zrušené</w:t>
      </w:r>
      <w:proofErr w:type="spellEnd"/>
      <w:r w:rsidRPr="00AD4C67">
        <w:rPr>
          <w:lang w:val="pl-PL"/>
        </w:rPr>
        <w:t xml:space="preserve"> </w:t>
      </w:r>
      <w:proofErr w:type="spellStart"/>
      <w:r w:rsidRPr="00AD4C67">
        <w:rPr>
          <w:lang w:val="pl-PL"/>
        </w:rPr>
        <w:t>akce</w:t>
      </w:r>
      <w:proofErr w:type="spellEnd"/>
      <w:r w:rsidRPr="00AD4C67">
        <w:rPr>
          <w:lang w:val="pl-PL"/>
        </w:rPr>
        <w:t xml:space="preserve"> ani </w:t>
      </w:r>
      <w:proofErr w:type="spellStart"/>
      <w:r w:rsidRPr="00AD4C67">
        <w:rPr>
          <w:lang w:val="pl-PL"/>
        </w:rPr>
        <w:t>násobek</w:t>
      </w:r>
      <w:proofErr w:type="spellEnd"/>
      <w:r w:rsidRPr="00AD4C67">
        <w:rPr>
          <w:lang w:val="pl-PL"/>
        </w:rPr>
        <w:t xml:space="preserve"> </w:t>
      </w:r>
      <w:proofErr w:type="spellStart"/>
      <w:r w:rsidRPr="00AD4C67">
        <w:rPr>
          <w:lang w:val="pl-PL"/>
        </w:rPr>
        <w:t>denní</w:t>
      </w:r>
      <w:proofErr w:type="spellEnd"/>
      <w:r w:rsidRPr="00AD4C67">
        <w:rPr>
          <w:lang w:val="pl-PL"/>
        </w:rPr>
        <w:t xml:space="preserve"> </w:t>
      </w:r>
      <w:proofErr w:type="spellStart"/>
      <w:r w:rsidRPr="00AD4C67">
        <w:rPr>
          <w:lang w:val="pl-PL"/>
        </w:rPr>
        <w:t>sazby</w:t>
      </w:r>
      <w:proofErr w:type="spellEnd"/>
      <w:r w:rsidRPr="00AD4C67">
        <w:rPr>
          <w:lang w:val="pl-PL"/>
        </w:rPr>
        <w:t xml:space="preserve">; </w:t>
      </w:r>
      <w:proofErr w:type="spellStart"/>
      <w:r w:rsidRPr="00AD4C67">
        <w:rPr>
          <w:lang w:val="pl-PL"/>
        </w:rPr>
        <w:t>zohlední</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náklady</w:t>
      </w:r>
      <w:proofErr w:type="spellEnd"/>
      <w:r w:rsidRPr="00AD4C67">
        <w:rPr>
          <w:lang w:val="pl-PL"/>
        </w:rPr>
        <w:t xml:space="preserve">, </w:t>
      </w:r>
      <w:proofErr w:type="spellStart"/>
      <w:r w:rsidRPr="00AD4C67">
        <w:rPr>
          <w:lang w:val="pl-PL"/>
        </w:rPr>
        <w:t>které</w:t>
      </w:r>
      <w:proofErr w:type="spellEnd"/>
      <w:r w:rsidRPr="00AD4C67">
        <w:rPr>
          <w:lang w:val="pl-PL"/>
        </w:rPr>
        <w:t xml:space="preserve"> by </w:t>
      </w:r>
      <w:proofErr w:type="spellStart"/>
      <w:r w:rsidRPr="00AD4C67">
        <w:rPr>
          <w:lang w:val="pl-PL"/>
        </w:rPr>
        <w:t>byly</w:t>
      </w:r>
      <w:proofErr w:type="spellEnd"/>
      <w:r w:rsidRPr="00AD4C67">
        <w:rPr>
          <w:lang w:val="pl-PL"/>
        </w:rPr>
        <w:t xml:space="preserve"> </w:t>
      </w:r>
      <w:proofErr w:type="spellStart"/>
      <w:r w:rsidRPr="00AD4C67">
        <w:rPr>
          <w:lang w:val="pl-PL"/>
        </w:rPr>
        <w:t>nutné</w:t>
      </w:r>
      <w:proofErr w:type="spellEnd"/>
      <w:r w:rsidRPr="00AD4C67">
        <w:rPr>
          <w:lang w:val="pl-PL"/>
        </w:rPr>
        <w:t xml:space="preserve"> k </w:t>
      </w:r>
      <w:proofErr w:type="spellStart"/>
      <w:r w:rsidRPr="00AD4C67">
        <w:rPr>
          <w:lang w:val="pl-PL"/>
        </w:rPr>
        <w:t>dosažení</w:t>
      </w:r>
      <w:proofErr w:type="spellEnd"/>
      <w:r w:rsidRPr="00AD4C67">
        <w:rPr>
          <w:lang w:val="pl-PL"/>
        </w:rPr>
        <w:t xml:space="preserve"> </w:t>
      </w:r>
      <w:proofErr w:type="spellStart"/>
      <w:r w:rsidRPr="00AD4C67">
        <w:rPr>
          <w:lang w:val="pl-PL"/>
        </w:rPr>
        <w:t>výnosu</w:t>
      </w:r>
      <w:proofErr w:type="spellEnd"/>
      <w:r w:rsidRPr="00AD4C67">
        <w:rPr>
          <w:lang w:val="pl-PL"/>
        </w:rPr>
        <w:t xml:space="preserve"> a </w:t>
      </w:r>
      <w:proofErr w:type="spellStart"/>
      <w:r w:rsidRPr="00AD4C67">
        <w:rPr>
          <w:lang w:val="pl-PL"/>
        </w:rPr>
        <w:t>které</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neuskutečněním</w:t>
      </w:r>
      <w:proofErr w:type="spellEnd"/>
      <w:r w:rsidRPr="00AD4C67">
        <w:rPr>
          <w:lang w:val="pl-PL"/>
        </w:rPr>
        <w:t xml:space="preserve"> </w:t>
      </w:r>
      <w:proofErr w:type="spellStart"/>
      <w:r w:rsidRPr="00AD4C67">
        <w:rPr>
          <w:lang w:val="pl-PL"/>
        </w:rPr>
        <w:t>akce</w:t>
      </w:r>
      <w:proofErr w:type="spellEnd"/>
      <w:r w:rsidRPr="00AD4C67">
        <w:rPr>
          <w:lang w:val="pl-PL"/>
        </w:rPr>
        <w:t xml:space="preserve"> </w:t>
      </w:r>
      <w:proofErr w:type="spellStart"/>
      <w:r w:rsidRPr="00AD4C67">
        <w:rPr>
          <w:lang w:val="pl-PL"/>
        </w:rPr>
        <w:t>ušetřily</w:t>
      </w:r>
      <w:proofErr w:type="spellEnd"/>
      <w:r w:rsidRPr="00AD4C67">
        <w:rPr>
          <w:lang w:val="pl-PL"/>
        </w:rPr>
        <w:t xml:space="preserve">. </w:t>
      </w:r>
      <w:proofErr w:type="spellStart"/>
      <w:r w:rsidRPr="00AD4C67">
        <w:rPr>
          <w:lang w:val="pl-PL"/>
        </w:rPr>
        <w:t>Musí</w:t>
      </w:r>
      <w:proofErr w:type="spellEnd"/>
      <w:r w:rsidRPr="00AD4C67">
        <w:rPr>
          <w:lang w:val="pl-PL"/>
        </w:rPr>
        <w:t xml:space="preserve"> </w:t>
      </w:r>
      <w:proofErr w:type="spellStart"/>
      <w:r w:rsidRPr="00AD4C67">
        <w:rPr>
          <w:lang w:val="pl-PL"/>
        </w:rPr>
        <w:t>být</w:t>
      </w:r>
      <w:proofErr w:type="spellEnd"/>
      <w:r w:rsidRPr="00AD4C67">
        <w:rPr>
          <w:lang w:val="pl-PL"/>
        </w:rPr>
        <w:t xml:space="preserve"> </w:t>
      </w:r>
      <w:proofErr w:type="spellStart"/>
      <w:r w:rsidRPr="00AD4C67">
        <w:rPr>
          <w:lang w:val="pl-PL"/>
        </w:rPr>
        <w:t>doloženo</w:t>
      </w:r>
      <w:proofErr w:type="spellEnd"/>
      <w:r w:rsidRPr="00AD4C67">
        <w:rPr>
          <w:lang w:val="pl-PL"/>
        </w:rPr>
        <w:t xml:space="preserve">, </w:t>
      </w:r>
      <w:proofErr w:type="spellStart"/>
      <w:r w:rsidRPr="00AD4C67">
        <w:rPr>
          <w:lang w:val="pl-PL"/>
        </w:rPr>
        <w:t>že</w:t>
      </w:r>
      <w:proofErr w:type="spellEnd"/>
      <w:r w:rsidRPr="00AD4C67">
        <w:rPr>
          <w:lang w:val="pl-PL"/>
        </w:rPr>
        <w:t xml:space="preserve"> by </w:t>
      </w:r>
      <w:proofErr w:type="spellStart"/>
      <w:r w:rsidRPr="00AD4C67">
        <w:rPr>
          <w:lang w:val="pl-PL"/>
        </w:rPr>
        <w:t>zisku</w:t>
      </w:r>
      <w:proofErr w:type="spellEnd"/>
      <w:r w:rsidRPr="00AD4C67">
        <w:rPr>
          <w:lang w:val="pl-PL"/>
        </w:rPr>
        <w:t xml:space="preserve"> </w:t>
      </w:r>
      <w:proofErr w:type="spellStart"/>
      <w:r w:rsidRPr="00AD4C67">
        <w:rPr>
          <w:lang w:val="pl-PL"/>
        </w:rPr>
        <w:t>bylo</w:t>
      </w:r>
      <w:proofErr w:type="spellEnd"/>
      <w:r w:rsidRPr="00AD4C67">
        <w:rPr>
          <w:lang w:val="pl-PL"/>
        </w:rPr>
        <w:t xml:space="preserve"> za </w:t>
      </w:r>
      <w:proofErr w:type="spellStart"/>
      <w:r w:rsidRPr="00AD4C67">
        <w:rPr>
          <w:lang w:val="pl-PL"/>
        </w:rPr>
        <w:t>pravidelného</w:t>
      </w:r>
      <w:proofErr w:type="spellEnd"/>
      <w:r w:rsidRPr="00AD4C67">
        <w:rPr>
          <w:lang w:val="pl-PL"/>
        </w:rPr>
        <w:t xml:space="preserve"> </w:t>
      </w:r>
      <w:proofErr w:type="spellStart"/>
      <w:r w:rsidRPr="00AD4C67">
        <w:rPr>
          <w:lang w:val="pl-PL"/>
        </w:rPr>
        <w:t>běhu</w:t>
      </w:r>
      <w:proofErr w:type="spellEnd"/>
      <w:r w:rsidRPr="00AD4C67">
        <w:rPr>
          <w:lang w:val="pl-PL"/>
        </w:rPr>
        <w:t xml:space="preserve"> </w:t>
      </w:r>
      <w:proofErr w:type="spellStart"/>
      <w:r w:rsidRPr="00AD4C67">
        <w:rPr>
          <w:lang w:val="pl-PL"/>
        </w:rPr>
        <w:t>věcí</w:t>
      </w:r>
      <w:proofErr w:type="spellEnd"/>
      <w:r w:rsidRPr="00AD4C67">
        <w:rPr>
          <w:lang w:val="pl-PL"/>
        </w:rPr>
        <w:t xml:space="preserve"> </w:t>
      </w:r>
      <w:proofErr w:type="spellStart"/>
      <w:r w:rsidRPr="00AD4C67">
        <w:rPr>
          <w:lang w:val="pl-PL"/>
        </w:rPr>
        <w:t>dosaženo</w:t>
      </w:r>
      <w:proofErr w:type="spellEnd"/>
      <w:r w:rsidRPr="00AD4C67">
        <w:rPr>
          <w:lang w:val="pl-PL"/>
        </w:rPr>
        <w:t xml:space="preserve">, i </w:t>
      </w:r>
      <w:proofErr w:type="spellStart"/>
      <w:r w:rsidRPr="00AD4C67">
        <w:rPr>
          <w:lang w:val="pl-PL"/>
        </w:rPr>
        <w:t>nezbytná</w:t>
      </w:r>
      <w:proofErr w:type="spellEnd"/>
      <w:r w:rsidRPr="00AD4C67">
        <w:rPr>
          <w:lang w:val="pl-PL"/>
        </w:rPr>
        <w:t xml:space="preserve"> </w:t>
      </w:r>
      <w:proofErr w:type="spellStart"/>
      <w:r w:rsidRPr="00AD4C67">
        <w:rPr>
          <w:lang w:val="pl-PL"/>
        </w:rPr>
        <w:t>délka</w:t>
      </w:r>
      <w:proofErr w:type="spellEnd"/>
      <w:r w:rsidRPr="00AD4C67">
        <w:rPr>
          <w:lang w:val="pl-PL"/>
        </w:rPr>
        <w:t xml:space="preserve"> </w:t>
      </w:r>
      <w:proofErr w:type="spellStart"/>
      <w:r w:rsidRPr="00AD4C67">
        <w:rPr>
          <w:lang w:val="pl-PL"/>
        </w:rPr>
        <w:t>omezení</w:t>
      </w:r>
      <w:proofErr w:type="spellEnd"/>
      <w:r w:rsidRPr="00AD4C67">
        <w:rPr>
          <w:lang w:val="pl-PL"/>
        </w:rPr>
        <w:t xml:space="preserve"> </w:t>
      </w:r>
      <w:proofErr w:type="spellStart"/>
      <w:r w:rsidRPr="00AD4C67">
        <w:rPr>
          <w:lang w:val="pl-PL"/>
        </w:rPr>
        <w:t>provozu</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přijme</w:t>
      </w:r>
      <w:proofErr w:type="spellEnd"/>
      <w:r w:rsidRPr="00AD4C67">
        <w:rPr>
          <w:lang w:val="pl-PL"/>
        </w:rPr>
        <w:t xml:space="preserve"> </w:t>
      </w:r>
      <w:proofErr w:type="spellStart"/>
      <w:r w:rsidRPr="00AD4C67">
        <w:rPr>
          <w:lang w:val="pl-PL"/>
        </w:rPr>
        <w:t>přiměřená</w:t>
      </w:r>
      <w:proofErr w:type="spellEnd"/>
      <w:r w:rsidRPr="00AD4C67">
        <w:rPr>
          <w:lang w:val="pl-PL"/>
        </w:rPr>
        <w:t xml:space="preserve"> </w:t>
      </w:r>
      <w:proofErr w:type="spellStart"/>
      <w:r w:rsidRPr="00AD4C67">
        <w:rPr>
          <w:lang w:val="pl-PL"/>
        </w:rPr>
        <w:t>opatření</w:t>
      </w:r>
      <w:proofErr w:type="spellEnd"/>
      <w:r w:rsidRPr="00AD4C67">
        <w:rPr>
          <w:lang w:val="pl-PL"/>
        </w:rPr>
        <w:t xml:space="preserve"> </w:t>
      </w:r>
      <w:proofErr w:type="spellStart"/>
      <w:r w:rsidRPr="00AD4C67">
        <w:rPr>
          <w:lang w:val="pl-PL"/>
        </w:rPr>
        <w:t>ke</w:t>
      </w:r>
      <w:proofErr w:type="spellEnd"/>
      <w:r w:rsidRPr="00AD4C67">
        <w:rPr>
          <w:lang w:val="pl-PL"/>
        </w:rPr>
        <w:t xml:space="preserve"> </w:t>
      </w:r>
      <w:proofErr w:type="spellStart"/>
      <w:r w:rsidRPr="00AD4C67">
        <w:rPr>
          <w:lang w:val="pl-PL"/>
        </w:rPr>
        <w:t>zmírnění</w:t>
      </w:r>
      <w:proofErr w:type="spellEnd"/>
      <w:r w:rsidRPr="00AD4C67">
        <w:rPr>
          <w:lang w:val="pl-PL"/>
        </w:rPr>
        <w:t xml:space="preserve"> </w:t>
      </w:r>
      <w:proofErr w:type="spellStart"/>
      <w:r w:rsidRPr="00AD4C67">
        <w:rPr>
          <w:lang w:val="pl-PL"/>
        </w:rPr>
        <w:t>škody</w:t>
      </w:r>
      <w:proofErr w:type="spellEnd"/>
      <w:r w:rsidRPr="00AD4C67">
        <w:rPr>
          <w:lang w:val="pl-PL"/>
        </w:rPr>
        <w:t xml:space="preserve">. </w:t>
      </w:r>
      <w:proofErr w:type="spellStart"/>
      <w:r w:rsidRPr="00AD4C67">
        <w:rPr>
          <w:lang w:val="pl-PL"/>
        </w:rPr>
        <w:t>Tatáž</w:t>
      </w:r>
      <w:proofErr w:type="spellEnd"/>
      <w:r w:rsidRPr="00AD4C67">
        <w:rPr>
          <w:lang w:val="pl-PL"/>
        </w:rPr>
        <w:t xml:space="preserve"> </w:t>
      </w:r>
      <w:proofErr w:type="spellStart"/>
      <w:r w:rsidRPr="00AD4C67">
        <w:rPr>
          <w:lang w:val="pl-PL"/>
        </w:rPr>
        <w:t>újma</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nehradí</w:t>
      </w:r>
      <w:proofErr w:type="spellEnd"/>
      <w:r w:rsidRPr="00AD4C67">
        <w:rPr>
          <w:lang w:val="pl-PL"/>
        </w:rPr>
        <w:t xml:space="preserve"> </w:t>
      </w:r>
      <w:proofErr w:type="spellStart"/>
      <w:r w:rsidRPr="00AD4C67">
        <w:rPr>
          <w:lang w:val="pl-PL"/>
        </w:rPr>
        <w:t>dvakrát</w:t>
      </w:r>
      <w:proofErr w:type="spellEnd"/>
      <w:r w:rsidRPr="00AD4C67">
        <w:rPr>
          <w:lang w:val="pl-PL"/>
        </w:rPr>
        <w:t xml:space="preserve">; </w:t>
      </w:r>
      <w:proofErr w:type="spellStart"/>
      <w:r w:rsidRPr="00AD4C67">
        <w:rPr>
          <w:lang w:val="pl-PL"/>
        </w:rPr>
        <w:t>souběh</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smluvní</w:t>
      </w:r>
      <w:proofErr w:type="spellEnd"/>
      <w:r w:rsidRPr="00AD4C67">
        <w:rPr>
          <w:lang w:val="pl-PL"/>
        </w:rPr>
        <w:t xml:space="preserve"> </w:t>
      </w:r>
      <w:proofErr w:type="spellStart"/>
      <w:r w:rsidRPr="00AD4C67">
        <w:rPr>
          <w:lang w:val="pl-PL"/>
        </w:rPr>
        <w:t>pokutou</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řídí</w:t>
      </w:r>
      <w:proofErr w:type="spellEnd"/>
      <w:r w:rsidRPr="00AD4C67">
        <w:rPr>
          <w:lang w:val="pl-PL"/>
        </w:rPr>
        <w:t xml:space="preserve"> </w:t>
      </w:r>
      <w:proofErr w:type="spellStart"/>
      <w:r w:rsidRPr="00AD4C67">
        <w:rPr>
          <w:lang w:val="pl-PL"/>
        </w:rPr>
        <w:t>výslovnými</w:t>
      </w:r>
      <w:proofErr w:type="spellEnd"/>
      <w:r w:rsidRPr="00AD4C67">
        <w:rPr>
          <w:lang w:val="pl-PL"/>
        </w:rPr>
        <w:t xml:space="preserve"> </w:t>
      </w:r>
      <w:proofErr w:type="spellStart"/>
      <w:r w:rsidRPr="00AD4C67">
        <w:rPr>
          <w:lang w:val="pl-PL"/>
        </w:rPr>
        <w:t>pravidly</w:t>
      </w:r>
      <w:proofErr w:type="spellEnd"/>
      <w:r w:rsidRPr="00AD4C67">
        <w:rPr>
          <w:lang w:val="pl-PL"/>
        </w:rPr>
        <w:t xml:space="preserve"> </w:t>
      </w:r>
      <w:proofErr w:type="spellStart"/>
      <w:r w:rsidRPr="00AD4C67">
        <w:rPr>
          <w:lang w:val="pl-PL"/>
        </w:rPr>
        <w:t>článků</w:t>
      </w:r>
      <w:proofErr w:type="spellEnd"/>
      <w:r w:rsidRPr="00AD4C67">
        <w:rPr>
          <w:lang w:val="pl-PL"/>
        </w:rPr>
        <w:t xml:space="preserve"> 10.6–10.9 a </w:t>
      </w:r>
      <w:proofErr w:type="spellStart"/>
      <w:r w:rsidRPr="00AD4C67">
        <w:rPr>
          <w:lang w:val="pl-PL"/>
        </w:rPr>
        <w:t>zákonem</w:t>
      </w:r>
      <w:proofErr w:type="spellEnd"/>
      <w:r w:rsidRPr="00AD4C67">
        <w:rPr>
          <w:lang w:val="pl-PL"/>
        </w:rPr>
        <w:t>.</w:t>
      </w:r>
    </w:p>
    <w:p w14:paraId="3CA3137A" w14:textId="77777777" w:rsidR="006C464F" w:rsidRPr="00AD4C67" w:rsidRDefault="00000000">
      <w:pPr>
        <w:rPr>
          <w:lang w:val="pl-PL"/>
        </w:rPr>
      </w:pPr>
      <w:r w:rsidRPr="00AD4C67">
        <w:rPr>
          <w:lang w:val="pl-PL"/>
        </w:rPr>
        <w:t xml:space="preserve">10.13. </w:t>
      </w:r>
      <w:proofErr w:type="spellStart"/>
      <w:r w:rsidRPr="00AD4C67">
        <w:rPr>
          <w:lang w:val="pl-PL"/>
        </w:rPr>
        <w:t>Poškození</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ztrátu</w:t>
      </w:r>
      <w:proofErr w:type="spellEnd"/>
      <w:r w:rsidRPr="00AD4C67">
        <w:rPr>
          <w:lang w:val="pl-PL"/>
        </w:rPr>
        <w:t xml:space="preserve"> </w:t>
      </w:r>
      <w:proofErr w:type="spellStart"/>
      <w:r w:rsidRPr="00AD4C67">
        <w:rPr>
          <w:lang w:val="pl-PL"/>
        </w:rPr>
        <w:t>účastník</w:t>
      </w:r>
      <w:proofErr w:type="spellEnd"/>
      <w:r w:rsidRPr="00AD4C67">
        <w:rPr>
          <w:lang w:val="pl-PL"/>
        </w:rPr>
        <w:t xml:space="preserve"> </w:t>
      </w:r>
      <w:proofErr w:type="spellStart"/>
      <w:r w:rsidRPr="00AD4C67">
        <w:rPr>
          <w:lang w:val="pl-PL"/>
        </w:rPr>
        <w:t>neprodleně</w:t>
      </w:r>
      <w:proofErr w:type="spellEnd"/>
      <w:r w:rsidRPr="00AD4C67">
        <w:rPr>
          <w:lang w:val="pl-PL"/>
        </w:rPr>
        <w:t xml:space="preserve"> </w:t>
      </w:r>
      <w:proofErr w:type="spellStart"/>
      <w:r w:rsidRPr="00AD4C67">
        <w:rPr>
          <w:lang w:val="pl-PL"/>
        </w:rPr>
        <w:t>oznámí</w:t>
      </w:r>
      <w:proofErr w:type="spellEnd"/>
      <w:r w:rsidRPr="00AD4C67">
        <w:rPr>
          <w:lang w:val="pl-PL"/>
        </w:rPr>
        <w:t xml:space="preserve"> </w:t>
      </w:r>
      <w:proofErr w:type="spellStart"/>
      <w:r w:rsidRPr="00AD4C67">
        <w:rPr>
          <w:lang w:val="pl-PL"/>
        </w:rPr>
        <w:t>posádce</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předá</w:t>
      </w:r>
      <w:proofErr w:type="spellEnd"/>
      <w:r w:rsidRPr="00AD4C67">
        <w:rPr>
          <w:lang w:val="pl-PL"/>
        </w:rPr>
        <w:t xml:space="preserve"> </w:t>
      </w:r>
      <w:proofErr w:type="spellStart"/>
      <w:r w:rsidRPr="00AD4C67">
        <w:rPr>
          <w:lang w:val="pl-PL"/>
        </w:rPr>
        <w:t>odpovědné</w:t>
      </w:r>
      <w:proofErr w:type="spellEnd"/>
      <w:r w:rsidRPr="00AD4C67">
        <w:rPr>
          <w:lang w:val="pl-PL"/>
        </w:rPr>
        <w:t xml:space="preserve"> </w:t>
      </w:r>
      <w:proofErr w:type="spellStart"/>
      <w:r w:rsidRPr="00AD4C67">
        <w:rPr>
          <w:lang w:val="pl-PL"/>
        </w:rPr>
        <w:t>osobě</w:t>
      </w:r>
      <w:proofErr w:type="spellEnd"/>
      <w:r w:rsidRPr="00AD4C67">
        <w:rPr>
          <w:lang w:val="pl-PL"/>
        </w:rPr>
        <w:t xml:space="preserve"> </w:t>
      </w:r>
      <w:proofErr w:type="spellStart"/>
      <w:r w:rsidRPr="00AD4C67">
        <w:rPr>
          <w:lang w:val="pl-PL"/>
        </w:rPr>
        <w:t>písemné</w:t>
      </w:r>
      <w:proofErr w:type="spellEnd"/>
      <w:r w:rsidRPr="00AD4C67">
        <w:rPr>
          <w:lang w:val="pl-PL"/>
        </w:rPr>
        <w:t xml:space="preserve"> </w:t>
      </w:r>
      <w:proofErr w:type="spellStart"/>
      <w:r w:rsidRPr="00AD4C67">
        <w:rPr>
          <w:lang w:val="pl-PL"/>
        </w:rPr>
        <w:t>vyčíslení</w:t>
      </w:r>
      <w:proofErr w:type="spellEnd"/>
      <w:r w:rsidRPr="00AD4C67">
        <w:rPr>
          <w:lang w:val="pl-PL"/>
        </w:rPr>
        <w:t xml:space="preserve"> s popisem </w:t>
      </w:r>
      <w:proofErr w:type="spellStart"/>
      <w:r w:rsidRPr="00AD4C67">
        <w:rPr>
          <w:lang w:val="pl-PL"/>
        </w:rPr>
        <w:t>události</w:t>
      </w:r>
      <w:proofErr w:type="spellEnd"/>
      <w:r w:rsidRPr="00AD4C67">
        <w:rPr>
          <w:lang w:val="pl-PL"/>
        </w:rPr>
        <w:t xml:space="preserve">, </w:t>
      </w:r>
      <w:proofErr w:type="spellStart"/>
      <w:r w:rsidRPr="00AD4C67">
        <w:rPr>
          <w:lang w:val="pl-PL"/>
        </w:rPr>
        <w:t>rozsahem</w:t>
      </w:r>
      <w:proofErr w:type="spellEnd"/>
      <w:r w:rsidRPr="00AD4C67">
        <w:rPr>
          <w:lang w:val="pl-PL"/>
        </w:rPr>
        <w:t xml:space="preserve"> </w:t>
      </w:r>
      <w:proofErr w:type="spellStart"/>
      <w:r w:rsidRPr="00AD4C67">
        <w:rPr>
          <w:lang w:val="pl-PL"/>
        </w:rPr>
        <w:t>poškození</w:t>
      </w:r>
      <w:proofErr w:type="spellEnd"/>
      <w:r w:rsidRPr="00AD4C67">
        <w:rPr>
          <w:lang w:val="pl-PL"/>
        </w:rPr>
        <w:t xml:space="preserve">, </w:t>
      </w:r>
      <w:proofErr w:type="spellStart"/>
      <w:r w:rsidRPr="00AD4C67">
        <w:rPr>
          <w:lang w:val="pl-PL"/>
        </w:rPr>
        <w:t>dostupnými</w:t>
      </w:r>
      <w:proofErr w:type="spellEnd"/>
      <w:r w:rsidRPr="00AD4C67">
        <w:rPr>
          <w:lang w:val="pl-PL"/>
        </w:rPr>
        <w:t xml:space="preserve"> </w:t>
      </w:r>
      <w:proofErr w:type="spellStart"/>
      <w:r w:rsidRPr="00AD4C67">
        <w:rPr>
          <w:lang w:val="pl-PL"/>
        </w:rPr>
        <w:t>fotografiemi</w:t>
      </w:r>
      <w:proofErr w:type="spellEnd"/>
      <w:r w:rsidRPr="00AD4C67">
        <w:rPr>
          <w:lang w:val="pl-PL"/>
        </w:rPr>
        <w:t xml:space="preserve"> </w:t>
      </w:r>
      <w:proofErr w:type="spellStart"/>
      <w:r w:rsidRPr="00AD4C67">
        <w:rPr>
          <w:lang w:val="pl-PL"/>
        </w:rPr>
        <w:t>či</w:t>
      </w:r>
      <w:proofErr w:type="spellEnd"/>
      <w:r w:rsidRPr="00AD4C67">
        <w:rPr>
          <w:lang w:val="pl-PL"/>
        </w:rPr>
        <w:t xml:space="preserve"> </w:t>
      </w:r>
      <w:proofErr w:type="spellStart"/>
      <w:r w:rsidRPr="00AD4C67">
        <w:rPr>
          <w:lang w:val="pl-PL"/>
        </w:rPr>
        <w:t>jinými</w:t>
      </w:r>
      <w:proofErr w:type="spellEnd"/>
      <w:r w:rsidRPr="00AD4C67">
        <w:rPr>
          <w:lang w:val="pl-PL"/>
        </w:rPr>
        <w:t xml:space="preserve"> </w:t>
      </w:r>
      <w:proofErr w:type="spellStart"/>
      <w:r w:rsidRPr="00AD4C67">
        <w:rPr>
          <w:lang w:val="pl-PL"/>
        </w:rPr>
        <w:t>důkazy</w:t>
      </w:r>
      <w:proofErr w:type="spellEnd"/>
      <w:r w:rsidRPr="00AD4C67">
        <w:rPr>
          <w:lang w:val="pl-PL"/>
        </w:rPr>
        <w:t xml:space="preserve"> a </w:t>
      </w:r>
      <w:proofErr w:type="spellStart"/>
      <w:r w:rsidRPr="00AD4C67">
        <w:rPr>
          <w:lang w:val="pl-PL"/>
        </w:rPr>
        <w:t>podklady</w:t>
      </w:r>
      <w:proofErr w:type="spellEnd"/>
      <w:r w:rsidRPr="00AD4C67">
        <w:rPr>
          <w:lang w:val="pl-PL"/>
        </w:rPr>
        <w:t xml:space="preserve"> k </w:t>
      </w:r>
      <w:proofErr w:type="spellStart"/>
      <w:r w:rsidRPr="00AD4C67">
        <w:rPr>
          <w:lang w:val="pl-PL"/>
        </w:rPr>
        <w:t>opravě</w:t>
      </w:r>
      <w:proofErr w:type="spellEnd"/>
      <w:r w:rsidRPr="00AD4C67">
        <w:rPr>
          <w:lang w:val="pl-PL"/>
        </w:rPr>
        <w:t xml:space="preserve">, </w:t>
      </w:r>
      <w:proofErr w:type="spellStart"/>
      <w:r w:rsidRPr="00AD4C67">
        <w:rPr>
          <w:lang w:val="pl-PL"/>
        </w:rPr>
        <w:t>náhradě</w:t>
      </w:r>
      <w:proofErr w:type="spellEnd"/>
      <w:r w:rsidRPr="00AD4C67">
        <w:rPr>
          <w:lang w:val="pl-PL"/>
        </w:rPr>
        <w:t xml:space="preserve"> </w:t>
      </w:r>
      <w:proofErr w:type="spellStart"/>
      <w:r w:rsidRPr="00AD4C67">
        <w:rPr>
          <w:lang w:val="pl-PL"/>
        </w:rPr>
        <w:t>věci</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ušlému</w:t>
      </w:r>
      <w:proofErr w:type="spellEnd"/>
      <w:r w:rsidRPr="00AD4C67">
        <w:rPr>
          <w:lang w:val="pl-PL"/>
        </w:rPr>
        <w:t xml:space="preserve"> </w:t>
      </w:r>
      <w:proofErr w:type="spellStart"/>
      <w:r w:rsidRPr="00AD4C67">
        <w:rPr>
          <w:lang w:val="pl-PL"/>
        </w:rPr>
        <w:t>zisku</w:t>
      </w:r>
      <w:proofErr w:type="spellEnd"/>
      <w:r w:rsidRPr="00AD4C67">
        <w:rPr>
          <w:lang w:val="pl-PL"/>
        </w:rPr>
        <w:t xml:space="preserve">. </w:t>
      </w:r>
      <w:proofErr w:type="spellStart"/>
      <w:r w:rsidRPr="00AD4C67">
        <w:rPr>
          <w:lang w:val="pl-PL"/>
        </w:rPr>
        <w:t>Vyčíslení</w:t>
      </w:r>
      <w:proofErr w:type="spellEnd"/>
      <w:r w:rsidRPr="00AD4C67">
        <w:rPr>
          <w:lang w:val="pl-PL"/>
        </w:rPr>
        <w:t xml:space="preserve"> samo o </w:t>
      </w:r>
      <w:proofErr w:type="spellStart"/>
      <w:r w:rsidRPr="00AD4C67">
        <w:rPr>
          <w:lang w:val="pl-PL"/>
        </w:rPr>
        <w:t>sobě</w:t>
      </w:r>
      <w:proofErr w:type="spellEnd"/>
      <w:r w:rsidRPr="00AD4C67">
        <w:rPr>
          <w:lang w:val="pl-PL"/>
        </w:rPr>
        <w:t xml:space="preserve"> </w:t>
      </w:r>
      <w:proofErr w:type="spellStart"/>
      <w:r w:rsidRPr="00AD4C67">
        <w:rPr>
          <w:lang w:val="pl-PL"/>
        </w:rPr>
        <w:t>není</w:t>
      </w:r>
      <w:proofErr w:type="spellEnd"/>
      <w:r w:rsidRPr="00AD4C67">
        <w:rPr>
          <w:lang w:val="pl-PL"/>
        </w:rPr>
        <w:t xml:space="preserve"> </w:t>
      </w:r>
      <w:proofErr w:type="spellStart"/>
      <w:r w:rsidRPr="00AD4C67">
        <w:rPr>
          <w:lang w:val="pl-PL"/>
        </w:rPr>
        <w:t>uznáním</w:t>
      </w:r>
      <w:proofErr w:type="spellEnd"/>
      <w:r w:rsidRPr="00AD4C67">
        <w:rPr>
          <w:lang w:val="pl-PL"/>
        </w:rPr>
        <w:t xml:space="preserve"> </w:t>
      </w:r>
      <w:proofErr w:type="spellStart"/>
      <w:r w:rsidRPr="00AD4C67">
        <w:rPr>
          <w:lang w:val="pl-PL"/>
        </w:rPr>
        <w:t>dluhu</w:t>
      </w:r>
      <w:proofErr w:type="spellEnd"/>
      <w:r w:rsidRPr="00AD4C67">
        <w:rPr>
          <w:lang w:val="pl-PL"/>
        </w:rPr>
        <w:t xml:space="preserve"> </w:t>
      </w:r>
      <w:proofErr w:type="spellStart"/>
      <w:r w:rsidRPr="00AD4C67">
        <w:rPr>
          <w:lang w:val="pl-PL"/>
        </w:rPr>
        <w:t>zákazníkem</w:t>
      </w:r>
      <w:proofErr w:type="spellEnd"/>
      <w:r w:rsidRPr="00AD4C67">
        <w:rPr>
          <w:lang w:val="pl-PL"/>
        </w:rPr>
        <w:t xml:space="preserve"> ani </w:t>
      </w:r>
      <w:proofErr w:type="spellStart"/>
      <w:r w:rsidRPr="00AD4C67">
        <w:rPr>
          <w:lang w:val="pl-PL"/>
        </w:rPr>
        <w:t>důkazem</w:t>
      </w:r>
      <w:proofErr w:type="spellEnd"/>
      <w:r w:rsidRPr="00AD4C67">
        <w:rPr>
          <w:lang w:val="pl-PL"/>
        </w:rPr>
        <w:t xml:space="preserve"> </w:t>
      </w:r>
      <w:proofErr w:type="spellStart"/>
      <w:r w:rsidRPr="00AD4C67">
        <w:rPr>
          <w:lang w:val="pl-PL"/>
        </w:rPr>
        <w:t>jeho</w:t>
      </w:r>
      <w:proofErr w:type="spellEnd"/>
      <w:r w:rsidRPr="00AD4C67">
        <w:rPr>
          <w:lang w:val="pl-PL"/>
        </w:rPr>
        <w:t xml:space="preserve"> </w:t>
      </w:r>
      <w:proofErr w:type="spellStart"/>
      <w:r w:rsidRPr="00AD4C67">
        <w:rPr>
          <w:lang w:val="pl-PL"/>
        </w:rPr>
        <w:t>odpovědnosti</w:t>
      </w:r>
      <w:proofErr w:type="spellEnd"/>
      <w:r w:rsidRPr="00AD4C67">
        <w:rPr>
          <w:lang w:val="pl-PL"/>
        </w:rPr>
        <w:t xml:space="preserve"> za </w:t>
      </w:r>
      <w:proofErr w:type="spellStart"/>
      <w:r w:rsidRPr="00AD4C67">
        <w:rPr>
          <w:lang w:val="pl-PL"/>
        </w:rPr>
        <w:t>jiné</w:t>
      </w:r>
      <w:proofErr w:type="spellEnd"/>
      <w:r w:rsidRPr="00AD4C67">
        <w:rPr>
          <w:lang w:val="pl-PL"/>
        </w:rPr>
        <w:t xml:space="preserve"> hosty. </w:t>
      </w:r>
      <w:proofErr w:type="spellStart"/>
      <w:r w:rsidRPr="00AD4C67">
        <w:rPr>
          <w:lang w:val="pl-PL"/>
        </w:rPr>
        <w:t>Při</w:t>
      </w:r>
      <w:proofErr w:type="spellEnd"/>
      <w:r w:rsidRPr="00AD4C67">
        <w:rPr>
          <w:lang w:val="pl-PL"/>
        </w:rPr>
        <w:t xml:space="preserve"> </w:t>
      </w:r>
      <w:proofErr w:type="spellStart"/>
      <w:r w:rsidRPr="00AD4C67">
        <w:rPr>
          <w:lang w:val="pl-PL"/>
        </w:rPr>
        <w:t>vyčíslení</w:t>
      </w:r>
      <w:proofErr w:type="spellEnd"/>
      <w:r w:rsidRPr="00AD4C67">
        <w:rPr>
          <w:lang w:val="pl-PL"/>
        </w:rPr>
        <w:t xml:space="preserve"> </w:t>
      </w:r>
      <w:proofErr w:type="spellStart"/>
      <w:r w:rsidRPr="00AD4C67">
        <w:rPr>
          <w:lang w:val="pl-PL"/>
        </w:rPr>
        <w:t>náhrady</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zohlední</w:t>
      </w:r>
      <w:proofErr w:type="spellEnd"/>
      <w:r w:rsidRPr="00AD4C67">
        <w:rPr>
          <w:lang w:val="pl-PL"/>
        </w:rPr>
        <w:t xml:space="preserve"> DPH v </w:t>
      </w:r>
      <w:proofErr w:type="spellStart"/>
      <w:r w:rsidRPr="00AD4C67">
        <w:rPr>
          <w:lang w:val="pl-PL"/>
        </w:rPr>
        <w:t>rozsahu</w:t>
      </w:r>
      <w:proofErr w:type="spellEnd"/>
      <w:r w:rsidRPr="00AD4C67">
        <w:rPr>
          <w:lang w:val="pl-PL"/>
        </w:rPr>
        <w:t xml:space="preserve">, v </w:t>
      </w:r>
      <w:proofErr w:type="spellStart"/>
      <w:r w:rsidRPr="00AD4C67">
        <w:rPr>
          <w:lang w:val="pl-PL"/>
        </w:rPr>
        <w:t>němž</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skutečně</w:t>
      </w:r>
      <w:proofErr w:type="spellEnd"/>
      <w:r w:rsidRPr="00AD4C67">
        <w:rPr>
          <w:lang w:val="pl-PL"/>
        </w:rPr>
        <w:t xml:space="preserve"> </w:t>
      </w:r>
      <w:proofErr w:type="spellStart"/>
      <w:r w:rsidRPr="00AD4C67">
        <w:rPr>
          <w:lang w:val="pl-PL"/>
        </w:rPr>
        <w:t>nese</w:t>
      </w:r>
      <w:proofErr w:type="spellEnd"/>
      <w:r w:rsidRPr="00AD4C67">
        <w:rPr>
          <w:lang w:val="pl-PL"/>
        </w:rPr>
        <w:t xml:space="preserve"> </w:t>
      </w:r>
      <w:proofErr w:type="spellStart"/>
      <w:r w:rsidRPr="00AD4C67">
        <w:rPr>
          <w:lang w:val="pl-PL"/>
        </w:rPr>
        <w:t>její</w:t>
      </w:r>
      <w:proofErr w:type="spellEnd"/>
      <w:r w:rsidRPr="00AD4C67">
        <w:rPr>
          <w:lang w:val="pl-PL"/>
        </w:rPr>
        <w:t xml:space="preserve"> </w:t>
      </w:r>
      <w:proofErr w:type="spellStart"/>
      <w:r w:rsidRPr="00AD4C67">
        <w:rPr>
          <w:lang w:val="pl-PL"/>
        </w:rPr>
        <w:t>náklad</w:t>
      </w:r>
      <w:proofErr w:type="spellEnd"/>
      <w:r w:rsidRPr="00AD4C67">
        <w:rPr>
          <w:lang w:val="pl-PL"/>
        </w:rPr>
        <w:t xml:space="preserve">; </w:t>
      </w:r>
      <w:proofErr w:type="spellStart"/>
      <w:r w:rsidRPr="00AD4C67">
        <w:rPr>
          <w:lang w:val="pl-PL"/>
        </w:rPr>
        <w:t>odpočitatelná</w:t>
      </w:r>
      <w:proofErr w:type="spellEnd"/>
      <w:r w:rsidRPr="00AD4C67">
        <w:rPr>
          <w:lang w:val="pl-PL"/>
        </w:rPr>
        <w:t xml:space="preserve"> DPH </w:t>
      </w:r>
      <w:proofErr w:type="spellStart"/>
      <w:r w:rsidRPr="00AD4C67">
        <w:rPr>
          <w:lang w:val="pl-PL"/>
        </w:rPr>
        <w:t>se</w:t>
      </w:r>
      <w:proofErr w:type="spellEnd"/>
      <w:r w:rsidRPr="00AD4C67">
        <w:rPr>
          <w:lang w:val="pl-PL"/>
        </w:rPr>
        <w:t xml:space="preserve"> do </w:t>
      </w:r>
      <w:proofErr w:type="spellStart"/>
      <w:r w:rsidRPr="00AD4C67">
        <w:rPr>
          <w:lang w:val="pl-PL"/>
        </w:rPr>
        <w:t>škody</w:t>
      </w:r>
      <w:proofErr w:type="spellEnd"/>
      <w:r w:rsidRPr="00AD4C67">
        <w:rPr>
          <w:lang w:val="pl-PL"/>
        </w:rPr>
        <w:t xml:space="preserve"> </w:t>
      </w:r>
      <w:proofErr w:type="spellStart"/>
      <w:r w:rsidRPr="00AD4C67">
        <w:rPr>
          <w:lang w:val="pl-PL"/>
        </w:rPr>
        <w:t>nezahrnuje</w:t>
      </w:r>
      <w:proofErr w:type="spellEnd"/>
      <w:r w:rsidRPr="00AD4C67">
        <w:rPr>
          <w:lang w:val="pl-PL"/>
        </w:rPr>
        <w:t>.</w:t>
      </w:r>
    </w:p>
    <w:p w14:paraId="572F148C" w14:textId="77777777" w:rsidR="006C464F" w:rsidRPr="00AD4C67" w:rsidRDefault="00000000">
      <w:pPr>
        <w:rPr>
          <w:lang w:val="pl-PL"/>
        </w:rPr>
      </w:pPr>
      <w:r w:rsidRPr="00AD4C67">
        <w:rPr>
          <w:lang w:val="pl-PL"/>
        </w:rPr>
        <w:lastRenderedPageBreak/>
        <w:t xml:space="preserve">10.14. Za </w:t>
      </w:r>
      <w:proofErr w:type="spellStart"/>
      <w:r w:rsidRPr="00AD4C67">
        <w:rPr>
          <w:lang w:val="pl-PL"/>
        </w:rPr>
        <w:t>mimořádný</w:t>
      </w:r>
      <w:proofErr w:type="spellEnd"/>
      <w:r w:rsidRPr="00AD4C67">
        <w:rPr>
          <w:lang w:val="pl-PL"/>
        </w:rPr>
        <w:t xml:space="preserve"> </w:t>
      </w:r>
      <w:proofErr w:type="spellStart"/>
      <w:r w:rsidRPr="00AD4C67">
        <w:rPr>
          <w:lang w:val="pl-PL"/>
        </w:rPr>
        <w:t>úklid</w:t>
      </w:r>
      <w:proofErr w:type="spellEnd"/>
      <w:r w:rsidRPr="00AD4C67">
        <w:rPr>
          <w:lang w:val="pl-PL"/>
        </w:rPr>
        <w:t xml:space="preserve"> po </w:t>
      </w:r>
      <w:proofErr w:type="spellStart"/>
      <w:r w:rsidRPr="00AD4C67">
        <w:rPr>
          <w:lang w:val="pl-PL"/>
        </w:rPr>
        <w:t>použití</w:t>
      </w:r>
      <w:proofErr w:type="spellEnd"/>
      <w:r w:rsidRPr="00AD4C67">
        <w:rPr>
          <w:lang w:val="pl-PL"/>
        </w:rPr>
        <w:t xml:space="preserve"> </w:t>
      </w:r>
      <w:proofErr w:type="spellStart"/>
      <w:r w:rsidRPr="00AD4C67">
        <w:rPr>
          <w:lang w:val="pl-PL"/>
        </w:rPr>
        <w:t>konfet</w:t>
      </w:r>
      <w:proofErr w:type="spellEnd"/>
      <w:r w:rsidRPr="00AD4C67">
        <w:rPr>
          <w:lang w:val="pl-PL"/>
        </w:rPr>
        <w:t xml:space="preserve">, </w:t>
      </w:r>
      <w:proofErr w:type="spellStart"/>
      <w:r w:rsidRPr="00AD4C67">
        <w:rPr>
          <w:lang w:val="pl-PL"/>
        </w:rPr>
        <w:t>třpytek</w:t>
      </w:r>
      <w:proofErr w:type="spellEnd"/>
      <w:r w:rsidRPr="00AD4C67">
        <w:rPr>
          <w:lang w:val="pl-PL"/>
        </w:rPr>
        <w:t xml:space="preserve">, </w:t>
      </w:r>
      <w:proofErr w:type="spellStart"/>
      <w:r w:rsidRPr="00AD4C67">
        <w:rPr>
          <w:lang w:val="pl-PL"/>
        </w:rPr>
        <w:t>vystřelovacích</w:t>
      </w:r>
      <w:proofErr w:type="spellEnd"/>
      <w:r w:rsidRPr="00AD4C67">
        <w:rPr>
          <w:lang w:val="pl-PL"/>
        </w:rPr>
        <w:t xml:space="preserve"> </w:t>
      </w:r>
      <w:proofErr w:type="spellStart"/>
      <w:r w:rsidRPr="00AD4C67">
        <w:rPr>
          <w:lang w:val="pl-PL"/>
        </w:rPr>
        <w:t>konfet</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obdobných</w:t>
      </w:r>
      <w:proofErr w:type="spellEnd"/>
      <w:r w:rsidRPr="00AD4C67">
        <w:rPr>
          <w:lang w:val="pl-PL"/>
        </w:rPr>
        <w:t xml:space="preserve"> </w:t>
      </w:r>
      <w:proofErr w:type="spellStart"/>
      <w:r w:rsidRPr="00AD4C67">
        <w:rPr>
          <w:lang w:val="pl-PL"/>
        </w:rPr>
        <w:t>dekorací</w:t>
      </w:r>
      <w:proofErr w:type="spellEnd"/>
      <w:r w:rsidRPr="00AD4C67">
        <w:rPr>
          <w:lang w:val="pl-PL"/>
        </w:rPr>
        <w:t xml:space="preserve"> </w:t>
      </w:r>
      <w:proofErr w:type="spellStart"/>
      <w:r w:rsidRPr="00AD4C67">
        <w:rPr>
          <w:lang w:val="pl-PL"/>
        </w:rPr>
        <w:t>lze</w:t>
      </w:r>
      <w:proofErr w:type="spellEnd"/>
      <w:r w:rsidRPr="00AD4C67">
        <w:rPr>
          <w:lang w:val="pl-PL"/>
        </w:rPr>
        <w:t xml:space="preserve"> </w:t>
      </w:r>
      <w:proofErr w:type="spellStart"/>
      <w:r w:rsidRPr="00AD4C67">
        <w:rPr>
          <w:lang w:val="pl-PL"/>
        </w:rPr>
        <w:t>účtovat</w:t>
      </w:r>
      <w:proofErr w:type="spellEnd"/>
      <w:r w:rsidRPr="00AD4C67">
        <w:rPr>
          <w:lang w:val="pl-PL"/>
        </w:rPr>
        <w:t xml:space="preserve"> 3 000 </w:t>
      </w:r>
      <w:proofErr w:type="spellStart"/>
      <w:r w:rsidRPr="00AD4C67">
        <w:rPr>
          <w:lang w:val="pl-PL"/>
        </w:rPr>
        <w:t>Kč</w:t>
      </w:r>
      <w:proofErr w:type="spellEnd"/>
      <w:r w:rsidRPr="00AD4C67">
        <w:rPr>
          <w:lang w:val="pl-PL"/>
        </w:rPr>
        <w:t xml:space="preserve"> </w:t>
      </w:r>
      <w:proofErr w:type="spellStart"/>
      <w:r w:rsidRPr="00AD4C67">
        <w:rPr>
          <w:lang w:val="pl-PL"/>
        </w:rPr>
        <w:t>včetně</w:t>
      </w:r>
      <w:proofErr w:type="spellEnd"/>
      <w:r w:rsidRPr="00AD4C67">
        <w:rPr>
          <w:lang w:val="pl-PL"/>
        </w:rPr>
        <w:t xml:space="preserve"> DPH za </w:t>
      </w:r>
      <w:proofErr w:type="spellStart"/>
      <w:r w:rsidRPr="00AD4C67">
        <w:rPr>
          <w:lang w:val="pl-PL"/>
        </w:rPr>
        <w:t>jednu</w:t>
      </w:r>
      <w:proofErr w:type="spellEnd"/>
      <w:r w:rsidRPr="00AD4C67">
        <w:rPr>
          <w:lang w:val="pl-PL"/>
        </w:rPr>
        <w:t xml:space="preserve"> </w:t>
      </w:r>
      <w:proofErr w:type="spellStart"/>
      <w:r w:rsidRPr="00AD4C67">
        <w:rPr>
          <w:lang w:val="pl-PL"/>
        </w:rPr>
        <w:t>akci</w:t>
      </w:r>
      <w:proofErr w:type="spellEnd"/>
      <w:r w:rsidRPr="00AD4C67">
        <w:rPr>
          <w:lang w:val="pl-PL"/>
        </w:rPr>
        <w:t xml:space="preserve">, </w:t>
      </w:r>
      <w:proofErr w:type="spellStart"/>
      <w:r w:rsidRPr="00AD4C67">
        <w:rPr>
          <w:lang w:val="pl-PL"/>
        </w:rPr>
        <w:t>jestliže</w:t>
      </w:r>
      <w:proofErr w:type="spellEnd"/>
      <w:r w:rsidRPr="00AD4C67">
        <w:rPr>
          <w:lang w:val="pl-PL"/>
        </w:rPr>
        <w:t xml:space="preserve"> </w:t>
      </w:r>
      <w:proofErr w:type="spellStart"/>
      <w:r w:rsidRPr="00AD4C67">
        <w:rPr>
          <w:lang w:val="pl-PL"/>
        </w:rPr>
        <w:t>znečištění</w:t>
      </w:r>
      <w:proofErr w:type="spellEnd"/>
      <w:r w:rsidRPr="00AD4C67">
        <w:rPr>
          <w:lang w:val="pl-PL"/>
        </w:rPr>
        <w:t xml:space="preserve"> </w:t>
      </w:r>
      <w:proofErr w:type="spellStart"/>
      <w:r w:rsidRPr="00AD4C67">
        <w:rPr>
          <w:lang w:val="pl-PL"/>
        </w:rPr>
        <w:t>vyžaduje</w:t>
      </w:r>
      <w:proofErr w:type="spellEnd"/>
      <w:r w:rsidRPr="00AD4C67">
        <w:rPr>
          <w:lang w:val="pl-PL"/>
        </w:rPr>
        <w:t xml:space="preserve"> </w:t>
      </w:r>
      <w:proofErr w:type="spellStart"/>
      <w:r w:rsidRPr="00AD4C67">
        <w:rPr>
          <w:lang w:val="pl-PL"/>
        </w:rPr>
        <w:t>úklid</w:t>
      </w:r>
      <w:proofErr w:type="spellEnd"/>
      <w:r w:rsidRPr="00AD4C67">
        <w:rPr>
          <w:lang w:val="pl-PL"/>
        </w:rPr>
        <w:t xml:space="preserve"> nad </w:t>
      </w:r>
      <w:proofErr w:type="spellStart"/>
      <w:r w:rsidRPr="00AD4C67">
        <w:rPr>
          <w:lang w:val="pl-PL"/>
        </w:rPr>
        <w:t>běžný</w:t>
      </w:r>
      <w:proofErr w:type="spellEnd"/>
      <w:r w:rsidRPr="00AD4C67">
        <w:rPr>
          <w:lang w:val="pl-PL"/>
        </w:rPr>
        <w:t xml:space="preserve"> </w:t>
      </w:r>
      <w:proofErr w:type="spellStart"/>
      <w:r w:rsidRPr="00AD4C67">
        <w:rPr>
          <w:lang w:val="pl-PL"/>
        </w:rPr>
        <w:t>rozsah</w:t>
      </w:r>
      <w:proofErr w:type="spellEnd"/>
      <w:r w:rsidRPr="00AD4C67">
        <w:rPr>
          <w:lang w:val="pl-PL"/>
        </w:rPr>
        <w:t xml:space="preserve"> a tato </w:t>
      </w:r>
      <w:proofErr w:type="spellStart"/>
      <w:r w:rsidRPr="00AD4C67">
        <w:rPr>
          <w:lang w:val="pl-PL"/>
        </w:rPr>
        <w:t>služba</w:t>
      </w:r>
      <w:proofErr w:type="spellEnd"/>
      <w:r w:rsidRPr="00AD4C67">
        <w:rPr>
          <w:lang w:val="pl-PL"/>
        </w:rPr>
        <w:t xml:space="preserve"> a </w:t>
      </w:r>
      <w:proofErr w:type="spellStart"/>
      <w:r w:rsidRPr="00AD4C67">
        <w:rPr>
          <w:lang w:val="pl-PL"/>
        </w:rPr>
        <w:t>její</w:t>
      </w:r>
      <w:proofErr w:type="spellEnd"/>
      <w:r w:rsidRPr="00AD4C67">
        <w:rPr>
          <w:lang w:val="pl-PL"/>
        </w:rPr>
        <w:t xml:space="preserve"> cena </w:t>
      </w:r>
      <w:proofErr w:type="spellStart"/>
      <w:r w:rsidRPr="00AD4C67">
        <w:rPr>
          <w:lang w:val="pl-PL"/>
        </w:rPr>
        <w:t>byly</w:t>
      </w:r>
      <w:proofErr w:type="spellEnd"/>
      <w:r w:rsidRPr="00AD4C67">
        <w:rPr>
          <w:lang w:val="pl-PL"/>
        </w:rPr>
        <w:t xml:space="preserve"> </w:t>
      </w:r>
      <w:proofErr w:type="spellStart"/>
      <w:r w:rsidRPr="00AD4C67">
        <w:rPr>
          <w:lang w:val="pl-PL"/>
        </w:rPr>
        <w:t>zákazníkem</w:t>
      </w:r>
      <w:proofErr w:type="spellEnd"/>
      <w:r w:rsidRPr="00AD4C67">
        <w:rPr>
          <w:lang w:val="pl-PL"/>
        </w:rPr>
        <w:t xml:space="preserve"> </w:t>
      </w:r>
      <w:proofErr w:type="spellStart"/>
      <w:r w:rsidRPr="00AD4C67">
        <w:rPr>
          <w:lang w:val="pl-PL"/>
        </w:rPr>
        <w:t>výslovně</w:t>
      </w:r>
      <w:proofErr w:type="spellEnd"/>
      <w:r w:rsidRPr="00AD4C67">
        <w:rPr>
          <w:lang w:val="pl-PL"/>
        </w:rPr>
        <w:t xml:space="preserve"> </w:t>
      </w:r>
      <w:proofErr w:type="spellStart"/>
      <w:r w:rsidRPr="00AD4C67">
        <w:rPr>
          <w:lang w:val="pl-PL"/>
        </w:rPr>
        <w:t>odsouhlaseny</w:t>
      </w:r>
      <w:proofErr w:type="spellEnd"/>
      <w:r w:rsidRPr="00AD4C67">
        <w:rPr>
          <w:lang w:val="pl-PL"/>
        </w:rPr>
        <w:t xml:space="preserve"> </w:t>
      </w:r>
      <w:proofErr w:type="spellStart"/>
      <w:r w:rsidRPr="00AD4C67">
        <w:rPr>
          <w:lang w:val="pl-PL"/>
        </w:rPr>
        <w:t>před</w:t>
      </w:r>
      <w:proofErr w:type="spellEnd"/>
      <w:r w:rsidRPr="00AD4C67">
        <w:rPr>
          <w:lang w:val="pl-PL"/>
        </w:rPr>
        <w:t xml:space="preserve"> </w:t>
      </w:r>
      <w:proofErr w:type="spellStart"/>
      <w:r w:rsidRPr="00AD4C67">
        <w:rPr>
          <w:lang w:val="pl-PL"/>
        </w:rPr>
        <w:t>použitím</w:t>
      </w:r>
      <w:proofErr w:type="spellEnd"/>
      <w:r w:rsidRPr="00AD4C67">
        <w:rPr>
          <w:lang w:val="pl-PL"/>
        </w:rPr>
        <w:t xml:space="preserve"> </w:t>
      </w:r>
      <w:proofErr w:type="spellStart"/>
      <w:r w:rsidRPr="00AD4C67">
        <w:rPr>
          <w:lang w:val="pl-PL"/>
        </w:rPr>
        <w:t>dekorací</w:t>
      </w:r>
      <w:proofErr w:type="spellEnd"/>
      <w:r w:rsidRPr="00AD4C67">
        <w:rPr>
          <w:lang w:val="pl-PL"/>
        </w:rPr>
        <w:t xml:space="preserve">. </w:t>
      </w:r>
      <w:proofErr w:type="spellStart"/>
      <w:r w:rsidRPr="00AD4C67">
        <w:rPr>
          <w:lang w:val="pl-PL"/>
        </w:rPr>
        <w:t>Rozsah</w:t>
      </w:r>
      <w:proofErr w:type="spellEnd"/>
      <w:r w:rsidRPr="00AD4C67">
        <w:rPr>
          <w:lang w:val="pl-PL"/>
        </w:rPr>
        <w:t xml:space="preserve"> </w:t>
      </w:r>
      <w:proofErr w:type="spellStart"/>
      <w:r w:rsidRPr="00AD4C67">
        <w:rPr>
          <w:lang w:val="pl-PL"/>
        </w:rPr>
        <w:t>znečištění</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zdokumentuje</w:t>
      </w:r>
      <w:proofErr w:type="spellEnd"/>
      <w:r w:rsidRPr="00AD4C67">
        <w:rPr>
          <w:lang w:val="pl-PL"/>
        </w:rPr>
        <w:t xml:space="preserve">. </w:t>
      </w:r>
      <w:proofErr w:type="spellStart"/>
      <w:r w:rsidRPr="00AD4C67">
        <w:rPr>
          <w:lang w:val="pl-PL"/>
        </w:rPr>
        <w:t>Poplatek</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účtuje</w:t>
      </w:r>
      <w:proofErr w:type="spellEnd"/>
      <w:r w:rsidRPr="00AD4C67">
        <w:rPr>
          <w:lang w:val="pl-PL"/>
        </w:rPr>
        <w:t xml:space="preserve"> za </w:t>
      </w:r>
      <w:proofErr w:type="spellStart"/>
      <w:r w:rsidRPr="00AD4C67">
        <w:rPr>
          <w:lang w:val="pl-PL"/>
        </w:rPr>
        <w:t>tutéž</w:t>
      </w:r>
      <w:proofErr w:type="spellEnd"/>
      <w:r w:rsidRPr="00AD4C67">
        <w:rPr>
          <w:lang w:val="pl-PL"/>
        </w:rPr>
        <w:t xml:space="preserve"> </w:t>
      </w:r>
      <w:proofErr w:type="spellStart"/>
      <w:r w:rsidRPr="00AD4C67">
        <w:rPr>
          <w:lang w:val="pl-PL"/>
        </w:rPr>
        <w:t>akci</w:t>
      </w:r>
      <w:proofErr w:type="spellEnd"/>
      <w:r w:rsidRPr="00AD4C67">
        <w:rPr>
          <w:lang w:val="pl-PL"/>
        </w:rPr>
        <w:t xml:space="preserve"> </w:t>
      </w:r>
      <w:proofErr w:type="spellStart"/>
      <w:r w:rsidRPr="00AD4C67">
        <w:rPr>
          <w:lang w:val="pl-PL"/>
        </w:rPr>
        <w:t>pouze</w:t>
      </w:r>
      <w:proofErr w:type="spellEnd"/>
      <w:r w:rsidRPr="00AD4C67">
        <w:rPr>
          <w:lang w:val="pl-PL"/>
        </w:rPr>
        <w:t xml:space="preserve"> </w:t>
      </w:r>
      <w:proofErr w:type="spellStart"/>
      <w:r w:rsidRPr="00AD4C67">
        <w:rPr>
          <w:lang w:val="pl-PL"/>
        </w:rPr>
        <w:t>jednou</w:t>
      </w:r>
      <w:proofErr w:type="spellEnd"/>
      <w:r w:rsidRPr="00AD4C67">
        <w:rPr>
          <w:lang w:val="pl-PL"/>
        </w:rPr>
        <w:t xml:space="preserve"> pro </w:t>
      </w:r>
      <w:proofErr w:type="spellStart"/>
      <w:r w:rsidRPr="00AD4C67">
        <w:rPr>
          <w:lang w:val="pl-PL"/>
        </w:rPr>
        <w:t>dotčenou</w:t>
      </w:r>
      <w:proofErr w:type="spellEnd"/>
      <w:r w:rsidRPr="00AD4C67">
        <w:rPr>
          <w:lang w:val="pl-PL"/>
        </w:rPr>
        <w:t xml:space="preserve"> </w:t>
      </w:r>
      <w:proofErr w:type="spellStart"/>
      <w:r w:rsidRPr="00AD4C67">
        <w:rPr>
          <w:lang w:val="pl-PL"/>
        </w:rPr>
        <w:t>loď</w:t>
      </w:r>
      <w:proofErr w:type="spellEnd"/>
      <w:r w:rsidRPr="00AD4C67">
        <w:rPr>
          <w:lang w:val="pl-PL"/>
        </w:rPr>
        <w:t xml:space="preserve"> a kryje </w:t>
      </w:r>
      <w:proofErr w:type="spellStart"/>
      <w:r w:rsidRPr="00AD4C67">
        <w:rPr>
          <w:lang w:val="pl-PL"/>
        </w:rPr>
        <w:t>tento</w:t>
      </w:r>
      <w:proofErr w:type="spellEnd"/>
      <w:r w:rsidRPr="00AD4C67">
        <w:rPr>
          <w:lang w:val="pl-PL"/>
        </w:rPr>
        <w:t xml:space="preserve"> </w:t>
      </w:r>
      <w:proofErr w:type="spellStart"/>
      <w:r w:rsidRPr="00AD4C67">
        <w:rPr>
          <w:lang w:val="pl-PL"/>
        </w:rPr>
        <w:t>mimořádný</w:t>
      </w:r>
      <w:proofErr w:type="spellEnd"/>
      <w:r w:rsidRPr="00AD4C67">
        <w:rPr>
          <w:lang w:val="pl-PL"/>
        </w:rPr>
        <w:t xml:space="preserve"> </w:t>
      </w:r>
      <w:proofErr w:type="spellStart"/>
      <w:r w:rsidRPr="00AD4C67">
        <w:rPr>
          <w:lang w:val="pl-PL"/>
        </w:rPr>
        <w:t>úklid</w:t>
      </w:r>
      <w:proofErr w:type="spellEnd"/>
      <w:r w:rsidRPr="00AD4C67">
        <w:rPr>
          <w:lang w:val="pl-PL"/>
        </w:rPr>
        <w:t xml:space="preserve">; </w:t>
      </w:r>
      <w:proofErr w:type="spellStart"/>
      <w:r w:rsidRPr="00AD4C67">
        <w:rPr>
          <w:lang w:val="pl-PL"/>
        </w:rPr>
        <w:t>stejné</w:t>
      </w:r>
      <w:proofErr w:type="spellEnd"/>
      <w:r w:rsidRPr="00AD4C67">
        <w:rPr>
          <w:lang w:val="pl-PL"/>
        </w:rPr>
        <w:t xml:space="preserve"> </w:t>
      </w:r>
      <w:proofErr w:type="spellStart"/>
      <w:r w:rsidRPr="00AD4C67">
        <w:rPr>
          <w:lang w:val="pl-PL"/>
        </w:rPr>
        <w:t>náklady</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znovu</w:t>
      </w:r>
      <w:proofErr w:type="spellEnd"/>
      <w:r w:rsidRPr="00AD4C67">
        <w:rPr>
          <w:lang w:val="pl-PL"/>
        </w:rPr>
        <w:t xml:space="preserve"> </w:t>
      </w:r>
      <w:proofErr w:type="spellStart"/>
      <w:r w:rsidRPr="00AD4C67">
        <w:rPr>
          <w:lang w:val="pl-PL"/>
        </w:rPr>
        <w:t>nezahrnují</w:t>
      </w:r>
      <w:proofErr w:type="spellEnd"/>
      <w:r w:rsidRPr="00AD4C67">
        <w:rPr>
          <w:lang w:val="pl-PL"/>
        </w:rPr>
        <w:t xml:space="preserve"> do </w:t>
      </w:r>
      <w:proofErr w:type="spellStart"/>
      <w:r w:rsidRPr="00AD4C67">
        <w:rPr>
          <w:lang w:val="pl-PL"/>
        </w:rPr>
        <w:t>náhrady</w:t>
      </w:r>
      <w:proofErr w:type="spellEnd"/>
      <w:r w:rsidRPr="00AD4C67">
        <w:rPr>
          <w:lang w:val="pl-PL"/>
        </w:rPr>
        <w:t xml:space="preserve"> </w:t>
      </w:r>
      <w:proofErr w:type="spellStart"/>
      <w:r w:rsidRPr="00AD4C67">
        <w:rPr>
          <w:lang w:val="pl-PL"/>
        </w:rPr>
        <w:t>škody</w:t>
      </w:r>
      <w:proofErr w:type="spellEnd"/>
      <w:r w:rsidRPr="00AD4C67">
        <w:rPr>
          <w:lang w:val="pl-PL"/>
        </w:rPr>
        <w:t xml:space="preserve">. </w:t>
      </w:r>
      <w:proofErr w:type="spellStart"/>
      <w:r w:rsidRPr="00AD4C67">
        <w:rPr>
          <w:lang w:val="pl-PL"/>
        </w:rPr>
        <w:t>Samostatné</w:t>
      </w:r>
      <w:proofErr w:type="spellEnd"/>
      <w:r w:rsidRPr="00AD4C67">
        <w:rPr>
          <w:lang w:val="pl-PL"/>
        </w:rPr>
        <w:t xml:space="preserve"> </w:t>
      </w:r>
      <w:proofErr w:type="spellStart"/>
      <w:r w:rsidRPr="00AD4C67">
        <w:rPr>
          <w:lang w:val="pl-PL"/>
        </w:rPr>
        <w:t>poškození</w:t>
      </w:r>
      <w:proofErr w:type="spellEnd"/>
      <w:r w:rsidRPr="00AD4C67">
        <w:rPr>
          <w:lang w:val="pl-PL"/>
        </w:rPr>
        <w:t xml:space="preserve"> </w:t>
      </w:r>
      <w:proofErr w:type="spellStart"/>
      <w:r w:rsidRPr="00AD4C67">
        <w:rPr>
          <w:lang w:val="pl-PL"/>
        </w:rPr>
        <w:t>vybavení</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vyúčtuje</w:t>
      </w:r>
      <w:proofErr w:type="spellEnd"/>
      <w:r w:rsidRPr="00AD4C67">
        <w:rPr>
          <w:lang w:val="pl-PL"/>
        </w:rPr>
        <w:t xml:space="preserve"> podle </w:t>
      </w:r>
      <w:proofErr w:type="spellStart"/>
      <w:r w:rsidRPr="00AD4C67">
        <w:rPr>
          <w:lang w:val="pl-PL"/>
        </w:rPr>
        <w:t>zákonných</w:t>
      </w:r>
      <w:proofErr w:type="spellEnd"/>
      <w:r w:rsidRPr="00AD4C67">
        <w:rPr>
          <w:lang w:val="pl-PL"/>
        </w:rPr>
        <w:t xml:space="preserve"> </w:t>
      </w:r>
      <w:proofErr w:type="spellStart"/>
      <w:r w:rsidRPr="00AD4C67">
        <w:rPr>
          <w:lang w:val="pl-PL"/>
        </w:rPr>
        <w:t>pravidel</w:t>
      </w:r>
      <w:proofErr w:type="spellEnd"/>
      <w:r w:rsidRPr="00AD4C67">
        <w:rPr>
          <w:lang w:val="pl-PL"/>
        </w:rPr>
        <w:t xml:space="preserve"> a </w:t>
      </w:r>
      <w:proofErr w:type="spellStart"/>
      <w:r w:rsidRPr="00AD4C67">
        <w:rPr>
          <w:lang w:val="pl-PL"/>
        </w:rPr>
        <w:t>přílohy</w:t>
      </w:r>
      <w:proofErr w:type="spellEnd"/>
      <w:r w:rsidRPr="00AD4C67">
        <w:rPr>
          <w:lang w:val="pl-PL"/>
        </w:rPr>
        <w:t xml:space="preserve"> č. 1. </w:t>
      </w:r>
      <w:proofErr w:type="spellStart"/>
      <w:r w:rsidRPr="00AD4C67">
        <w:rPr>
          <w:lang w:val="pl-PL"/>
        </w:rPr>
        <w:t>Není</w:t>
      </w:r>
      <w:proofErr w:type="spellEnd"/>
      <w:r w:rsidRPr="00AD4C67">
        <w:rPr>
          <w:lang w:val="pl-PL"/>
        </w:rPr>
        <w:t xml:space="preserve">-li </w:t>
      </w:r>
      <w:proofErr w:type="spellStart"/>
      <w:r w:rsidRPr="00AD4C67">
        <w:rPr>
          <w:lang w:val="pl-PL"/>
        </w:rPr>
        <w:t>úklid</w:t>
      </w:r>
      <w:proofErr w:type="spellEnd"/>
      <w:r w:rsidRPr="00AD4C67">
        <w:rPr>
          <w:lang w:val="pl-PL"/>
        </w:rPr>
        <w:t xml:space="preserve"> jako </w:t>
      </w:r>
      <w:proofErr w:type="spellStart"/>
      <w:r w:rsidRPr="00AD4C67">
        <w:rPr>
          <w:lang w:val="pl-PL"/>
        </w:rPr>
        <w:t>placená</w:t>
      </w:r>
      <w:proofErr w:type="spellEnd"/>
      <w:r w:rsidRPr="00AD4C67">
        <w:rPr>
          <w:lang w:val="pl-PL"/>
        </w:rPr>
        <w:t xml:space="preserve"> </w:t>
      </w:r>
      <w:proofErr w:type="spellStart"/>
      <w:r w:rsidRPr="00AD4C67">
        <w:rPr>
          <w:lang w:val="pl-PL"/>
        </w:rPr>
        <w:t>služba</w:t>
      </w:r>
      <w:proofErr w:type="spellEnd"/>
      <w:r w:rsidRPr="00AD4C67">
        <w:rPr>
          <w:lang w:val="pl-PL"/>
        </w:rPr>
        <w:t xml:space="preserve"> </w:t>
      </w:r>
      <w:proofErr w:type="spellStart"/>
      <w:r w:rsidRPr="00AD4C67">
        <w:rPr>
          <w:lang w:val="pl-PL"/>
        </w:rPr>
        <w:t>sjednán</w:t>
      </w:r>
      <w:proofErr w:type="spellEnd"/>
      <w:r w:rsidRPr="00AD4C67">
        <w:rPr>
          <w:lang w:val="pl-PL"/>
        </w:rPr>
        <w:t xml:space="preserve">, </w:t>
      </w:r>
      <w:proofErr w:type="spellStart"/>
      <w:r w:rsidRPr="00AD4C67">
        <w:rPr>
          <w:lang w:val="pl-PL"/>
        </w:rPr>
        <w:t>případný</w:t>
      </w:r>
      <w:proofErr w:type="spellEnd"/>
      <w:r w:rsidRPr="00AD4C67">
        <w:rPr>
          <w:lang w:val="pl-PL"/>
        </w:rPr>
        <w:t xml:space="preserve"> </w:t>
      </w:r>
      <w:proofErr w:type="spellStart"/>
      <w:r w:rsidRPr="00AD4C67">
        <w:rPr>
          <w:lang w:val="pl-PL"/>
        </w:rPr>
        <w:t>nárok</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posoudí</w:t>
      </w:r>
      <w:proofErr w:type="spellEnd"/>
      <w:r w:rsidRPr="00AD4C67">
        <w:rPr>
          <w:lang w:val="pl-PL"/>
        </w:rPr>
        <w:t xml:space="preserve"> podle </w:t>
      </w:r>
      <w:proofErr w:type="spellStart"/>
      <w:r w:rsidRPr="00AD4C67">
        <w:rPr>
          <w:lang w:val="pl-PL"/>
        </w:rPr>
        <w:t>doložené</w:t>
      </w:r>
      <w:proofErr w:type="spellEnd"/>
      <w:r w:rsidRPr="00AD4C67">
        <w:rPr>
          <w:lang w:val="pl-PL"/>
        </w:rPr>
        <w:t xml:space="preserve"> </w:t>
      </w:r>
      <w:proofErr w:type="spellStart"/>
      <w:r w:rsidRPr="00AD4C67">
        <w:rPr>
          <w:lang w:val="pl-PL"/>
        </w:rPr>
        <w:t>odpovědnosti</w:t>
      </w:r>
      <w:proofErr w:type="spellEnd"/>
      <w:r w:rsidRPr="00AD4C67">
        <w:rPr>
          <w:lang w:val="pl-PL"/>
        </w:rPr>
        <w:t xml:space="preserve"> za </w:t>
      </w:r>
      <w:proofErr w:type="spellStart"/>
      <w:r w:rsidRPr="00AD4C67">
        <w:rPr>
          <w:lang w:val="pl-PL"/>
        </w:rPr>
        <w:t>škodu</w:t>
      </w:r>
      <w:proofErr w:type="spellEnd"/>
      <w:r w:rsidRPr="00AD4C67">
        <w:rPr>
          <w:lang w:val="pl-PL"/>
        </w:rPr>
        <w:t xml:space="preserve">; </w:t>
      </w:r>
      <w:proofErr w:type="spellStart"/>
      <w:r w:rsidRPr="00AD4C67">
        <w:rPr>
          <w:lang w:val="pl-PL"/>
        </w:rPr>
        <w:t>samotný</w:t>
      </w:r>
      <w:proofErr w:type="spellEnd"/>
      <w:r w:rsidRPr="00AD4C67">
        <w:rPr>
          <w:lang w:val="pl-PL"/>
        </w:rPr>
        <w:t xml:space="preserve"> </w:t>
      </w:r>
      <w:proofErr w:type="spellStart"/>
      <w:r w:rsidRPr="00AD4C67">
        <w:rPr>
          <w:lang w:val="pl-PL"/>
        </w:rPr>
        <w:t>ceník</w:t>
      </w:r>
      <w:proofErr w:type="spellEnd"/>
      <w:r w:rsidRPr="00AD4C67">
        <w:rPr>
          <w:lang w:val="pl-PL"/>
        </w:rPr>
        <w:t xml:space="preserve"> </w:t>
      </w:r>
      <w:proofErr w:type="spellStart"/>
      <w:r w:rsidRPr="00AD4C67">
        <w:rPr>
          <w:lang w:val="pl-PL"/>
        </w:rPr>
        <w:t>nezakládá</w:t>
      </w:r>
      <w:proofErr w:type="spellEnd"/>
      <w:r w:rsidRPr="00AD4C67">
        <w:rPr>
          <w:lang w:val="pl-PL"/>
        </w:rPr>
        <w:t xml:space="preserve"> </w:t>
      </w:r>
      <w:proofErr w:type="spellStart"/>
      <w:r w:rsidRPr="00AD4C67">
        <w:rPr>
          <w:lang w:val="pl-PL"/>
        </w:rPr>
        <w:t>automatickou</w:t>
      </w:r>
      <w:proofErr w:type="spellEnd"/>
      <w:r w:rsidRPr="00AD4C67">
        <w:rPr>
          <w:lang w:val="pl-PL"/>
        </w:rPr>
        <w:t xml:space="preserve"> </w:t>
      </w:r>
      <w:proofErr w:type="spellStart"/>
      <w:r w:rsidRPr="00AD4C67">
        <w:rPr>
          <w:lang w:val="pl-PL"/>
        </w:rPr>
        <w:t>sankci</w:t>
      </w:r>
      <w:proofErr w:type="spellEnd"/>
      <w:r w:rsidRPr="00AD4C67">
        <w:rPr>
          <w:lang w:val="pl-PL"/>
        </w:rPr>
        <w:t xml:space="preserve"> ani </w:t>
      </w:r>
      <w:proofErr w:type="spellStart"/>
      <w:r w:rsidRPr="00AD4C67">
        <w:rPr>
          <w:lang w:val="pl-PL"/>
        </w:rPr>
        <w:t>neomezenou</w:t>
      </w:r>
      <w:proofErr w:type="spellEnd"/>
      <w:r w:rsidRPr="00AD4C67">
        <w:rPr>
          <w:lang w:val="pl-PL"/>
        </w:rPr>
        <w:t xml:space="preserve"> </w:t>
      </w:r>
      <w:proofErr w:type="spellStart"/>
      <w:r w:rsidRPr="00AD4C67">
        <w:rPr>
          <w:lang w:val="pl-PL"/>
        </w:rPr>
        <w:t>odpovědnost</w:t>
      </w:r>
      <w:proofErr w:type="spellEnd"/>
      <w:r w:rsidRPr="00AD4C67">
        <w:rPr>
          <w:lang w:val="pl-PL"/>
        </w:rPr>
        <w:t xml:space="preserve"> </w:t>
      </w:r>
      <w:proofErr w:type="spellStart"/>
      <w:r w:rsidRPr="00AD4C67">
        <w:rPr>
          <w:lang w:val="pl-PL"/>
        </w:rPr>
        <w:t>objednatele</w:t>
      </w:r>
      <w:proofErr w:type="spellEnd"/>
      <w:r w:rsidRPr="00AD4C67">
        <w:rPr>
          <w:lang w:val="pl-PL"/>
        </w:rPr>
        <w:t xml:space="preserve"> za </w:t>
      </w:r>
      <w:proofErr w:type="spellStart"/>
      <w:r w:rsidRPr="00AD4C67">
        <w:rPr>
          <w:lang w:val="pl-PL"/>
        </w:rPr>
        <w:t>všechny</w:t>
      </w:r>
      <w:proofErr w:type="spellEnd"/>
      <w:r w:rsidRPr="00AD4C67">
        <w:rPr>
          <w:lang w:val="pl-PL"/>
        </w:rPr>
        <w:t xml:space="preserve"> hosty.</w:t>
      </w:r>
    </w:p>
    <w:p w14:paraId="1FEBE273" w14:textId="77777777" w:rsidR="006C464F" w:rsidRPr="00AD4C67" w:rsidRDefault="00000000">
      <w:pPr>
        <w:pStyle w:val="Nadpis1"/>
        <w:rPr>
          <w:lang w:val="pl-PL"/>
        </w:rPr>
      </w:pPr>
      <w:r w:rsidRPr="00AD4C67">
        <w:rPr>
          <w:lang w:val="pl-PL"/>
        </w:rPr>
        <w:t xml:space="preserve">11 </w:t>
      </w:r>
      <w:proofErr w:type="spellStart"/>
      <w:r w:rsidRPr="00AD4C67">
        <w:rPr>
          <w:lang w:val="pl-PL"/>
        </w:rPr>
        <w:t>Reklamace</w:t>
      </w:r>
      <w:proofErr w:type="spellEnd"/>
    </w:p>
    <w:p w14:paraId="375B1039" w14:textId="77777777" w:rsidR="006C464F" w:rsidRPr="00AD4C67" w:rsidRDefault="00000000">
      <w:pPr>
        <w:rPr>
          <w:lang w:val="pl-PL"/>
        </w:rPr>
      </w:pPr>
      <w:r w:rsidRPr="00AD4C67">
        <w:rPr>
          <w:lang w:val="pl-PL"/>
        </w:rPr>
        <w:t xml:space="preserve">11.1. </w:t>
      </w:r>
      <w:proofErr w:type="spellStart"/>
      <w:r w:rsidRPr="00AD4C67">
        <w:rPr>
          <w:lang w:val="pl-PL"/>
        </w:rPr>
        <w:t>Zákazník</w:t>
      </w:r>
      <w:proofErr w:type="spellEnd"/>
      <w:r w:rsidRPr="00AD4C67">
        <w:rPr>
          <w:lang w:val="pl-PL"/>
        </w:rPr>
        <w:t xml:space="preserve"> </w:t>
      </w:r>
      <w:proofErr w:type="spellStart"/>
      <w:r w:rsidRPr="00AD4C67">
        <w:rPr>
          <w:lang w:val="pl-PL"/>
        </w:rPr>
        <w:t>může</w:t>
      </w:r>
      <w:proofErr w:type="spellEnd"/>
      <w:r w:rsidRPr="00AD4C67">
        <w:rPr>
          <w:lang w:val="pl-PL"/>
        </w:rPr>
        <w:t xml:space="preserve"> </w:t>
      </w:r>
      <w:proofErr w:type="spellStart"/>
      <w:r w:rsidRPr="00AD4C67">
        <w:rPr>
          <w:lang w:val="pl-PL"/>
        </w:rPr>
        <w:t>reklamovat</w:t>
      </w:r>
      <w:proofErr w:type="spellEnd"/>
      <w:r w:rsidRPr="00AD4C67">
        <w:rPr>
          <w:lang w:val="pl-PL"/>
        </w:rPr>
        <w:t xml:space="preserve"> </w:t>
      </w:r>
      <w:proofErr w:type="spellStart"/>
      <w:r w:rsidRPr="00AD4C67">
        <w:rPr>
          <w:lang w:val="pl-PL"/>
        </w:rPr>
        <w:t>vadně</w:t>
      </w:r>
      <w:proofErr w:type="spellEnd"/>
      <w:r w:rsidRPr="00AD4C67">
        <w:rPr>
          <w:lang w:val="pl-PL"/>
        </w:rPr>
        <w:t xml:space="preserve"> </w:t>
      </w:r>
      <w:proofErr w:type="spellStart"/>
      <w:r w:rsidRPr="00AD4C67">
        <w:rPr>
          <w:lang w:val="pl-PL"/>
        </w:rPr>
        <w:t>poskytnutou</w:t>
      </w:r>
      <w:proofErr w:type="spellEnd"/>
      <w:r w:rsidRPr="00AD4C67">
        <w:rPr>
          <w:lang w:val="pl-PL"/>
        </w:rPr>
        <w:t xml:space="preserve"> </w:t>
      </w:r>
      <w:proofErr w:type="spellStart"/>
      <w:r w:rsidRPr="00AD4C67">
        <w:rPr>
          <w:lang w:val="pl-PL"/>
        </w:rPr>
        <w:t>službu</w:t>
      </w:r>
      <w:proofErr w:type="spellEnd"/>
      <w:r w:rsidRPr="00AD4C67">
        <w:rPr>
          <w:lang w:val="pl-PL"/>
        </w:rPr>
        <w:t xml:space="preserve"> e-mailem na info@praguestream.com, </w:t>
      </w:r>
      <w:proofErr w:type="spellStart"/>
      <w:r w:rsidRPr="00AD4C67">
        <w:rPr>
          <w:lang w:val="pl-PL"/>
        </w:rPr>
        <w:t>písemně</w:t>
      </w:r>
      <w:proofErr w:type="spellEnd"/>
      <w:r w:rsidRPr="00AD4C67">
        <w:rPr>
          <w:lang w:val="pl-PL"/>
        </w:rPr>
        <w:t xml:space="preserve"> v </w:t>
      </w:r>
      <w:proofErr w:type="spellStart"/>
      <w:r w:rsidRPr="00AD4C67">
        <w:rPr>
          <w:lang w:val="pl-PL"/>
        </w:rPr>
        <w:t>sídle</w:t>
      </w:r>
      <w:proofErr w:type="spellEnd"/>
      <w:r w:rsidRPr="00AD4C67">
        <w:rPr>
          <w:lang w:val="pl-PL"/>
        </w:rPr>
        <w:t xml:space="preserve"> </w:t>
      </w:r>
      <w:proofErr w:type="spellStart"/>
      <w:r w:rsidRPr="00AD4C67">
        <w:rPr>
          <w:lang w:val="pl-PL"/>
        </w:rPr>
        <w:t>poskytovatele</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osobně</w:t>
      </w:r>
      <w:proofErr w:type="spellEnd"/>
      <w:r w:rsidRPr="00AD4C67">
        <w:rPr>
          <w:lang w:val="pl-PL"/>
        </w:rPr>
        <w:t xml:space="preserve"> u </w:t>
      </w:r>
      <w:proofErr w:type="spellStart"/>
      <w:r w:rsidRPr="00AD4C67">
        <w:rPr>
          <w:lang w:val="pl-PL"/>
        </w:rPr>
        <w:t>pověřeného</w:t>
      </w:r>
      <w:proofErr w:type="spellEnd"/>
      <w:r w:rsidRPr="00AD4C67">
        <w:rPr>
          <w:lang w:val="pl-PL"/>
        </w:rPr>
        <w:t xml:space="preserve"> </w:t>
      </w:r>
      <w:proofErr w:type="spellStart"/>
      <w:r w:rsidRPr="00AD4C67">
        <w:rPr>
          <w:lang w:val="pl-PL"/>
        </w:rPr>
        <w:t>pracovníka</w:t>
      </w:r>
      <w:proofErr w:type="spellEnd"/>
      <w:r w:rsidRPr="00AD4C67">
        <w:rPr>
          <w:lang w:val="pl-PL"/>
        </w:rPr>
        <w:t xml:space="preserve"> </w:t>
      </w:r>
      <w:proofErr w:type="spellStart"/>
      <w:r w:rsidRPr="00AD4C67">
        <w:rPr>
          <w:lang w:val="pl-PL"/>
        </w:rPr>
        <w:t>během</w:t>
      </w:r>
      <w:proofErr w:type="spellEnd"/>
      <w:r w:rsidRPr="00AD4C67">
        <w:rPr>
          <w:lang w:val="pl-PL"/>
        </w:rPr>
        <w:t xml:space="preserve"> </w:t>
      </w:r>
      <w:proofErr w:type="spellStart"/>
      <w:r w:rsidRPr="00AD4C67">
        <w:rPr>
          <w:lang w:val="pl-PL"/>
        </w:rPr>
        <w:t>služby</w:t>
      </w:r>
      <w:proofErr w:type="spellEnd"/>
      <w:r w:rsidRPr="00AD4C67">
        <w:rPr>
          <w:lang w:val="pl-PL"/>
        </w:rPr>
        <w:t xml:space="preserve">. </w:t>
      </w:r>
      <w:proofErr w:type="spellStart"/>
      <w:r w:rsidRPr="00AD4C67">
        <w:rPr>
          <w:lang w:val="pl-PL"/>
        </w:rPr>
        <w:t>Reklamace</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přijímají</w:t>
      </w:r>
      <w:proofErr w:type="spellEnd"/>
      <w:r w:rsidRPr="00AD4C67">
        <w:rPr>
          <w:lang w:val="pl-PL"/>
        </w:rPr>
        <w:t xml:space="preserve"> </w:t>
      </w:r>
      <w:proofErr w:type="spellStart"/>
      <w:r w:rsidRPr="00AD4C67">
        <w:rPr>
          <w:lang w:val="pl-PL"/>
        </w:rPr>
        <w:t>také</w:t>
      </w:r>
      <w:proofErr w:type="spellEnd"/>
      <w:r w:rsidRPr="00AD4C67">
        <w:rPr>
          <w:lang w:val="pl-PL"/>
        </w:rPr>
        <w:t xml:space="preserve"> v </w:t>
      </w:r>
      <w:proofErr w:type="spellStart"/>
      <w:r w:rsidRPr="00AD4C67">
        <w:rPr>
          <w:lang w:val="pl-PL"/>
        </w:rPr>
        <w:t>provozovně</w:t>
      </w:r>
      <w:proofErr w:type="spellEnd"/>
      <w:r w:rsidRPr="00AD4C67">
        <w:rPr>
          <w:lang w:val="pl-PL"/>
        </w:rPr>
        <w:t xml:space="preserve">, </w:t>
      </w:r>
      <w:proofErr w:type="spellStart"/>
      <w:r w:rsidRPr="00AD4C67">
        <w:rPr>
          <w:lang w:val="pl-PL"/>
        </w:rPr>
        <w:t>kde</w:t>
      </w:r>
      <w:proofErr w:type="spellEnd"/>
      <w:r w:rsidRPr="00AD4C67">
        <w:rPr>
          <w:lang w:val="pl-PL"/>
        </w:rPr>
        <w:t xml:space="preserve"> je </w:t>
      </w:r>
      <w:proofErr w:type="spellStart"/>
      <w:r w:rsidRPr="00AD4C67">
        <w:rPr>
          <w:lang w:val="pl-PL"/>
        </w:rPr>
        <w:t>jejich</w:t>
      </w:r>
      <w:proofErr w:type="spellEnd"/>
      <w:r w:rsidRPr="00AD4C67">
        <w:rPr>
          <w:lang w:val="pl-PL"/>
        </w:rPr>
        <w:t xml:space="preserve"> </w:t>
      </w:r>
      <w:proofErr w:type="spellStart"/>
      <w:r w:rsidRPr="00AD4C67">
        <w:rPr>
          <w:lang w:val="pl-PL"/>
        </w:rPr>
        <w:t>přijetí</w:t>
      </w:r>
      <w:proofErr w:type="spellEnd"/>
      <w:r w:rsidRPr="00AD4C67">
        <w:rPr>
          <w:lang w:val="pl-PL"/>
        </w:rPr>
        <w:t xml:space="preserve"> </w:t>
      </w:r>
      <w:proofErr w:type="spellStart"/>
      <w:r w:rsidRPr="00AD4C67">
        <w:rPr>
          <w:lang w:val="pl-PL"/>
        </w:rPr>
        <w:t>možné</w:t>
      </w:r>
      <w:proofErr w:type="spellEnd"/>
      <w:r w:rsidRPr="00AD4C67">
        <w:rPr>
          <w:lang w:val="pl-PL"/>
        </w:rPr>
        <w:t xml:space="preserve"> podle </w:t>
      </w:r>
      <w:proofErr w:type="spellStart"/>
      <w:r w:rsidRPr="00AD4C67">
        <w:rPr>
          <w:lang w:val="pl-PL"/>
        </w:rPr>
        <w:t>zákona</w:t>
      </w:r>
      <w:proofErr w:type="spellEnd"/>
      <w:r w:rsidRPr="00AD4C67">
        <w:rPr>
          <w:lang w:val="pl-PL"/>
        </w:rPr>
        <w:t>.</w:t>
      </w:r>
    </w:p>
    <w:p w14:paraId="3B8A2842" w14:textId="77777777" w:rsidR="006C464F" w:rsidRPr="00AD4C67" w:rsidRDefault="00000000">
      <w:pPr>
        <w:rPr>
          <w:lang w:val="pl-PL"/>
        </w:rPr>
      </w:pPr>
      <w:r w:rsidRPr="00AD4C67">
        <w:rPr>
          <w:lang w:val="pl-PL"/>
        </w:rPr>
        <w:t xml:space="preserve">11.2. </w:t>
      </w:r>
      <w:proofErr w:type="spellStart"/>
      <w:r w:rsidRPr="00AD4C67">
        <w:rPr>
          <w:lang w:val="pl-PL"/>
        </w:rPr>
        <w:t>Závadu</w:t>
      </w:r>
      <w:proofErr w:type="spellEnd"/>
      <w:r w:rsidRPr="00AD4C67">
        <w:rPr>
          <w:lang w:val="pl-PL"/>
        </w:rPr>
        <w:t xml:space="preserve"> je </w:t>
      </w:r>
      <w:proofErr w:type="spellStart"/>
      <w:r w:rsidRPr="00AD4C67">
        <w:rPr>
          <w:lang w:val="pl-PL"/>
        </w:rPr>
        <w:t>vhodné</w:t>
      </w:r>
      <w:proofErr w:type="spellEnd"/>
      <w:r w:rsidRPr="00AD4C67">
        <w:rPr>
          <w:lang w:val="pl-PL"/>
        </w:rPr>
        <w:t xml:space="preserve"> </w:t>
      </w:r>
      <w:proofErr w:type="spellStart"/>
      <w:r w:rsidRPr="00AD4C67">
        <w:rPr>
          <w:lang w:val="pl-PL"/>
        </w:rPr>
        <w:t>oznámit</w:t>
      </w:r>
      <w:proofErr w:type="spellEnd"/>
      <w:r w:rsidRPr="00AD4C67">
        <w:rPr>
          <w:lang w:val="pl-PL"/>
        </w:rPr>
        <w:t xml:space="preserve"> </w:t>
      </w:r>
      <w:proofErr w:type="spellStart"/>
      <w:r w:rsidRPr="00AD4C67">
        <w:rPr>
          <w:lang w:val="pl-PL"/>
        </w:rPr>
        <w:t>posádce</w:t>
      </w:r>
      <w:proofErr w:type="spellEnd"/>
      <w:r w:rsidRPr="00AD4C67">
        <w:rPr>
          <w:lang w:val="pl-PL"/>
        </w:rPr>
        <w:t xml:space="preserve"> </w:t>
      </w:r>
      <w:proofErr w:type="spellStart"/>
      <w:r w:rsidRPr="00AD4C67">
        <w:rPr>
          <w:lang w:val="pl-PL"/>
        </w:rPr>
        <w:t>ihned</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plavbě</w:t>
      </w:r>
      <w:proofErr w:type="spellEnd"/>
      <w:r w:rsidRPr="00AD4C67">
        <w:rPr>
          <w:lang w:val="pl-PL"/>
        </w:rPr>
        <w:t xml:space="preserve">, aby </w:t>
      </w:r>
      <w:proofErr w:type="spellStart"/>
      <w:r w:rsidRPr="00AD4C67">
        <w:rPr>
          <w:lang w:val="pl-PL"/>
        </w:rPr>
        <w:t>mohla</w:t>
      </w:r>
      <w:proofErr w:type="spellEnd"/>
      <w:r w:rsidRPr="00AD4C67">
        <w:rPr>
          <w:lang w:val="pl-PL"/>
        </w:rPr>
        <w:t xml:space="preserve"> </w:t>
      </w:r>
      <w:proofErr w:type="spellStart"/>
      <w:r w:rsidRPr="00AD4C67">
        <w:rPr>
          <w:lang w:val="pl-PL"/>
        </w:rPr>
        <w:t>zajistit</w:t>
      </w:r>
      <w:proofErr w:type="spellEnd"/>
      <w:r w:rsidRPr="00AD4C67">
        <w:rPr>
          <w:lang w:val="pl-PL"/>
        </w:rPr>
        <w:t xml:space="preserve"> </w:t>
      </w:r>
      <w:proofErr w:type="spellStart"/>
      <w:r w:rsidRPr="00AD4C67">
        <w:rPr>
          <w:lang w:val="pl-PL"/>
        </w:rPr>
        <w:t>nápravu</w:t>
      </w:r>
      <w:proofErr w:type="spellEnd"/>
      <w:r w:rsidRPr="00AD4C67">
        <w:rPr>
          <w:lang w:val="pl-PL"/>
        </w:rPr>
        <w:t xml:space="preserve">, a </w:t>
      </w:r>
      <w:proofErr w:type="spellStart"/>
      <w:r w:rsidRPr="00AD4C67">
        <w:rPr>
          <w:lang w:val="pl-PL"/>
        </w:rPr>
        <w:t>následně</w:t>
      </w:r>
      <w:proofErr w:type="spellEnd"/>
      <w:r w:rsidRPr="00AD4C67">
        <w:rPr>
          <w:lang w:val="pl-PL"/>
        </w:rPr>
        <w:t xml:space="preserve"> </w:t>
      </w:r>
      <w:proofErr w:type="spellStart"/>
      <w:r w:rsidRPr="00AD4C67">
        <w:rPr>
          <w:lang w:val="pl-PL"/>
        </w:rPr>
        <w:t>ji</w:t>
      </w:r>
      <w:proofErr w:type="spellEnd"/>
      <w:r w:rsidRPr="00AD4C67">
        <w:rPr>
          <w:lang w:val="pl-PL"/>
        </w:rPr>
        <w:t xml:space="preserve"> </w:t>
      </w:r>
      <w:proofErr w:type="spellStart"/>
      <w:r w:rsidRPr="00AD4C67">
        <w:rPr>
          <w:lang w:val="pl-PL"/>
        </w:rPr>
        <w:t>písemně</w:t>
      </w:r>
      <w:proofErr w:type="spellEnd"/>
      <w:r w:rsidRPr="00AD4C67">
        <w:rPr>
          <w:lang w:val="pl-PL"/>
        </w:rPr>
        <w:t xml:space="preserve"> </w:t>
      </w:r>
      <w:proofErr w:type="spellStart"/>
      <w:r w:rsidRPr="00AD4C67">
        <w:rPr>
          <w:lang w:val="pl-PL"/>
        </w:rPr>
        <w:t>popsat</w:t>
      </w:r>
      <w:proofErr w:type="spellEnd"/>
      <w:r w:rsidRPr="00AD4C67">
        <w:rPr>
          <w:lang w:val="pl-PL"/>
        </w:rPr>
        <w:t xml:space="preserve"> na info@praguestream.com </w:t>
      </w:r>
      <w:proofErr w:type="spellStart"/>
      <w:r w:rsidRPr="00AD4C67">
        <w:rPr>
          <w:lang w:val="pl-PL"/>
        </w:rPr>
        <w:t>ideálně</w:t>
      </w:r>
      <w:proofErr w:type="spellEnd"/>
      <w:r w:rsidRPr="00AD4C67">
        <w:rPr>
          <w:lang w:val="pl-PL"/>
        </w:rPr>
        <w:t xml:space="preserve"> do 24 </w:t>
      </w:r>
      <w:proofErr w:type="spellStart"/>
      <w:r w:rsidRPr="00AD4C67">
        <w:rPr>
          <w:lang w:val="pl-PL"/>
        </w:rPr>
        <w:t>hodin</w:t>
      </w:r>
      <w:proofErr w:type="spellEnd"/>
      <w:r w:rsidRPr="00AD4C67">
        <w:rPr>
          <w:lang w:val="pl-PL"/>
        </w:rPr>
        <w:t xml:space="preserve"> od </w:t>
      </w:r>
      <w:proofErr w:type="spellStart"/>
      <w:r w:rsidRPr="00AD4C67">
        <w:rPr>
          <w:lang w:val="pl-PL"/>
        </w:rPr>
        <w:t>skončení</w:t>
      </w:r>
      <w:proofErr w:type="spellEnd"/>
      <w:r w:rsidRPr="00AD4C67">
        <w:rPr>
          <w:lang w:val="pl-PL"/>
        </w:rPr>
        <w:t xml:space="preserve"> </w:t>
      </w:r>
      <w:proofErr w:type="spellStart"/>
      <w:r w:rsidRPr="00AD4C67">
        <w:rPr>
          <w:lang w:val="pl-PL"/>
        </w:rPr>
        <w:t>plavby</w:t>
      </w:r>
      <w:proofErr w:type="spellEnd"/>
      <w:r w:rsidRPr="00AD4C67">
        <w:rPr>
          <w:lang w:val="pl-PL"/>
        </w:rPr>
        <w:t xml:space="preserve">. </w:t>
      </w:r>
      <w:proofErr w:type="spellStart"/>
      <w:r w:rsidRPr="00AD4C67">
        <w:rPr>
          <w:lang w:val="pl-PL"/>
        </w:rPr>
        <w:t>Jde</w:t>
      </w:r>
      <w:proofErr w:type="spellEnd"/>
      <w:r w:rsidRPr="00AD4C67">
        <w:rPr>
          <w:lang w:val="pl-PL"/>
        </w:rPr>
        <w:t xml:space="preserve"> o </w:t>
      </w:r>
      <w:proofErr w:type="spellStart"/>
      <w:r w:rsidRPr="00AD4C67">
        <w:rPr>
          <w:lang w:val="pl-PL"/>
        </w:rPr>
        <w:t>doporučený</w:t>
      </w:r>
      <w:proofErr w:type="spellEnd"/>
      <w:r w:rsidRPr="00AD4C67">
        <w:rPr>
          <w:lang w:val="pl-PL"/>
        </w:rPr>
        <w:t xml:space="preserve"> </w:t>
      </w:r>
      <w:proofErr w:type="spellStart"/>
      <w:r w:rsidRPr="00AD4C67">
        <w:rPr>
          <w:lang w:val="pl-PL"/>
        </w:rPr>
        <w:t>postup</w:t>
      </w:r>
      <w:proofErr w:type="spellEnd"/>
      <w:r w:rsidRPr="00AD4C67">
        <w:rPr>
          <w:lang w:val="pl-PL"/>
        </w:rPr>
        <w:t xml:space="preserve"> pro </w:t>
      </w:r>
      <w:proofErr w:type="spellStart"/>
      <w:r w:rsidRPr="00AD4C67">
        <w:rPr>
          <w:lang w:val="pl-PL"/>
        </w:rPr>
        <w:t>rychlé</w:t>
      </w:r>
      <w:proofErr w:type="spellEnd"/>
      <w:r w:rsidRPr="00AD4C67">
        <w:rPr>
          <w:lang w:val="pl-PL"/>
        </w:rPr>
        <w:t xml:space="preserve"> </w:t>
      </w:r>
      <w:proofErr w:type="spellStart"/>
      <w:r w:rsidRPr="00AD4C67">
        <w:rPr>
          <w:lang w:val="pl-PL"/>
        </w:rPr>
        <w:t>objasnění</w:t>
      </w:r>
      <w:proofErr w:type="spellEnd"/>
      <w:r w:rsidRPr="00AD4C67">
        <w:rPr>
          <w:lang w:val="pl-PL"/>
        </w:rPr>
        <w:t xml:space="preserve"> a </w:t>
      </w:r>
      <w:proofErr w:type="spellStart"/>
      <w:r w:rsidRPr="00AD4C67">
        <w:rPr>
          <w:lang w:val="pl-PL"/>
        </w:rPr>
        <w:t>zajištění</w:t>
      </w:r>
      <w:proofErr w:type="spellEnd"/>
      <w:r w:rsidRPr="00AD4C67">
        <w:rPr>
          <w:lang w:val="pl-PL"/>
        </w:rPr>
        <w:t xml:space="preserve"> </w:t>
      </w:r>
      <w:proofErr w:type="spellStart"/>
      <w:r w:rsidRPr="00AD4C67">
        <w:rPr>
          <w:lang w:val="pl-PL"/>
        </w:rPr>
        <w:t>důkazů</w:t>
      </w:r>
      <w:proofErr w:type="spellEnd"/>
      <w:r w:rsidRPr="00AD4C67">
        <w:rPr>
          <w:lang w:val="pl-PL"/>
        </w:rPr>
        <w:t xml:space="preserve">, nikoli o </w:t>
      </w:r>
      <w:proofErr w:type="spellStart"/>
      <w:r w:rsidRPr="00AD4C67">
        <w:rPr>
          <w:lang w:val="pl-PL"/>
        </w:rPr>
        <w:t>lhůtu</w:t>
      </w:r>
      <w:proofErr w:type="spellEnd"/>
      <w:r w:rsidRPr="00AD4C67">
        <w:rPr>
          <w:lang w:val="pl-PL"/>
        </w:rPr>
        <w:t xml:space="preserve">, </w:t>
      </w:r>
      <w:proofErr w:type="spellStart"/>
      <w:r w:rsidRPr="00AD4C67">
        <w:rPr>
          <w:lang w:val="pl-PL"/>
        </w:rPr>
        <w:t>jejímž</w:t>
      </w:r>
      <w:proofErr w:type="spellEnd"/>
      <w:r w:rsidRPr="00AD4C67">
        <w:rPr>
          <w:lang w:val="pl-PL"/>
        </w:rPr>
        <w:t xml:space="preserve"> </w:t>
      </w:r>
      <w:proofErr w:type="spellStart"/>
      <w:r w:rsidRPr="00AD4C67">
        <w:rPr>
          <w:lang w:val="pl-PL"/>
        </w:rPr>
        <w:t>uplynutím</w:t>
      </w:r>
      <w:proofErr w:type="spellEnd"/>
      <w:r w:rsidRPr="00AD4C67">
        <w:rPr>
          <w:lang w:val="pl-PL"/>
        </w:rPr>
        <w:t xml:space="preserve"> </w:t>
      </w:r>
      <w:proofErr w:type="spellStart"/>
      <w:r w:rsidRPr="00AD4C67">
        <w:rPr>
          <w:lang w:val="pl-PL"/>
        </w:rPr>
        <w:t>zaniká</w:t>
      </w:r>
      <w:proofErr w:type="spellEnd"/>
      <w:r w:rsidRPr="00AD4C67">
        <w:rPr>
          <w:lang w:val="pl-PL"/>
        </w:rPr>
        <w:t xml:space="preserve"> </w:t>
      </w:r>
      <w:proofErr w:type="spellStart"/>
      <w:r w:rsidRPr="00AD4C67">
        <w:rPr>
          <w:lang w:val="pl-PL"/>
        </w:rPr>
        <w:t>právo</w:t>
      </w:r>
      <w:proofErr w:type="spellEnd"/>
      <w:r w:rsidRPr="00AD4C67">
        <w:rPr>
          <w:lang w:val="pl-PL"/>
        </w:rPr>
        <w:t xml:space="preserve"> </w:t>
      </w:r>
      <w:proofErr w:type="spellStart"/>
      <w:r w:rsidRPr="00AD4C67">
        <w:rPr>
          <w:lang w:val="pl-PL"/>
        </w:rPr>
        <w:t>reklamovat</w:t>
      </w:r>
      <w:proofErr w:type="spellEnd"/>
      <w:r w:rsidRPr="00AD4C67">
        <w:rPr>
          <w:lang w:val="pl-PL"/>
        </w:rPr>
        <w:t xml:space="preserve">. </w:t>
      </w:r>
      <w:proofErr w:type="spellStart"/>
      <w:r w:rsidRPr="00AD4C67">
        <w:rPr>
          <w:lang w:val="pl-PL"/>
        </w:rPr>
        <w:t>Již</w:t>
      </w:r>
      <w:proofErr w:type="spellEnd"/>
      <w:r w:rsidRPr="00AD4C67">
        <w:rPr>
          <w:lang w:val="pl-PL"/>
        </w:rPr>
        <w:t xml:space="preserve"> </w:t>
      </w:r>
      <w:proofErr w:type="spellStart"/>
      <w:r w:rsidRPr="00AD4C67">
        <w:rPr>
          <w:lang w:val="pl-PL"/>
        </w:rPr>
        <w:t>uplatněná</w:t>
      </w:r>
      <w:proofErr w:type="spellEnd"/>
      <w:r w:rsidRPr="00AD4C67">
        <w:rPr>
          <w:lang w:val="pl-PL"/>
        </w:rPr>
        <w:t xml:space="preserve"> </w:t>
      </w:r>
      <w:proofErr w:type="spellStart"/>
      <w:r w:rsidRPr="00AD4C67">
        <w:rPr>
          <w:lang w:val="pl-PL"/>
        </w:rPr>
        <w:t>reklamace</w:t>
      </w:r>
      <w:proofErr w:type="spellEnd"/>
      <w:r w:rsidRPr="00AD4C67">
        <w:rPr>
          <w:lang w:val="pl-PL"/>
        </w:rPr>
        <w:t xml:space="preserve"> </w:t>
      </w:r>
      <w:proofErr w:type="spellStart"/>
      <w:r w:rsidRPr="00AD4C67">
        <w:rPr>
          <w:lang w:val="pl-PL"/>
        </w:rPr>
        <w:t>nevyžaduje</w:t>
      </w:r>
      <w:proofErr w:type="spellEnd"/>
      <w:r w:rsidRPr="00AD4C67">
        <w:rPr>
          <w:lang w:val="pl-PL"/>
        </w:rPr>
        <w:t xml:space="preserve"> k </w:t>
      </w:r>
      <w:proofErr w:type="spellStart"/>
      <w:r w:rsidRPr="00AD4C67">
        <w:rPr>
          <w:lang w:val="pl-PL"/>
        </w:rPr>
        <w:t>platnosti</w:t>
      </w:r>
      <w:proofErr w:type="spellEnd"/>
      <w:r w:rsidRPr="00AD4C67">
        <w:rPr>
          <w:lang w:val="pl-PL"/>
        </w:rPr>
        <w:t xml:space="preserve"> </w:t>
      </w:r>
      <w:proofErr w:type="spellStart"/>
      <w:r w:rsidRPr="00AD4C67">
        <w:rPr>
          <w:lang w:val="pl-PL"/>
        </w:rPr>
        <w:t>opakované</w:t>
      </w:r>
      <w:proofErr w:type="spellEnd"/>
      <w:r w:rsidRPr="00AD4C67">
        <w:rPr>
          <w:lang w:val="pl-PL"/>
        </w:rPr>
        <w:t xml:space="preserve"> </w:t>
      </w:r>
      <w:proofErr w:type="spellStart"/>
      <w:r w:rsidRPr="00AD4C67">
        <w:rPr>
          <w:lang w:val="pl-PL"/>
        </w:rPr>
        <w:t>písemné</w:t>
      </w:r>
      <w:proofErr w:type="spellEnd"/>
      <w:r w:rsidRPr="00AD4C67">
        <w:rPr>
          <w:lang w:val="pl-PL"/>
        </w:rPr>
        <w:t xml:space="preserve"> </w:t>
      </w:r>
      <w:proofErr w:type="spellStart"/>
      <w:r w:rsidRPr="00AD4C67">
        <w:rPr>
          <w:lang w:val="pl-PL"/>
        </w:rPr>
        <w:t>podání</w:t>
      </w:r>
      <w:proofErr w:type="spellEnd"/>
      <w:r w:rsidRPr="00AD4C67">
        <w:rPr>
          <w:lang w:val="pl-PL"/>
        </w:rPr>
        <w:t xml:space="preserve">. </w:t>
      </w:r>
      <w:proofErr w:type="spellStart"/>
      <w:r w:rsidRPr="00AD4C67">
        <w:rPr>
          <w:lang w:val="pl-PL"/>
        </w:rPr>
        <w:t>Zákazník</w:t>
      </w:r>
      <w:proofErr w:type="spellEnd"/>
      <w:r w:rsidRPr="00AD4C67">
        <w:rPr>
          <w:lang w:val="pl-PL"/>
        </w:rPr>
        <w:t xml:space="preserve"> </w:t>
      </w:r>
      <w:proofErr w:type="spellStart"/>
      <w:r w:rsidRPr="00AD4C67">
        <w:rPr>
          <w:lang w:val="pl-PL"/>
        </w:rPr>
        <w:t>uvede</w:t>
      </w:r>
      <w:proofErr w:type="spellEnd"/>
      <w:r w:rsidRPr="00AD4C67">
        <w:rPr>
          <w:lang w:val="pl-PL"/>
        </w:rPr>
        <w:t xml:space="preserve"> </w:t>
      </w:r>
      <w:proofErr w:type="spellStart"/>
      <w:r w:rsidRPr="00AD4C67">
        <w:rPr>
          <w:lang w:val="pl-PL"/>
        </w:rPr>
        <w:t>rezervaci</w:t>
      </w:r>
      <w:proofErr w:type="spellEnd"/>
      <w:r w:rsidRPr="00AD4C67">
        <w:rPr>
          <w:lang w:val="pl-PL"/>
        </w:rPr>
        <w:t xml:space="preserve">, popis </w:t>
      </w:r>
      <w:proofErr w:type="spellStart"/>
      <w:r w:rsidRPr="00AD4C67">
        <w:rPr>
          <w:lang w:val="pl-PL"/>
        </w:rPr>
        <w:t>vady</w:t>
      </w:r>
      <w:proofErr w:type="spellEnd"/>
      <w:r w:rsidRPr="00AD4C67">
        <w:rPr>
          <w:lang w:val="pl-PL"/>
        </w:rPr>
        <w:t xml:space="preserve">, </w:t>
      </w:r>
      <w:proofErr w:type="spellStart"/>
      <w:r w:rsidRPr="00AD4C67">
        <w:rPr>
          <w:lang w:val="pl-PL"/>
        </w:rPr>
        <w:t>požadovaný</w:t>
      </w:r>
      <w:proofErr w:type="spellEnd"/>
      <w:r w:rsidRPr="00AD4C67">
        <w:rPr>
          <w:lang w:val="pl-PL"/>
        </w:rPr>
        <w:t xml:space="preserve"> </w:t>
      </w:r>
      <w:proofErr w:type="spellStart"/>
      <w:r w:rsidRPr="00AD4C67">
        <w:rPr>
          <w:lang w:val="pl-PL"/>
        </w:rPr>
        <w:t>způsob</w:t>
      </w:r>
      <w:proofErr w:type="spellEnd"/>
      <w:r w:rsidRPr="00AD4C67">
        <w:rPr>
          <w:lang w:val="pl-PL"/>
        </w:rPr>
        <w:t xml:space="preserve"> </w:t>
      </w:r>
      <w:proofErr w:type="spellStart"/>
      <w:r w:rsidRPr="00AD4C67">
        <w:rPr>
          <w:lang w:val="pl-PL"/>
        </w:rPr>
        <w:t>nápravy</w:t>
      </w:r>
      <w:proofErr w:type="spellEnd"/>
      <w:r w:rsidRPr="00AD4C67">
        <w:rPr>
          <w:lang w:val="pl-PL"/>
        </w:rPr>
        <w:t xml:space="preserve"> a </w:t>
      </w:r>
      <w:proofErr w:type="spellStart"/>
      <w:r w:rsidRPr="00AD4C67">
        <w:rPr>
          <w:lang w:val="pl-PL"/>
        </w:rPr>
        <w:t>kontaktní</w:t>
      </w:r>
      <w:proofErr w:type="spellEnd"/>
      <w:r w:rsidRPr="00AD4C67">
        <w:rPr>
          <w:lang w:val="pl-PL"/>
        </w:rPr>
        <w:t xml:space="preserve"> </w:t>
      </w:r>
      <w:proofErr w:type="spellStart"/>
      <w:r w:rsidRPr="00AD4C67">
        <w:rPr>
          <w:lang w:val="pl-PL"/>
        </w:rPr>
        <w:t>údaje</w:t>
      </w:r>
      <w:proofErr w:type="spellEnd"/>
      <w:r w:rsidRPr="00AD4C67">
        <w:rPr>
          <w:lang w:val="pl-PL"/>
        </w:rPr>
        <w:t>.</w:t>
      </w:r>
    </w:p>
    <w:p w14:paraId="3E3745BE" w14:textId="77777777" w:rsidR="006C464F" w:rsidRPr="00AD4C67" w:rsidRDefault="00000000">
      <w:pPr>
        <w:rPr>
          <w:lang w:val="pl-PL"/>
        </w:rPr>
      </w:pPr>
      <w:r w:rsidRPr="00AD4C67">
        <w:rPr>
          <w:lang w:val="pl-PL"/>
        </w:rPr>
        <w:t xml:space="preserve">11.3. </w:t>
      </w:r>
      <w:proofErr w:type="spellStart"/>
      <w:r w:rsidRPr="00AD4C67">
        <w:rPr>
          <w:lang w:val="pl-PL"/>
        </w:rPr>
        <w:t>Poskytovatel</w:t>
      </w:r>
      <w:proofErr w:type="spellEnd"/>
      <w:r w:rsidRPr="00AD4C67">
        <w:rPr>
          <w:lang w:val="pl-PL"/>
        </w:rPr>
        <w:t xml:space="preserve"> </w:t>
      </w:r>
      <w:proofErr w:type="spellStart"/>
      <w:r w:rsidRPr="00AD4C67">
        <w:rPr>
          <w:lang w:val="pl-PL"/>
        </w:rPr>
        <w:t>spotřebiteli</w:t>
      </w:r>
      <w:proofErr w:type="spellEnd"/>
      <w:r w:rsidRPr="00AD4C67">
        <w:rPr>
          <w:lang w:val="pl-PL"/>
        </w:rPr>
        <w:t xml:space="preserve"> </w:t>
      </w:r>
      <w:proofErr w:type="spellStart"/>
      <w:r w:rsidRPr="00AD4C67">
        <w:rPr>
          <w:lang w:val="pl-PL"/>
        </w:rPr>
        <w:t>vydá</w:t>
      </w:r>
      <w:proofErr w:type="spellEnd"/>
      <w:r w:rsidRPr="00AD4C67">
        <w:rPr>
          <w:lang w:val="pl-PL"/>
        </w:rPr>
        <w:t xml:space="preserve"> </w:t>
      </w:r>
      <w:proofErr w:type="spellStart"/>
      <w:r w:rsidRPr="00AD4C67">
        <w:rPr>
          <w:lang w:val="pl-PL"/>
        </w:rPr>
        <w:t>písemné</w:t>
      </w:r>
      <w:proofErr w:type="spellEnd"/>
      <w:r w:rsidRPr="00AD4C67">
        <w:rPr>
          <w:lang w:val="pl-PL"/>
        </w:rPr>
        <w:t xml:space="preserve"> </w:t>
      </w:r>
      <w:proofErr w:type="spellStart"/>
      <w:r w:rsidRPr="00AD4C67">
        <w:rPr>
          <w:lang w:val="pl-PL"/>
        </w:rPr>
        <w:t>potvrzení</w:t>
      </w:r>
      <w:proofErr w:type="spellEnd"/>
      <w:r w:rsidRPr="00AD4C67">
        <w:rPr>
          <w:lang w:val="pl-PL"/>
        </w:rPr>
        <w:t xml:space="preserve"> o </w:t>
      </w:r>
      <w:proofErr w:type="spellStart"/>
      <w:r w:rsidRPr="00AD4C67">
        <w:rPr>
          <w:lang w:val="pl-PL"/>
        </w:rPr>
        <w:t>datu</w:t>
      </w:r>
      <w:proofErr w:type="spellEnd"/>
      <w:r w:rsidRPr="00AD4C67">
        <w:rPr>
          <w:lang w:val="pl-PL"/>
        </w:rPr>
        <w:t xml:space="preserve"> </w:t>
      </w:r>
      <w:proofErr w:type="spellStart"/>
      <w:r w:rsidRPr="00AD4C67">
        <w:rPr>
          <w:lang w:val="pl-PL"/>
        </w:rPr>
        <w:t>uplatnění</w:t>
      </w:r>
      <w:proofErr w:type="spellEnd"/>
      <w:r w:rsidRPr="00AD4C67">
        <w:rPr>
          <w:lang w:val="pl-PL"/>
        </w:rPr>
        <w:t xml:space="preserve"> </w:t>
      </w:r>
      <w:proofErr w:type="spellStart"/>
      <w:r w:rsidRPr="00AD4C67">
        <w:rPr>
          <w:lang w:val="pl-PL"/>
        </w:rPr>
        <w:t>reklamace</w:t>
      </w:r>
      <w:proofErr w:type="spellEnd"/>
      <w:r w:rsidRPr="00AD4C67">
        <w:rPr>
          <w:lang w:val="pl-PL"/>
        </w:rPr>
        <w:t xml:space="preserve">, </w:t>
      </w:r>
      <w:proofErr w:type="spellStart"/>
      <w:r w:rsidRPr="00AD4C67">
        <w:rPr>
          <w:lang w:val="pl-PL"/>
        </w:rPr>
        <w:t>jejím</w:t>
      </w:r>
      <w:proofErr w:type="spellEnd"/>
      <w:r w:rsidRPr="00AD4C67">
        <w:rPr>
          <w:lang w:val="pl-PL"/>
        </w:rPr>
        <w:t xml:space="preserve"> </w:t>
      </w:r>
      <w:proofErr w:type="spellStart"/>
      <w:r w:rsidRPr="00AD4C67">
        <w:rPr>
          <w:lang w:val="pl-PL"/>
        </w:rPr>
        <w:t>obsahu</w:t>
      </w:r>
      <w:proofErr w:type="spellEnd"/>
      <w:r w:rsidRPr="00AD4C67">
        <w:rPr>
          <w:lang w:val="pl-PL"/>
        </w:rPr>
        <w:t xml:space="preserve">, </w:t>
      </w:r>
      <w:proofErr w:type="spellStart"/>
      <w:r w:rsidRPr="00AD4C67">
        <w:rPr>
          <w:lang w:val="pl-PL"/>
        </w:rPr>
        <w:t>požadovaném</w:t>
      </w:r>
      <w:proofErr w:type="spellEnd"/>
      <w:r w:rsidRPr="00AD4C67">
        <w:rPr>
          <w:lang w:val="pl-PL"/>
        </w:rPr>
        <w:t xml:space="preserve"> </w:t>
      </w:r>
      <w:proofErr w:type="spellStart"/>
      <w:r w:rsidRPr="00AD4C67">
        <w:rPr>
          <w:lang w:val="pl-PL"/>
        </w:rPr>
        <w:t>způsobu</w:t>
      </w:r>
      <w:proofErr w:type="spellEnd"/>
      <w:r w:rsidRPr="00AD4C67">
        <w:rPr>
          <w:lang w:val="pl-PL"/>
        </w:rPr>
        <w:t xml:space="preserve"> </w:t>
      </w:r>
      <w:proofErr w:type="spellStart"/>
      <w:r w:rsidRPr="00AD4C67">
        <w:rPr>
          <w:lang w:val="pl-PL"/>
        </w:rPr>
        <w:t>vyřízení</w:t>
      </w:r>
      <w:proofErr w:type="spellEnd"/>
      <w:r w:rsidRPr="00AD4C67">
        <w:rPr>
          <w:lang w:val="pl-PL"/>
        </w:rPr>
        <w:t xml:space="preserve"> a </w:t>
      </w:r>
      <w:proofErr w:type="spellStart"/>
      <w:r w:rsidRPr="00AD4C67">
        <w:rPr>
          <w:lang w:val="pl-PL"/>
        </w:rPr>
        <w:t>kontaktních</w:t>
      </w:r>
      <w:proofErr w:type="spellEnd"/>
      <w:r w:rsidRPr="00AD4C67">
        <w:rPr>
          <w:lang w:val="pl-PL"/>
        </w:rPr>
        <w:t xml:space="preserve"> </w:t>
      </w:r>
      <w:proofErr w:type="spellStart"/>
      <w:r w:rsidRPr="00AD4C67">
        <w:rPr>
          <w:lang w:val="pl-PL"/>
        </w:rPr>
        <w:t>údajích</w:t>
      </w:r>
      <w:proofErr w:type="spellEnd"/>
      <w:r w:rsidRPr="00AD4C67">
        <w:rPr>
          <w:lang w:val="pl-PL"/>
        </w:rPr>
        <w:t xml:space="preserve"> pro </w:t>
      </w:r>
      <w:proofErr w:type="spellStart"/>
      <w:r w:rsidRPr="00AD4C67">
        <w:rPr>
          <w:lang w:val="pl-PL"/>
        </w:rPr>
        <w:t>informování</w:t>
      </w:r>
      <w:proofErr w:type="spellEnd"/>
      <w:r w:rsidRPr="00AD4C67">
        <w:rPr>
          <w:lang w:val="pl-PL"/>
        </w:rPr>
        <w:t xml:space="preserve"> o </w:t>
      </w:r>
      <w:proofErr w:type="spellStart"/>
      <w:r w:rsidRPr="00AD4C67">
        <w:rPr>
          <w:lang w:val="pl-PL"/>
        </w:rPr>
        <w:t>výsledku</w:t>
      </w:r>
      <w:proofErr w:type="spellEnd"/>
      <w:r w:rsidRPr="00AD4C67">
        <w:rPr>
          <w:lang w:val="pl-PL"/>
        </w:rPr>
        <w:t xml:space="preserve">. O </w:t>
      </w:r>
      <w:proofErr w:type="spellStart"/>
      <w:r w:rsidRPr="00AD4C67">
        <w:rPr>
          <w:lang w:val="pl-PL"/>
        </w:rPr>
        <w:t>reklamaci</w:t>
      </w:r>
      <w:proofErr w:type="spellEnd"/>
      <w:r w:rsidRPr="00AD4C67">
        <w:rPr>
          <w:lang w:val="pl-PL"/>
        </w:rPr>
        <w:t xml:space="preserve"> </w:t>
      </w:r>
      <w:proofErr w:type="spellStart"/>
      <w:r w:rsidRPr="00AD4C67">
        <w:rPr>
          <w:lang w:val="pl-PL"/>
        </w:rPr>
        <w:t>rozhodne</w:t>
      </w:r>
      <w:proofErr w:type="spellEnd"/>
      <w:r w:rsidRPr="00AD4C67">
        <w:rPr>
          <w:lang w:val="pl-PL"/>
        </w:rPr>
        <w:t xml:space="preserve"> </w:t>
      </w:r>
      <w:proofErr w:type="spellStart"/>
      <w:r w:rsidRPr="00AD4C67">
        <w:rPr>
          <w:lang w:val="pl-PL"/>
        </w:rPr>
        <w:t>ihned</w:t>
      </w:r>
      <w:proofErr w:type="spellEnd"/>
      <w:r w:rsidRPr="00AD4C67">
        <w:rPr>
          <w:lang w:val="pl-PL"/>
        </w:rPr>
        <w:t xml:space="preserve">, </w:t>
      </w:r>
      <w:proofErr w:type="spellStart"/>
      <w:r w:rsidRPr="00AD4C67">
        <w:rPr>
          <w:lang w:val="pl-PL"/>
        </w:rPr>
        <w:t>ve</w:t>
      </w:r>
      <w:proofErr w:type="spellEnd"/>
      <w:r w:rsidRPr="00AD4C67">
        <w:rPr>
          <w:lang w:val="pl-PL"/>
        </w:rPr>
        <w:t xml:space="preserve"> </w:t>
      </w:r>
      <w:proofErr w:type="spellStart"/>
      <w:r w:rsidRPr="00AD4C67">
        <w:rPr>
          <w:lang w:val="pl-PL"/>
        </w:rPr>
        <w:t>složitých</w:t>
      </w:r>
      <w:proofErr w:type="spellEnd"/>
      <w:r w:rsidRPr="00AD4C67">
        <w:rPr>
          <w:lang w:val="pl-PL"/>
        </w:rPr>
        <w:t xml:space="preserve"> </w:t>
      </w:r>
      <w:proofErr w:type="spellStart"/>
      <w:r w:rsidRPr="00AD4C67">
        <w:rPr>
          <w:lang w:val="pl-PL"/>
        </w:rPr>
        <w:t>případech</w:t>
      </w:r>
      <w:proofErr w:type="spellEnd"/>
      <w:r w:rsidRPr="00AD4C67">
        <w:rPr>
          <w:lang w:val="pl-PL"/>
        </w:rPr>
        <w:t xml:space="preserve"> do </w:t>
      </w:r>
      <w:proofErr w:type="spellStart"/>
      <w:r w:rsidRPr="00AD4C67">
        <w:rPr>
          <w:lang w:val="pl-PL"/>
        </w:rPr>
        <w:t>tří</w:t>
      </w:r>
      <w:proofErr w:type="spellEnd"/>
      <w:r w:rsidRPr="00AD4C67">
        <w:rPr>
          <w:lang w:val="pl-PL"/>
        </w:rPr>
        <w:t xml:space="preserve"> </w:t>
      </w:r>
      <w:proofErr w:type="spellStart"/>
      <w:r w:rsidRPr="00AD4C67">
        <w:rPr>
          <w:lang w:val="pl-PL"/>
        </w:rPr>
        <w:t>pracovních</w:t>
      </w:r>
      <w:proofErr w:type="spellEnd"/>
      <w:r w:rsidRPr="00AD4C67">
        <w:rPr>
          <w:lang w:val="pl-PL"/>
        </w:rPr>
        <w:t xml:space="preserve"> </w:t>
      </w:r>
      <w:proofErr w:type="spellStart"/>
      <w:r w:rsidRPr="00AD4C67">
        <w:rPr>
          <w:lang w:val="pl-PL"/>
        </w:rPr>
        <w:t>dnů</w:t>
      </w:r>
      <w:proofErr w:type="spellEnd"/>
      <w:r w:rsidRPr="00AD4C67">
        <w:rPr>
          <w:lang w:val="pl-PL"/>
        </w:rPr>
        <w:t xml:space="preserve">; do </w:t>
      </w:r>
      <w:proofErr w:type="spellStart"/>
      <w:r w:rsidRPr="00AD4C67">
        <w:rPr>
          <w:lang w:val="pl-PL"/>
        </w:rPr>
        <w:t>této</w:t>
      </w:r>
      <w:proofErr w:type="spellEnd"/>
      <w:r w:rsidRPr="00AD4C67">
        <w:rPr>
          <w:lang w:val="pl-PL"/>
        </w:rPr>
        <w:t xml:space="preserve"> </w:t>
      </w:r>
      <w:proofErr w:type="spellStart"/>
      <w:r w:rsidRPr="00AD4C67">
        <w:rPr>
          <w:lang w:val="pl-PL"/>
        </w:rPr>
        <w:t>lhůty</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nezapočítává</w:t>
      </w:r>
      <w:proofErr w:type="spellEnd"/>
      <w:r w:rsidRPr="00AD4C67">
        <w:rPr>
          <w:lang w:val="pl-PL"/>
        </w:rPr>
        <w:t xml:space="preserve"> </w:t>
      </w:r>
      <w:proofErr w:type="spellStart"/>
      <w:r w:rsidRPr="00AD4C67">
        <w:rPr>
          <w:lang w:val="pl-PL"/>
        </w:rPr>
        <w:t>přiměřená</w:t>
      </w:r>
      <w:proofErr w:type="spellEnd"/>
      <w:r w:rsidRPr="00AD4C67">
        <w:rPr>
          <w:lang w:val="pl-PL"/>
        </w:rPr>
        <w:t xml:space="preserve"> doba </w:t>
      </w:r>
      <w:proofErr w:type="spellStart"/>
      <w:r w:rsidRPr="00AD4C67">
        <w:rPr>
          <w:lang w:val="pl-PL"/>
        </w:rPr>
        <w:t>potřebná</w:t>
      </w:r>
      <w:proofErr w:type="spellEnd"/>
      <w:r w:rsidRPr="00AD4C67">
        <w:rPr>
          <w:lang w:val="pl-PL"/>
        </w:rPr>
        <w:t xml:space="preserve"> k </w:t>
      </w:r>
      <w:proofErr w:type="spellStart"/>
      <w:r w:rsidRPr="00AD4C67">
        <w:rPr>
          <w:lang w:val="pl-PL"/>
        </w:rPr>
        <w:t>odbornému</w:t>
      </w:r>
      <w:proofErr w:type="spellEnd"/>
      <w:r w:rsidRPr="00AD4C67">
        <w:rPr>
          <w:lang w:val="pl-PL"/>
        </w:rPr>
        <w:t xml:space="preserve"> </w:t>
      </w:r>
      <w:proofErr w:type="spellStart"/>
      <w:r w:rsidRPr="00AD4C67">
        <w:rPr>
          <w:lang w:val="pl-PL"/>
        </w:rPr>
        <w:t>posouzení</w:t>
      </w:r>
      <w:proofErr w:type="spellEnd"/>
      <w:r w:rsidRPr="00AD4C67">
        <w:rPr>
          <w:lang w:val="pl-PL"/>
        </w:rPr>
        <w:t xml:space="preserve"> </w:t>
      </w:r>
      <w:proofErr w:type="spellStart"/>
      <w:r w:rsidRPr="00AD4C67">
        <w:rPr>
          <w:lang w:val="pl-PL"/>
        </w:rPr>
        <w:t>vady</w:t>
      </w:r>
      <w:proofErr w:type="spellEnd"/>
      <w:r w:rsidRPr="00AD4C67">
        <w:rPr>
          <w:lang w:val="pl-PL"/>
        </w:rPr>
        <w:t>.</w:t>
      </w:r>
    </w:p>
    <w:p w14:paraId="697B54BA" w14:textId="77777777" w:rsidR="006C464F" w:rsidRPr="00AD4C67" w:rsidRDefault="00000000">
      <w:pPr>
        <w:rPr>
          <w:lang w:val="pl-PL"/>
        </w:rPr>
      </w:pPr>
      <w:r w:rsidRPr="00AD4C67">
        <w:rPr>
          <w:lang w:val="pl-PL"/>
        </w:rPr>
        <w:t xml:space="preserve">11.4. </w:t>
      </w:r>
      <w:proofErr w:type="spellStart"/>
      <w:r w:rsidRPr="00AD4C67">
        <w:rPr>
          <w:lang w:val="pl-PL"/>
        </w:rPr>
        <w:t>Reklamace</w:t>
      </w:r>
      <w:proofErr w:type="spellEnd"/>
      <w:r w:rsidRPr="00AD4C67">
        <w:rPr>
          <w:lang w:val="pl-PL"/>
        </w:rPr>
        <w:t xml:space="preserve"> </w:t>
      </w:r>
      <w:proofErr w:type="spellStart"/>
      <w:r w:rsidRPr="00AD4C67">
        <w:rPr>
          <w:lang w:val="pl-PL"/>
        </w:rPr>
        <w:t>spotřebitele</w:t>
      </w:r>
      <w:proofErr w:type="spellEnd"/>
      <w:r w:rsidRPr="00AD4C67">
        <w:rPr>
          <w:lang w:val="pl-PL"/>
        </w:rPr>
        <w:t xml:space="preserve"> </w:t>
      </w:r>
      <w:proofErr w:type="spellStart"/>
      <w:r w:rsidRPr="00AD4C67">
        <w:rPr>
          <w:lang w:val="pl-PL"/>
        </w:rPr>
        <w:t>včetně</w:t>
      </w:r>
      <w:proofErr w:type="spellEnd"/>
      <w:r w:rsidRPr="00AD4C67">
        <w:rPr>
          <w:lang w:val="pl-PL"/>
        </w:rPr>
        <w:t xml:space="preserve"> </w:t>
      </w:r>
      <w:proofErr w:type="spellStart"/>
      <w:r w:rsidRPr="00AD4C67">
        <w:rPr>
          <w:lang w:val="pl-PL"/>
        </w:rPr>
        <w:t>odstranění</w:t>
      </w:r>
      <w:proofErr w:type="spellEnd"/>
      <w:r w:rsidRPr="00AD4C67">
        <w:rPr>
          <w:lang w:val="pl-PL"/>
        </w:rPr>
        <w:t xml:space="preserve"> </w:t>
      </w:r>
      <w:proofErr w:type="spellStart"/>
      <w:r w:rsidRPr="00AD4C67">
        <w:rPr>
          <w:lang w:val="pl-PL"/>
        </w:rPr>
        <w:t>vady</w:t>
      </w:r>
      <w:proofErr w:type="spellEnd"/>
      <w:r w:rsidRPr="00AD4C67">
        <w:rPr>
          <w:lang w:val="pl-PL"/>
        </w:rPr>
        <w:t xml:space="preserve"> </w:t>
      </w:r>
      <w:proofErr w:type="spellStart"/>
      <w:r w:rsidRPr="00AD4C67">
        <w:rPr>
          <w:lang w:val="pl-PL"/>
        </w:rPr>
        <w:t>bude</w:t>
      </w:r>
      <w:proofErr w:type="spellEnd"/>
      <w:r w:rsidRPr="00AD4C67">
        <w:rPr>
          <w:lang w:val="pl-PL"/>
        </w:rPr>
        <w:t xml:space="preserve"> </w:t>
      </w:r>
      <w:proofErr w:type="spellStart"/>
      <w:r w:rsidRPr="00AD4C67">
        <w:rPr>
          <w:lang w:val="pl-PL"/>
        </w:rPr>
        <w:t>vyřízena</w:t>
      </w:r>
      <w:proofErr w:type="spellEnd"/>
      <w:r w:rsidRPr="00AD4C67">
        <w:rPr>
          <w:lang w:val="pl-PL"/>
        </w:rPr>
        <w:t xml:space="preserve"> a </w:t>
      </w:r>
      <w:proofErr w:type="spellStart"/>
      <w:r w:rsidRPr="00AD4C67">
        <w:rPr>
          <w:lang w:val="pl-PL"/>
        </w:rPr>
        <w:t>spotřebitel</w:t>
      </w:r>
      <w:proofErr w:type="spellEnd"/>
      <w:r w:rsidRPr="00AD4C67">
        <w:rPr>
          <w:lang w:val="pl-PL"/>
        </w:rPr>
        <w:t xml:space="preserve"> o </w:t>
      </w:r>
      <w:proofErr w:type="spellStart"/>
      <w:r w:rsidRPr="00AD4C67">
        <w:rPr>
          <w:lang w:val="pl-PL"/>
        </w:rPr>
        <w:t>výsledku</w:t>
      </w:r>
      <w:proofErr w:type="spellEnd"/>
      <w:r w:rsidRPr="00AD4C67">
        <w:rPr>
          <w:lang w:val="pl-PL"/>
        </w:rPr>
        <w:t xml:space="preserve"> </w:t>
      </w:r>
      <w:proofErr w:type="spellStart"/>
      <w:r w:rsidRPr="00AD4C67">
        <w:rPr>
          <w:lang w:val="pl-PL"/>
        </w:rPr>
        <w:t>informován</w:t>
      </w:r>
      <w:proofErr w:type="spellEnd"/>
      <w:r w:rsidRPr="00AD4C67">
        <w:rPr>
          <w:lang w:val="pl-PL"/>
        </w:rPr>
        <w:t xml:space="preserve"> </w:t>
      </w:r>
      <w:proofErr w:type="spellStart"/>
      <w:r w:rsidRPr="00AD4C67">
        <w:rPr>
          <w:lang w:val="pl-PL"/>
        </w:rPr>
        <w:t>nejpozději</w:t>
      </w:r>
      <w:proofErr w:type="spellEnd"/>
      <w:r w:rsidRPr="00AD4C67">
        <w:rPr>
          <w:lang w:val="pl-PL"/>
        </w:rPr>
        <w:t xml:space="preserve"> do 30 </w:t>
      </w:r>
      <w:proofErr w:type="spellStart"/>
      <w:r w:rsidRPr="00AD4C67">
        <w:rPr>
          <w:lang w:val="pl-PL"/>
        </w:rPr>
        <w:t>dnů</w:t>
      </w:r>
      <w:proofErr w:type="spellEnd"/>
      <w:r w:rsidRPr="00AD4C67">
        <w:rPr>
          <w:lang w:val="pl-PL"/>
        </w:rPr>
        <w:t xml:space="preserve"> od </w:t>
      </w:r>
      <w:proofErr w:type="spellStart"/>
      <w:r w:rsidRPr="00AD4C67">
        <w:rPr>
          <w:lang w:val="pl-PL"/>
        </w:rPr>
        <w:t>uplatnění</w:t>
      </w:r>
      <w:proofErr w:type="spellEnd"/>
      <w:r w:rsidRPr="00AD4C67">
        <w:rPr>
          <w:lang w:val="pl-PL"/>
        </w:rPr>
        <w:t xml:space="preserve">, </w:t>
      </w:r>
      <w:proofErr w:type="spellStart"/>
      <w:r w:rsidRPr="00AD4C67">
        <w:rPr>
          <w:lang w:val="pl-PL"/>
        </w:rPr>
        <w:t>pokud</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individuálně</w:t>
      </w:r>
      <w:proofErr w:type="spellEnd"/>
      <w:r w:rsidRPr="00AD4C67">
        <w:rPr>
          <w:lang w:val="pl-PL"/>
        </w:rPr>
        <w:t xml:space="preserve"> </w:t>
      </w:r>
      <w:proofErr w:type="spellStart"/>
      <w:r w:rsidRPr="00AD4C67">
        <w:rPr>
          <w:lang w:val="pl-PL"/>
        </w:rPr>
        <w:t>nedohodnou</w:t>
      </w:r>
      <w:proofErr w:type="spellEnd"/>
      <w:r w:rsidRPr="00AD4C67">
        <w:rPr>
          <w:lang w:val="pl-PL"/>
        </w:rPr>
        <w:t xml:space="preserve"> na </w:t>
      </w:r>
      <w:proofErr w:type="spellStart"/>
      <w:r w:rsidRPr="00AD4C67">
        <w:rPr>
          <w:lang w:val="pl-PL"/>
        </w:rPr>
        <w:t>delší</w:t>
      </w:r>
      <w:proofErr w:type="spellEnd"/>
      <w:r w:rsidRPr="00AD4C67">
        <w:rPr>
          <w:lang w:val="pl-PL"/>
        </w:rPr>
        <w:t xml:space="preserve"> </w:t>
      </w:r>
      <w:proofErr w:type="spellStart"/>
      <w:r w:rsidRPr="00AD4C67">
        <w:rPr>
          <w:lang w:val="pl-PL"/>
        </w:rPr>
        <w:t>lhůtě</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vydá</w:t>
      </w:r>
      <w:proofErr w:type="spellEnd"/>
      <w:r w:rsidRPr="00AD4C67">
        <w:rPr>
          <w:lang w:val="pl-PL"/>
        </w:rPr>
        <w:t xml:space="preserve"> </w:t>
      </w:r>
      <w:proofErr w:type="spellStart"/>
      <w:r w:rsidRPr="00AD4C67">
        <w:rPr>
          <w:lang w:val="pl-PL"/>
        </w:rPr>
        <w:t>potvrzení</w:t>
      </w:r>
      <w:proofErr w:type="spellEnd"/>
      <w:r w:rsidRPr="00AD4C67">
        <w:rPr>
          <w:lang w:val="pl-PL"/>
        </w:rPr>
        <w:t xml:space="preserve"> o </w:t>
      </w:r>
      <w:proofErr w:type="spellStart"/>
      <w:r w:rsidRPr="00AD4C67">
        <w:rPr>
          <w:lang w:val="pl-PL"/>
        </w:rPr>
        <w:t>datu</w:t>
      </w:r>
      <w:proofErr w:type="spellEnd"/>
      <w:r w:rsidRPr="00AD4C67">
        <w:rPr>
          <w:lang w:val="pl-PL"/>
        </w:rPr>
        <w:t xml:space="preserve"> a </w:t>
      </w:r>
      <w:proofErr w:type="spellStart"/>
      <w:r w:rsidRPr="00AD4C67">
        <w:rPr>
          <w:lang w:val="pl-PL"/>
        </w:rPr>
        <w:t>způsobu</w:t>
      </w:r>
      <w:proofErr w:type="spellEnd"/>
      <w:r w:rsidRPr="00AD4C67">
        <w:rPr>
          <w:lang w:val="pl-PL"/>
        </w:rPr>
        <w:t xml:space="preserve"> </w:t>
      </w:r>
      <w:proofErr w:type="spellStart"/>
      <w:r w:rsidRPr="00AD4C67">
        <w:rPr>
          <w:lang w:val="pl-PL"/>
        </w:rPr>
        <w:t>vyřízení</w:t>
      </w:r>
      <w:proofErr w:type="spellEnd"/>
      <w:r w:rsidRPr="00AD4C67">
        <w:rPr>
          <w:lang w:val="pl-PL"/>
        </w:rPr>
        <w:t xml:space="preserve">, </w:t>
      </w:r>
      <w:proofErr w:type="spellStart"/>
      <w:r w:rsidRPr="00AD4C67">
        <w:rPr>
          <w:lang w:val="pl-PL"/>
        </w:rPr>
        <w:t>případně</w:t>
      </w:r>
      <w:proofErr w:type="spellEnd"/>
      <w:r w:rsidRPr="00AD4C67">
        <w:rPr>
          <w:lang w:val="pl-PL"/>
        </w:rPr>
        <w:t xml:space="preserve"> </w:t>
      </w:r>
      <w:proofErr w:type="spellStart"/>
      <w:r w:rsidRPr="00AD4C67">
        <w:rPr>
          <w:lang w:val="pl-PL"/>
        </w:rPr>
        <w:t>písemné</w:t>
      </w:r>
      <w:proofErr w:type="spellEnd"/>
      <w:r w:rsidRPr="00AD4C67">
        <w:rPr>
          <w:lang w:val="pl-PL"/>
        </w:rPr>
        <w:t xml:space="preserve"> </w:t>
      </w:r>
      <w:proofErr w:type="spellStart"/>
      <w:r w:rsidRPr="00AD4C67">
        <w:rPr>
          <w:lang w:val="pl-PL"/>
        </w:rPr>
        <w:t>odůvodnění</w:t>
      </w:r>
      <w:proofErr w:type="spellEnd"/>
      <w:r w:rsidRPr="00AD4C67">
        <w:rPr>
          <w:lang w:val="pl-PL"/>
        </w:rPr>
        <w:t xml:space="preserve"> </w:t>
      </w:r>
      <w:proofErr w:type="spellStart"/>
      <w:r w:rsidRPr="00AD4C67">
        <w:rPr>
          <w:lang w:val="pl-PL"/>
        </w:rPr>
        <w:t>zamítnutí</w:t>
      </w:r>
      <w:proofErr w:type="spellEnd"/>
      <w:r w:rsidRPr="00AD4C67">
        <w:rPr>
          <w:lang w:val="pl-PL"/>
        </w:rPr>
        <w:t xml:space="preserve">. Po </w:t>
      </w:r>
      <w:proofErr w:type="spellStart"/>
      <w:r w:rsidRPr="00AD4C67">
        <w:rPr>
          <w:lang w:val="pl-PL"/>
        </w:rPr>
        <w:t>marném</w:t>
      </w:r>
      <w:proofErr w:type="spellEnd"/>
      <w:r w:rsidRPr="00AD4C67">
        <w:rPr>
          <w:lang w:val="pl-PL"/>
        </w:rPr>
        <w:t xml:space="preserve"> </w:t>
      </w:r>
      <w:proofErr w:type="spellStart"/>
      <w:r w:rsidRPr="00AD4C67">
        <w:rPr>
          <w:lang w:val="pl-PL"/>
        </w:rPr>
        <w:t>uplynutí</w:t>
      </w:r>
      <w:proofErr w:type="spellEnd"/>
      <w:r w:rsidRPr="00AD4C67">
        <w:rPr>
          <w:lang w:val="pl-PL"/>
        </w:rPr>
        <w:t xml:space="preserve"> </w:t>
      </w:r>
      <w:proofErr w:type="spellStart"/>
      <w:r w:rsidRPr="00AD4C67">
        <w:rPr>
          <w:lang w:val="pl-PL"/>
        </w:rPr>
        <w:t>zákonné</w:t>
      </w:r>
      <w:proofErr w:type="spellEnd"/>
      <w:r w:rsidRPr="00AD4C67">
        <w:rPr>
          <w:lang w:val="pl-PL"/>
        </w:rPr>
        <w:t xml:space="preserve"> </w:t>
      </w:r>
      <w:proofErr w:type="spellStart"/>
      <w:r w:rsidRPr="00AD4C67">
        <w:rPr>
          <w:lang w:val="pl-PL"/>
        </w:rPr>
        <w:t>lhůty</w:t>
      </w:r>
      <w:proofErr w:type="spellEnd"/>
      <w:r w:rsidRPr="00AD4C67">
        <w:rPr>
          <w:lang w:val="pl-PL"/>
        </w:rPr>
        <w:t xml:space="preserve"> </w:t>
      </w:r>
      <w:proofErr w:type="spellStart"/>
      <w:r w:rsidRPr="00AD4C67">
        <w:rPr>
          <w:lang w:val="pl-PL"/>
        </w:rPr>
        <w:t>může</w:t>
      </w:r>
      <w:proofErr w:type="spellEnd"/>
      <w:r w:rsidRPr="00AD4C67">
        <w:rPr>
          <w:lang w:val="pl-PL"/>
        </w:rPr>
        <w:t xml:space="preserve"> </w:t>
      </w:r>
      <w:proofErr w:type="spellStart"/>
      <w:r w:rsidRPr="00AD4C67">
        <w:rPr>
          <w:lang w:val="pl-PL"/>
        </w:rPr>
        <w:t>spotřebitel</w:t>
      </w:r>
      <w:proofErr w:type="spellEnd"/>
      <w:r w:rsidRPr="00AD4C67">
        <w:rPr>
          <w:lang w:val="pl-PL"/>
        </w:rPr>
        <w:t xml:space="preserve"> </w:t>
      </w:r>
      <w:proofErr w:type="spellStart"/>
      <w:r w:rsidRPr="00AD4C67">
        <w:rPr>
          <w:lang w:val="pl-PL"/>
        </w:rPr>
        <w:t>odstoupit</w:t>
      </w:r>
      <w:proofErr w:type="spellEnd"/>
      <w:r w:rsidRPr="00AD4C67">
        <w:rPr>
          <w:lang w:val="pl-PL"/>
        </w:rPr>
        <w:t xml:space="preserve"> od </w:t>
      </w:r>
      <w:proofErr w:type="spellStart"/>
      <w:r w:rsidRPr="00AD4C67">
        <w:rPr>
          <w:lang w:val="pl-PL"/>
        </w:rPr>
        <w:t>smlouvy</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požadovat</w:t>
      </w:r>
      <w:proofErr w:type="spellEnd"/>
      <w:r w:rsidRPr="00AD4C67">
        <w:rPr>
          <w:lang w:val="pl-PL"/>
        </w:rPr>
        <w:t xml:space="preserve"> </w:t>
      </w:r>
      <w:proofErr w:type="spellStart"/>
      <w:r w:rsidRPr="00AD4C67">
        <w:rPr>
          <w:lang w:val="pl-PL"/>
        </w:rPr>
        <w:t>přiměřenou</w:t>
      </w:r>
      <w:proofErr w:type="spellEnd"/>
      <w:r w:rsidRPr="00AD4C67">
        <w:rPr>
          <w:lang w:val="pl-PL"/>
        </w:rPr>
        <w:t xml:space="preserve"> </w:t>
      </w:r>
      <w:proofErr w:type="spellStart"/>
      <w:r w:rsidRPr="00AD4C67">
        <w:rPr>
          <w:lang w:val="pl-PL"/>
        </w:rPr>
        <w:t>slevu</w:t>
      </w:r>
      <w:proofErr w:type="spellEnd"/>
      <w:r w:rsidRPr="00AD4C67">
        <w:rPr>
          <w:lang w:val="pl-PL"/>
        </w:rPr>
        <w:t>.</w:t>
      </w:r>
    </w:p>
    <w:p w14:paraId="3B6E4115" w14:textId="77777777" w:rsidR="006C464F" w:rsidRPr="00AD4C67" w:rsidRDefault="00000000">
      <w:pPr>
        <w:rPr>
          <w:lang w:val="pl-PL"/>
        </w:rPr>
      </w:pPr>
      <w:r w:rsidRPr="00AD4C67">
        <w:rPr>
          <w:lang w:val="pl-PL"/>
        </w:rPr>
        <w:t xml:space="preserve">11.5. Podle </w:t>
      </w:r>
      <w:proofErr w:type="spellStart"/>
      <w:r w:rsidRPr="00AD4C67">
        <w:rPr>
          <w:lang w:val="pl-PL"/>
        </w:rPr>
        <w:t>povahy</w:t>
      </w:r>
      <w:proofErr w:type="spellEnd"/>
      <w:r w:rsidRPr="00AD4C67">
        <w:rPr>
          <w:lang w:val="pl-PL"/>
        </w:rPr>
        <w:t xml:space="preserve"> </w:t>
      </w:r>
      <w:proofErr w:type="spellStart"/>
      <w:r w:rsidRPr="00AD4C67">
        <w:rPr>
          <w:lang w:val="pl-PL"/>
        </w:rPr>
        <w:t>vady</w:t>
      </w:r>
      <w:proofErr w:type="spellEnd"/>
      <w:r w:rsidRPr="00AD4C67">
        <w:rPr>
          <w:lang w:val="pl-PL"/>
        </w:rPr>
        <w:t xml:space="preserve"> a </w:t>
      </w:r>
      <w:proofErr w:type="spellStart"/>
      <w:r w:rsidRPr="00AD4C67">
        <w:rPr>
          <w:lang w:val="pl-PL"/>
        </w:rPr>
        <w:t>zákonných</w:t>
      </w:r>
      <w:proofErr w:type="spellEnd"/>
      <w:r w:rsidRPr="00AD4C67">
        <w:rPr>
          <w:lang w:val="pl-PL"/>
        </w:rPr>
        <w:t xml:space="preserve"> </w:t>
      </w:r>
      <w:proofErr w:type="spellStart"/>
      <w:r w:rsidRPr="00AD4C67">
        <w:rPr>
          <w:lang w:val="pl-PL"/>
        </w:rPr>
        <w:t>podmínek</w:t>
      </w:r>
      <w:proofErr w:type="spellEnd"/>
      <w:r w:rsidRPr="00AD4C67">
        <w:rPr>
          <w:lang w:val="pl-PL"/>
        </w:rPr>
        <w:t xml:space="preserve"> </w:t>
      </w:r>
      <w:proofErr w:type="spellStart"/>
      <w:r w:rsidRPr="00AD4C67">
        <w:rPr>
          <w:lang w:val="pl-PL"/>
        </w:rPr>
        <w:t>může</w:t>
      </w:r>
      <w:proofErr w:type="spellEnd"/>
      <w:r w:rsidRPr="00AD4C67">
        <w:rPr>
          <w:lang w:val="pl-PL"/>
        </w:rPr>
        <w:t xml:space="preserve"> </w:t>
      </w:r>
      <w:proofErr w:type="spellStart"/>
      <w:r w:rsidRPr="00AD4C67">
        <w:rPr>
          <w:lang w:val="pl-PL"/>
        </w:rPr>
        <w:t>zákazník</w:t>
      </w:r>
      <w:proofErr w:type="spellEnd"/>
      <w:r w:rsidRPr="00AD4C67">
        <w:rPr>
          <w:lang w:val="pl-PL"/>
        </w:rPr>
        <w:t xml:space="preserve"> </w:t>
      </w:r>
      <w:proofErr w:type="spellStart"/>
      <w:r w:rsidRPr="00AD4C67">
        <w:rPr>
          <w:lang w:val="pl-PL"/>
        </w:rPr>
        <w:t>požadovat</w:t>
      </w:r>
      <w:proofErr w:type="spellEnd"/>
      <w:r w:rsidRPr="00AD4C67">
        <w:rPr>
          <w:lang w:val="pl-PL"/>
        </w:rPr>
        <w:t xml:space="preserve"> </w:t>
      </w:r>
      <w:proofErr w:type="spellStart"/>
      <w:r w:rsidRPr="00AD4C67">
        <w:rPr>
          <w:lang w:val="pl-PL"/>
        </w:rPr>
        <w:t>nápravu</w:t>
      </w:r>
      <w:proofErr w:type="spellEnd"/>
      <w:r w:rsidRPr="00AD4C67">
        <w:rPr>
          <w:lang w:val="pl-PL"/>
        </w:rPr>
        <w:t xml:space="preserve">, </w:t>
      </w:r>
      <w:proofErr w:type="spellStart"/>
      <w:r w:rsidRPr="00AD4C67">
        <w:rPr>
          <w:lang w:val="pl-PL"/>
        </w:rPr>
        <w:t>přiměřenou</w:t>
      </w:r>
      <w:proofErr w:type="spellEnd"/>
      <w:r w:rsidRPr="00AD4C67">
        <w:rPr>
          <w:lang w:val="pl-PL"/>
        </w:rPr>
        <w:t xml:space="preserve"> </w:t>
      </w:r>
      <w:proofErr w:type="spellStart"/>
      <w:r w:rsidRPr="00AD4C67">
        <w:rPr>
          <w:lang w:val="pl-PL"/>
        </w:rPr>
        <w:t>slevu</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odstoupit</w:t>
      </w:r>
      <w:proofErr w:type="spellEnd"/>
      <w:r w:rsidRPr="00AD4C67">
        <w:rPr>
          <w:lang w:val="pl-PL"/>
        </w:rPr>
        <w:t xml:space="preserve"> od </w:t>
      </w:r>
      <w:proofErr w:type="spellStart"/>
      <w:r w:rsidRPr="00AD4C67">
        <w:rPr>
          <w:lang w:val="pl-PL"/>
        </w:rPr>
        <w:t>smlouvy</w:t>
      </w:r>
      <w:proofErr w:type="spellEnd"/>
      <w:r w:rsidRPr="00AD4C67">
        <w:rPr>
          <w:lang w:val="pl-PL"/>
        </w:rPr>
        <w:t xml:space="preserve">. U </w:t>
      </w:r>
      <w:proofErr w:type="spellStart"/>
      <w:r w:rsidRPr="00AD4C67">
        <w:rPr>
          <w:lang w:val="pl-PL"/>
        </w:rPr>
        <w:t>oprávněné</w:t>
      </w:r>
      <w:proofErr w:type="spellEnd"/>
      <w:r w:rsidRPr="00AD4C67">
        <w:rPr>
          <w:lang w:val="pl-PL"/>
        </w:rPr>
        <w:t xml:space="preserve"> </w:t>
      </w:r>
      <w:proofErr w:type="spellStart"/>
      <w:r w:rsidRPr="00AD4C67">
        <w:rPr>
          <w:lang w:val="pl-PL"/>
        </w:rPr>
        <w:t>reklamace</w:t>
      </w:r>
      <w:proofErr w:type="spellEnd"/>
      <w:r w:rsidRPr="00AD4C67">
        <w:rPr>
          <w:lang w:val="pl-PL"/>
        </w:rPr>
        <w:t xml:space="preserve"> mu </w:t>
      </w:r>
      <w:proofErr w:type="spellStart"/>
      <w:r w:rsidRPr="00AD4C67">
        <w:rPr>
          <w:lang w:val="pl-PL"/>
        </w:rPr>
        <w:t>náleží</w:t>
      </w:r>
      <w:proofErr w:type="spellEnd"/>
      <w:r w:rsidRPr="00AD4C67">
        <w:rPr>
          <w:lang w:val="pl-PL"/>
        </w:rPr>
        <w:t xml:space="preserve"> </w:t>
      </w:r>
      <w:proofErr w:type="spellStart"/>
      <w:r w:rsidRPr="00AD4C67">
        <w:rPr>
          <w:lang w:val="pl-PL"/>
        </w:rPr>
        <w:t>také</w:t>
      </w:r>
      <w:proofErr w:type="spellEnd"/>
      <w:r w:rsidRPr="00AD4C67">
        <w:rPr>
          <w:lang w:val="pl-PL"/>
        </w:rPr>
        <w:t xml:space="preserve"> </w:t>
      </w:r>
      <w:proofErr w:type="spellStart"/>
      <w:r w:rsidRPr="00AD4C67">
        <w:rPr>
          <w:lang w:val="pl-PL"/>
        </w:rPr>
        <w:t>náhrada</w:t>
      </w:r>
      <w:proofErr w:type="spellEnd"/>
      <w:r w:rsidRPr="00AD4C67">
        <w:rPr>
          <w:lang w:val="pl-PL"/>
        </w:rPr>
        <w:t xml:space="preserve"> </w:t>
      </w:r>
      <w:proofErr w:type="spellStart"/>
      <w:r w:rsidRPr="00AD4C67">
        <w:rPr>
          <w:lang w:val="pl-PL"/>
        </w:rPr>
        <w:t>účelně</w:t>
      </w:r>
      <w:proofErr w:type="spellEnd"/>
      <w:r w:rsidRPr="00AD4C67">
        <w:rPr>
          <w:lang w:val="pl-PL"/>
        </w:rPr>
        <w:t xml:space="preserve"> </w:t>
      </w:r>
      <w:proofErr w:type="spellStart"/>
      <w:r w:rsidRPr="00AD4C67">
        <w:rPr>
          <w:lang w:val="pl-PL"/>
        </w:rPr>
        <w:t>vynaložených</w:t>
      </w:r>
      <w:proofErr w:type="spellEnd"/>
      <w:r w:rsidRPr="00AD4C67">
        <w:rPr>
          <w:lang w:val="pl-PL"/>
        </w:rPr>
        <w:t xml:space="preserve"> </w:t>
      </w:r>
      <w:proofErr w:type="spellStart"/>
      <w:r w:rsidRPr="00AD4C67">
        <w:rPr>
          <w:lang w:val="pl-PL"/>
        </w:rPr>
        <w:t>nákladů</w:t>
      </w:r>
      <w:proofErr w:type="spellEnd"/>
      <w:r w:rsidRPr="00AD4C67">
        <w:rPr>
          <w:lang w:val="pl-PL"/>
        </w:rPr>
        <w:t xml:space="preserve"> na </w:t>
      </w:r>
      <w:proofErr w:type="spellStart"/>
      <w:r w:rsidRPr="00AD4C67">
        <w:rPr>
          <w:lang w:val="pl-PL"/>
        </w:rPr>
        <w:t>její</w:t>
      </w:r>
      <w:proofErr w:type="spellEnd"/>
      <w:r w:rsidRPr="00AD4C67">
        <w:rPr>
          <w:lang w:val="pl-PL"/>
        </w:rPr>
        <w:t xml:space="preserve"> </w:t>
      </w:r>
      <w:proofErr w:type="spellStart"/>
      <w:r w:rsidRPr="00AD4C67">
        <w:rPr>
          <w:lang w:val="pl-PL"/>
        </w:rPr>
        <w:t>uplatnění</w:t>
      </w:r>
      <w:proofErr w:type="spellEnd"/>
      <w:r w:rsidRPr="00AD4C67">
        <w:rPr>
          <w:lang w:val="pl-PL"/>
        </w:rPr>
        <w:t xml:space="preserve">. Pro </w:t>
      </w:r>
      <w:proofErr w:type="spellStart"/>
      <w:r w:rsidRPr="00AD4C67">
        <w:rPr>
          <w:lang w:val="pl-PL"/>
        </w:rPr>
        <w:t>podnikatelské</w:t>
      </w:r>
      <w:proofErr w:type="spellEnd"/>
      <w:r w:rsidRPr="00AD4C67">
        <w:rPr>
          <w:lang w:val="pl-PL"/>
        </w:rPr>
        <w:t xml:space="preserve"> </w:t>
      </w:r>
      <w:proofErr w:type="spellStart"/>
      <w:r w:rsidRPr="00AD4C67">
        <w:rPr>
          <w:lang w:val="pl-PL"/>
        </w:rPr>
        <w:t>zákazníky</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práva</w:t>
      </w:r>
      <w:proofErr w:type="spellEnd"/>
      <w:r w:rsidRPr="00AD4C67">
        <w:rPr>
          <w:lang w:val="pl-PL"/>
        </w:rPr>
        <w:t xml:space="preserve"> z </w:t>
      </w:r>
      <w:proofErr w:type="spellStart"/>
      <w:r w:rsidRPr="00AD4C67">
        <w:rPr>
          <w:lang w:val="pl-PL"/>
        </w:rPr>
        <w:t>vad</w:t>
      </w:r>
      <w:proofErr w:type="spellEnd"/>
      <w:r w:rsidRPr="00AD4C67">
        <w:rPr>
          <w:lang w:val="pl-PL"/>
        </w:rPr>
        <w:t xml:space="preserve"> </w:t>
      </w:r>
      <w:proofErr w:type="spellStart"/>
      <w:r w:rsidRPr="00AD4C67">
        <w:rPr>
          <w:lang w:val="pl-PL"/>
        </w:rPr>
        <w:t>řídí</w:t>
      </w:r>
      <w:proofErr w:type="spellEnd"/>
      <w:r w:rsidRPr="00AD4C67">
        <w:rPr>
          <w:lang w:val="pl-PL"/>
        </w:rPr>
        <w:t xml:space="preserve"> </w:t>
      </w:r>
      <w:proofErr w:type="spellStart"/>
      <w:r w:rsidRPr="00AD4C67">
        <w:rPr>
          <w:lang w:val="pl-PL"/>
        </w:rPr>
        <w:t>smlouvou</w:t>
      </w:r>
      <w:proofErr w:type="spellEnd"/>
      <w:r w:rsidRPr="00AD4C67">
        <w:rPr>
          <w:lang w:val="pl-PL"/>
        </w:rPr>
        <w:t xml:space="preserve"> a </w:t>
      </w:r>
      <w:proofErr w:type="spellStart"/>
      <w:r w:rsidRPr="00AD4C67">
        <w:rPr>
          <w:lang w:val="pl-PL"/>
        </w:rPr>
        <w:t>občanským</w:t>
      </w:r>
      <w:proofErr w:type="spellEnd"/>
      <w:r w:rsidRPr="00AD4C67">
        <w:rPr>
          <w:lang w:val="pl-PL"/>
        </w:rPr>
        <w:t xml:space="preserve"> </w:t>
      </w:r>
      <w:proofErr w:type="spellStart"/>
      <w:r w:rsidRPr="00AD4C67">
        <w:rPr>
          <w:lang w:val="pl-PL"/>
        </w:rPr>
        <w:t>zákoníkem</w:t>
      </w:r>
      <w:proofErr w:type="spellEnd"/>
      <w:r w:rsidRPr="00AD4C67">
        <w:rPr>
          <w:lang w:val="pl-PL"/>
        </w:rPr>
        <w:t xml:space="preserve">; </w:t>
      </w:r>
      <w:proofErr w:type="spellStart"/>
      <w:r w:rsidRPr="00AD4C67">
        <w:rPr>
          <w:lang w:val="pl-PL"/>
        </w:rPr>
        <w:t>zákonná</w:t>
      </w:r>
      <w:proofErr w:type="spellEnd"/>
      <w:r w:rsidRPr="00AD4C67">
        <w:rPr>
          <w:lang w:val="pl-PL"/>
        </w:rPr>
        <w:t xml:space="preserve"> </w:t>
      </w:r>
      <w:proofErr w:type="spellStart"/>
      <w:r w:rsidRPr="00AD4C67">
        <w:rPr>
          <w:lang w:val="pl-PL"/>
        </w:rPr>
        <w:t>spotřebitelská</w:t>
      </w:r>
      <w:proofErr w:type="spellEnd"/>
      <w:r w:rsidRPr="00AD4C67">
        <w:rPr>
          <w:lang w:val="pl-PL"/>
        </w:rPr>
        <w:t xml:space="preserve"> </w:t>
      </w:r>
      <w:proofErr w:type="spellStart"/>
      <w:r w:rsidRPr="00AD4C67">
        <w:rPr>
          <w:lang w:val="pl-PL"/>
        </w:rPr>
        <w:t>lhůta</w:t>
      </w:r>
      <w:proofErr w:type="spellEnd"/>
      <w:r w:rsidRPr="00AD4C67">
        <w:rPr>
          <w:lang w:val="pl-PL"/>
        </w:rPr>
        <w:t xml:space="preserve"> 30 </w:t>
      </w:r>
      <w:proofErr w:type="spellStart"/>
      <w:r w:rsidRPr="00AD4C67">
        <w:rPr>
          <w:lang w:val="pl-PL"/>
        </w:rPr>
        <w:t>dnů</w:t>
      </w:r>
      <w:proofErr w:type="spellEnd"/>
      <w:r w:rsidRPr="00AD4C67">
        <w:rPr>
          <w:lang w:val="pl-PL"/>
        </w:rPr>
        <w:t xml:space="preserve"> </w:t>
      </w:r>
      <w:proofErr w:type="spellStart"/>
      <w:r w:rsidRPr="00AD4C67">
        <w:rPr>
          <w:lang w:val="pl-PL"/>
        </w:rPr>
        <w:t>se</w:t>
      </w:r>
      <w:proofErr w:type="spellEnd"/>
      <w:r w:rsidRPr="00AD4C67">
        <w:rPr>
          <w:lang w:val="pl-PL"/>
        </w:rPr>
        <w:t xml:space="preserve"> na </w:t>
      </w:r>
      <w:proofErr w:type="spellStart"/>
      <w:r w:rsidRPr="00AD4C67">
        <w:rPr>
          <w:lang w:val="pl-PL"/>
        </w:rPr>
        <w:t>ně</w:t>
      </w:r>
      <w:proofErr w:type="spellEnd"/>
      <w:r w:rsidRPr="00AD4C67">
        <w:rPr>
          <w:lang w:val="pl-PL"/>
        </w:rPr>
        <w:t xml:space="preserve"> </w:t>
      </w:r>
      <w:proofErr w:type="spellStart"/>
      <w:r w:rsidRPr="00AD4C67">
        <w:rPr>
          <w:lang w:val="pl-PL"/>
        </w:rPr>
        <w:t>automaticky</w:t>
      </w:r>
      <w:proofErr w:type="spellEnd"/>
      <w:r w:rsidRPr="00AD4C67">
        <w:rPr>
          <w:lang w:val="pl-PL"/>
        </w:rPr>
        <w:t xml:space="preserve"> </w:t>
      </w:r>
      <w:proofErr w:type="spellStart"/>
      <w:r w:rsidRPr="00AD4C67">
        <w:rPr>
          <w:lang w:val="pl-PL"/>
        </w:rPr>
        <w:t>nevztahuje</w:t>
      </w:r>
      <w:proofErr w:type="spellEnd"/>
      <w:r w:rsidRPr="00AD4C67">
        <w:rPr>
          <w:lang w:val="pl-PL"/>
        </w:rPr>
        <w:t>.</w:t>
      </w:r>
    </w:p>
    <w:p w14:paraId="0FC3907C" w14:textId="77777777" w:rsidR="006C464F" w:rsidRPr="00AD4C67" w:rsidRDefault="00000000">
      <w:pPr>
        <w:pStyle w:val="Nadpis1"/>
        <w:rPr>
          <w:lang w:val="pl-PL"/>
        </w:rPr>
      </w:pPr>
      <w:r w:rsidRPr="00AD4C67">
        <w:rPr>
          <w:lang w:val="pl-PL"/>
        </w:rPr>
        <w:t xml:space="preserve">12 </w:t>
      </w:r>
      <w:proofErr w:type="spellStart"/>
      <w:r w:rsidRPr="00AD4C67">
        <w:rPr>
          <w:lang w:val="pl-PL"/>
        </w:rPr>
        <w:t>Mimosoudní</w:t>
      </w:r>
      <w:proofErr w:type="spellEnd"/>
      <w:r w:rsidRPr="00AD4C67">
        <w:rPr>
          <w:lang w:val="pl-PL"/>
        </w:rPr>
        <w:t xml:space="preserve"> </w:t>
      </w:r>
      <w:proofErr w:type="spellStart"/>
      <w:r w:rsidRPr="00AD4C67">
        <w:rPr>
          <w:lang w:val="pl-PL"/>
        </w:rPr>
        <w:t>řešení</w:t>
      </w:r>
      <w:proofErr w:type="spellEnd"/>
      <w:r w:rsidRPr="00AD4C67">
        <w:rPr>
          <w:lang w:val="pl-PL"/>
        </w:rPr>
        <w:t xml:space="preserve"> </w:t>
      </w:r>
      <w:proofErr w:type="spellStart"/>
      <w:r w:rsidRPr="00AD4C67">
        <w:rPr>
          <w:lang w:val="pl-PL"/>
        </w:rPr>
        <w:t>sporů</w:t>
      </w:r>
      <w:proofErr w:type="spellEnd"/>
    </w:p>
    <w:p w14:paraId="5C8A8DF5" w14:textId="77777777" w:rsidR="006C464F" w:rsidRPr="00AD4C67" w:rsidRDefault="00000000">
      <w:pPr>
        <w:rPr>
          <w:lang w:val="pl-PL"/>
        </w:rPr>
      </w:pPr>
      <w:r w:rsidRPr="00AD4C67">
        <w:rPr>
          <w:lang w:val="pl-PL"/>
        </w:rPr>
        <w:t xml:space="preserve">12.1. </w:t>
      </w:r>
      <w:proofErr w:type="spellStart"/>
      <w:r w:rsidRPr="00AD4C67">
        <w:rPr>
          <w:lang w:val="pl-PL"/>
        </w:rPr>
        <w:t>Spotřebitel</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může</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nevyřešeném</w:t>
      </w:r>
      <w:proofErr w:type="spellEnd"/>
      <w:r w:rsidRPr="00AD4C67">
        <w:rPr>
          <w:lang w:val="pl-PL"/>
        </w:rPr>
        <w:t xml:space="preserve"> sporu ze </w:t>
      </w:r>
      <w:proofErr w:type="spellStart"/>
      <w:r w:rsidRPr="00AD4C67">
        <w:rPr>
          <w:lang w:val="pl-PL"/>
        </w:rPr>
        <w:t>smlouvy</w:t>
      </w:r>
      <w:proofErr w:type="spellEnd"/>
      <w:r w:rsidRPr="00AD4C67">
        <w:rPr>
          <w:lang w:val="pl-PL"/>
        </w:rPr>
        <w:t xml:space="preserve"> </w:t>
      </w:r>
      <w:proofErr w:type="spellStart"/>
      <w:r w:rsidRPr="00AD4C67">
        <w:rPr>
          <w:lang w:val="pl-PL"/>
        </w:rPr>
        <w:t>obrátit</w:t>
      </w:r>
      <w:proofErr w:type="spellEnd"/>
      <w:r w:rsidRPr="00AD4C67">
        <w:rPr>
          <w:lang w:val="pl-PL"/>
        </w:rPr>
        <w:t xml:space="preserve"> na </w:t>
      </w:r>
      <w:proofErr w:type="spellStart"/>
      <w:r w:rsidRPr="00AD4C67">
        <w:rPr>
          <w:lang w:val="pl-PL"/>
        </w:rPr>
        <w:t>Českou</w:t>
      </w:r>
      <w:proofErr w:type="spellEnd"/>
      <w:r w:rsidRPr="00AD4C67">
        <w:rPr>
          <w:lang w:val="pl-PL"/>
        </w:rPr>
        <w:t xml:space="preserve"> </w:t>
      </w:r>
      <w:proofErr w:type="spellStart"/>
      <w:r w:rsidRPr="00AD4C67">
        <w:rPr>
          <w:lang w:val="pl-PL"/>
        </w:rPr>
        <w:t>obchodní</w:t>
      </w:r>
      <w:proofErr w:type="spellEnd"/>
      <w:r w:rsidRPr="00AD4C67">
        <w:rPr>
          <w:lang w:val="pl-PL"/>
        </w:rPr>
        <w:t xml:space="preserve"> </w:t>
      </w:r>
      <w:proofErr w:type="spellStart"/>
      <w:r w:rsidRPr="00AD4C67">
        <w:rPr>
          <w:lang w:val="pl-PL"/>
        </w:rPr>
        <w:t>inspekci</w:t>
      </w:r>
      <w:proofErr w:type="spellEnd"/>
      <w:r w:rsidRPr="00AD4C67">
        <w:rPr>
          <w:lang w:val="pl-PL"/>
        </w:rPr>
        <w:t xml:space="preserve">, </w:t>
      </w:r>
      <w:proofErr w:type="spellStart"/>
      <w:r w:rsidRPr="00AD4C67">
        <w:rPr>
          <w:lang w:val="pl-PL"/>
        </w:rPr>
        <w:t>subjekt</w:t>
      </w:r>
      <w:proofErr w:type="spellEnd"/>
      <w:r w:rsidRPr="00AD4C67">
        <w:rPr>
          <w:lang w:val="pl-PL"/>
        </w:rPr>
        <w:t xml:space="preserve"> </w:t>
      </w:r>
      <w:proofErr w:type="spellStart"/>
      <w:r w:rsidRPr="00AD4C67">
        <w:rPr>
          <w:lang w:val="pl-PL"/>
        </w:rPr>
        <w:t>mimosoudního</w:t>
      </w:r>
      <w:proofErr w:type="spellEnd"/>
      <w:r w:rsidRPr="00AD4C67">
        <w:rPr>
          <w:lang w:val="pl-PL"/>
        </w:rPr>
        <w:t xml:space="preserve"> </w:t>
      </w:r>
      <w:proofErr w:type="spellStart"/>
      <w:r w:rsidRPr="00AD4C67">
        <w:rPr>
          <w:lang w:val="pl-PL"/>
        </w:rPr>
        <w:t>řešení</w:t>
      </w:r>
      <w:proofErr w:type="spellEnd"/>
      <w:r w:rsidRPr="00AD4C67">
        <w:rPr>
          <w:lang w:val="pl-PL"/>
        </w:rPr>
        <w:t xml:space="preserve"> </w:t>
      </w:r>
      <w:proofErr w:type="spellStart"/>
      <w:r w:rsidRPr="00AD4C67">
        <w:rPr>
          <w:lang w:val="pl-PL"/>
        </w:rPr>
        <w:t>spotřebitelských</w:t>
      </w:r>
      <w:proofErr w:type="spellEnd"/>
      <w:r w:rsidRPr="00AD4C67">
        <w:rPr>
          <w:lang w:val="pl-PL"/>
        </w:rPr>
        <w:t xml:space="preserve"> </w:t>
      </w:r>
      <w:proofErr w:type="spellStart"/>
      <w:r w:rsidRPr="00AD4C67">
        <w:rPr>
          <w:lang w:val="pl-PL"/>
        </w:rPr>
        <w:t>sporů</w:t>
      </w:r>
      <w:proofErr w:type="spellEnd"/>
      <w:r w:rsidRPr="00AD4C67">
        <w:rPr>
          <w:lang w:val="pl-PL"/>
        </w:rPr>
        <w:t xml:space="preserve">. </w:t>
      </w:r>
      <w:proofErr w:type="spellStart"/>
      <w:r w:rsidRPr="00AD4C67">
        <w:rPr>
          <w:lang w:val="pl-PL"/>
        </w:rPr>
        <w:t>Informace</w:t>
      </w:r>
      <w:proofErr w:type="spellEnd"/>
      <w:r w:rsidRPr="00AD4C67">
        <w:rPr>
          <w:lang w:val="pl-PL"/>
        </w:rPr>
        <w:t xml:space="preserve"> a </w:t>
      </w:r>
      <w:proofErr w:type="spellStart"/>
      <w:r w:rsidRPr="00AD4C67">
        <w:rPr>
          <w:lang w:val="pl-PL"/>
        </w:rPr>
        <w:t>přístup</w:t>
      </w:r>
      <w:proofErr w:type="spellEnd"/>
      <w:r w:rsidRPr="00AD4C67">
        <w:rPr>
          <w:lang w:val="pl-PL"/>
        </w:rPr>
        <w:t xml:space="preserve"> k </w:t>
      </w:r>
      <w:proofErr w:type="spellStart"/>
      <w:r w:rsidRPr="00AD4C67">
        <w:rPr>
          <w:lang w:val="pl-PL"/>
        </w:rPr>
        <w:t>podání</w:t>
      </w:r>
      <w:proofErr w:type="spellEnd"/>
      <w:r w:rsidRPr="00AD4C67">
        <w:rPr>
          <w:lang w:val="pl-PL"/>
        </w:rPr>
        <w:t xml:space="preserve"> </w:t>
      </w:r>
      <w:proofErr w:type="spellStart"/>
      <w:r w:rsidRPr="00AD4C67">
        <w:rPr>
          <w:lang w:val="pl-PL"/>
        </w:rPr>
        <w:t>návrhu</w:t>
      </w:r>
      <w:proofErr w:type="spellEnd"/>
      <w:r w:rsidRPr="00AD4C67">
        <w:rPr>
          <w:lang w:val="pl-PL"/>
        </w:rPr>
        <w:t xml:space="preserve"> </w:t>
      </w:r>
      <w:proofErr w:type="spellStart"/>
      <w:r w:rsidRPr="00AD4C67">
        <w:rPr>
          <w:lang w:val="pl-PL"/>
        </w:rPr>
        <w:t>jsou</w:t>
      </w:r>
      <w:proofErr w:type="spellEnd"/>
      <w:r w:rsidRPr="00AD4C67">
        <w:rPr>
          <w:lang w:val="pl-PL"/>
        </w:rPr>
        <w:t xml:space="preserve"> </w:t>
      </w:r>
      <w:proofErr w:type="spellStart"/>
      <w:r w:rsidRPr="00AD4C67">
        <w:rPr>
          <w:lang w:val="pl-PL"/>
        </w:rPr>
        <w:t>dostupné</w:t>
      </w:r>
      <w:proofErr w:type="spellEnd"/>
      <w:r w:rsidRPr="00AD4C67">
        <w:rPr>
          <w:lang w:val="pl-PL"/>
        </w:rPr>
        <w:t xml:space="preserve"> na https://coi.gov.cz/informace-o-adr/.</w:t>
      </w:r>
    </w:p>
    <w:p w14:paraId="4A74D096" w14:textId="77777777" w:rsidR="006C464F" w:rsidRPr="00AD4C67" w:rsidRDefault="00000000">
      <w:pPr>
        <w:rPr>
          <w:lang w:val="pl-PL"/>
        </w:rPr>
      </w:pPr>
      <w:r w:rsidRPr="00AD4C67">
        <w:rPr>
          <w:lang w:val="pl-PL"/>
        </w:rPr>
        <w:t xml:space="preserve">12.2. </w:t>
      </w:r>
      <w:proofErr w:type="spellStart"/>
      <w:r w:rsidRPr="00AD4C67">
        <w:rPr>
          <w:lang w:val="pl-PL"/>
        </w:rPr>
        <w:t>Návrh</w:t>
      </w:r>
      <w:proofErr w:type="spellEnd"/>
      <w:r w:rsidRPr="00AD4C67">
        <w:rPr>
          <w:lang w:val="pl-PL"/>
        </w:rPr>
        <w:t xml:space="preserve"> </w:t>
      </w:r>
      <w:proofErr w:type="spellStart"/>
      <w:r w:rsidRPr="00AD4C67">
        <w:rPr>
          <w:lang w:val="pl-PL"/>
        </w:rPr>
        <w:t>lze</w:t>
      </w:r>
      <w:proofErr w:type="spellEnd"/>
      <w:r w:rsidRPr="00AD4C67">
        <w:rPr>
          <w:lang w:val="pl-PL"/>
        </w:rPr>
        <w:t xml:space="preserve"> </w:t>
      </w:r>
      <w:proofErr w:type="spellStart"/>
      <w:r w:rsidRPr="00AD4C67">
        <w:rPr>
          <w:lang w:val="pl-PL"/>
        </w:rPr>
        <w:t>podat</w:t>
      </w:r>
      <w:proofErr w:type="spellEnd"/>
      <w:r w:rsidRPr="00AD4C67">
        <w:rPr>
          <w:lang w:val="pl-PL"/>
        </w:rPr>
        <w:t xml:space="preserve"> </w:t>
      </w:r>
      <w:proofErr w:type="spellStart"/>
      <w:r w:rsidRPr="00AD4C67">
        <w:rPr>
          <w:lang w:val="pl-PL"/>
        </w:rPr>
        <w:t>nejpozději</w:t>
      </w:r>
      <w:proofErr w:type="spellEnd"/>
      <w:r w:rsidRPr="00AD4C67">
        <w:rPr>
          <w:lang w:val="pl-PL"/>
        </w:rPr>
        <w:t xml:space="preserve"> do </w:t>
      </w:r>
      <w:proofErr w:type="spellStart"/>
      <w:r w:rsidRPr="00AD4C67">
        <w:rPr>
          <w:lang w:val="pl-PL"/>
        </w:rPr>
        <w:t>jednoho</w:t>
      </w:r>
      <w:proofErr w:type="spellEnd"/>
      <w:r w:rsidRPr="00AD4C67">
        <w:rPr>
          <w:lang w:val="pl-PL"/>
        </w:rPr>
        <w:t xml:space="preserve"> roku ode </w:t>
      </w:r>
      <w:proofErr w:type="spellStart"/>
      <w:r w:rsidRPr="00AD4C67">
        <w:rPr>
          <w:lang w:val="pl-PL"/>
        </w:rPr>
        <w:t>dne</w:t>
      </w:r>
      <w:proofErr w:type="spellEnd"/>
      <w:r w:rsidRPr="00AD4C67">
        <w:rPr>
          <w:lang w:val="pl-PL"/>
        </w:rPr>
        <w:t xml:space="preserve">, </w:t>
      </w:r>
      <w:proofErr w:type="spellStart"/>
      <w:r w:rsidRPr="00AD4C67">
        <w:rPr>
          <w:lang w:val="pl-PL"/>
        </w:rPr>
        <w:t>kdy</w:t>
      </w:r>
      <w:proofErr w:type="spellEnd"/>
      <w:r w:rsidRPr="00AD4C67">
        <w:rPr>
          <w:lang w:val="pl-PL"/>
        </w:rPr>
        <w:t xml:space="preserve"> </w:t>
      </w:r>
      <w:proofErr w:type="spellStart"/>
      <w:r w:rsidRPr="00AD4C67">
        <w:rPr>
          <w:lang w:val="pl-PL"/>
        </w:rPr>
        <w:t>spotřebitel</w:t>
      </w:r>
      <w:proofErr w:type="spellEnd"/>
      <w:r w:rsidRPr="00AD4C67">
        <w:rPr>
          <w:lang w:val="pl-PL"/>
        </w:rPr>
        <w:t xml:space="preserve"> </w:t>
      </w:r>
      <w:proofErr w:type="spellStart"/>
      <w:r w:rsidRPr="00AD4C67">
        <w:rPr>
          <w:lang w:val="pl-PL"/>
        </w:rPr>
        <w:t>uplatnil</w:t>
      </w:r>
      <w:proofErr w:type="spellEnd"/>
      <w:r w:rsidRPr="00AD4C67">
        <w:rPr>
          <w:lang w:val="pl-PL"/>
        </w:rPr>
        <w:t xml:space="preserve"> </w:t>
      </w:r>
      <w:proofErr w:type="spellStart"/>
      <w:r w:rsidRPr="00AD4C67">
        <w:rPr>
          <w:lang w:val="pl-PL"/>
        </w:rPr>
        <w:t>právo</w:t>
      </w:r>
      <w:proofErr w:type="spellEnd"/>
      <w:r w:rsidRPr="00AD4C67">
        <w:rPr>
          <w:lang w:val="pl-PL"/>
        </w:rPr>
        <w:t xml:space="preserve">, </w:t>
      </w:r>
      <w:proofErr w:type="spellStart"/>
      <w:r w:rsidRPr="00AD4C67">
        <w:rPr>
          <w:lang w:val="pl-PL"/>
        </w:rPr>
        <w:t>které</w:t>
      </w:r>
      <w:proofErr w:type="spellEnd"/>
      <w:r w:rsidRPr="00AD4C67">
        <w:rPr>
          <w:lang w:val="pl-PL"/>
        </w:rPr>
        <w:t xml:space="preserve"> je </w:t>
      </w:r>
      <w:proofErr w:type="spellStart"/>
      <w:r w:rsidRPr="00AD4C67">
        <w:rPr>
          <w:lang w:val="pl-PL"/>
        </w:rPr>
        <w:t>předmětem</w:t>
      </w:r>
      <w:proofErr w:type="spellEnd"/>
      <w:r w:rsidRPr="00AD4C67">
        <w:rPr>
          <w:lang w:val="pl-PL"/>
        </w:rPr>
        <w:t xml:space="preserve"> sporu, u </w:t>
      </w:r>
      <w:proofErr w:type="spellStart"/>
      <w:r w:rsidRPr="00AD4C67">
        <w:rPr>
          <w:lang w:val="pl-PL"/>
        </w:rPr>
        <w:t>poskytovatele</w:t>
      </w:r>
      <w:proofErr w:type="spellEnd"/>
      <w:r w:rsidRPr="00AD4C67">
        <w:rPr>
          <w:lang w:val="pl-PL"/>
        </w:rPr>
        <w:t xml:space="preserve"> </w:t>
      </w:r>
      <w:proofErr w:type="spellStart"/>
      <w:r w:rsidRPr="00AD4C67">
        <w:rPr>
          <w:lang w:val="pl-PL"/>
        </w:rPr>
        <w:t>poprvé</w:t>
      </w:r>
      <w:proofErr w:type="spellEnd"/>
      <w:r w:rsidRPr="00AD4C67">
        <w:rPr>
          <w:lang w:val="pl-PL"/>
        </w:rPr>
        <w:t xml:space="preserve">. </w:t>
      </w:r>
      <w:proofErr w:type="spellStart"/>
      <w:r w:rsidRPr="00AD4C67">
        <w:rPr>
          <w:lang w:val="pl-PL"/>
        </w:rPr>
        <w:t>Možnost</w:t>
      </w:r>
      <w:proofErr w:type="spellEnd"/>
      <w:r w:rsidRPr="00AD4C67">
        <w:rPr>
          <w:lang w:val="pl-PL"/>
        </w:rPr>
        <w:t xml:space="preserve"> </w:t>
      </w:r>
      <w:proofErr w:type="spellStart"/>
      <w:r w:rsidRPr="00AD4C67">
        <w:rPr>
          <w:lang w:val="pl-PL"/>
        </w:rPr>
        <w:t>obrátit</w:t>
      </w:r>
      <w:proofErr w:type="spellEnd"/>
      <w:r w:rsidRPr="00AD4C67">
        <w:rPr>
          <w:lang w:val="pl-PL"/>
        </w:rPr>
        <w:t xml:space="preserve"> </w:t>
      </w:r>
      <w:proofErr w:type="spellStart"/>
      <w:r w:rsidRPr="00AD4C67">
        <w:rPr>
          <w:lang w:val="pl-PL"/>
        </w:rPr>
        <w:t>se</w:t>
      </w:r>
      <w:proofErr w:type="spellEnd"/>
      <w:r w:rsidRPr="00AD4C67">
        <w:rPr>
          <w:lang w:val="pl-PL"/>
        </w:rPr>
        <w:t xml:space="preserve"> na </w:t>
      </w:r>
      <w:proofErr w:type="spellStart"/>
      <w:r w:rsidRPr="00AD4C67">
        <w:rPr>
          <w:lang w:val="pl-PL"/>
        </w:rPr>
        <w:t>soud</w:t>
      </w:r>
      <w:proofErr w:type="spellEnd"/>
      <w:r w:rsidRPr="00AD4C67">
        <w:rPr>
          <w:lang w:val="pl-PL"/>
        </w:rPr>
        <w:t xml:space="preserve"> </w:t>
      </w:r>
      <w:proofErr w:type="spellStart"/>
      <w:r w:rsidRPr="00AD4C67">
        <w:rPr>
          <w:lang w:val="pl-PL"/>
        </w:rPr>
        <w:t>tím</w:t>
      </w:r>
      <w:proofErr w:type="spellEnd"/>
      <w:r w:rsidRPr="00AD4C67">
        <w:rPr>
          <w:lang w:val="pl-PL"/>
        </w:rPr>
        <w:t xml:space="preserve"> </w:t>
      </w:r>
      <w:proofErr w:type="spellStart"/>
      <w:r w:rsidRPr="00AD4C67">
        <w:rPr>
          <w:lang w:val="pl-PL"/>
        </w:rPr>
        <w:t>není</w:t>
      </w:r>
      <w:proofErr w:type="spellEnd"/>
      <w:r w:rsidRPr="00AD4C67">
        <w:rPr>
          <w:lang w:val="pl-PL"/>
        </w:rPr>
        <w:t xml:space="preserve"> </w:t>
      </w:r>
      <w:proofErr w:type="spellStart"/>
      <w:r w:rsidRPr="00AD4C67">
        <w:rPr>
          <w:lang w:val="pl-PL"/>
        </w:rPr>
        <w:t>dotčena</w:t>
      </w:r>
      <w:proofErr w:type="spellEnd"/>
      <w:r w:rsidRPr="00AD4C67">
        <w:rPr>
          <w:lang w:val="pl-PL"/>
        </w:rPr>
        <w:t>.</w:t>
      </w:r>
    </w:p>
    <w:p w14:paraId="7E72E97F" w14:textId="77777777" w:rsidR="006C464F" w:rsidRPr="00AD4C67" w:rsidRDefault="00000000">
      <w:pPr>
        <w:pStyle w:val="Nadpis1"/>
        <w:rPr>
          <w:lang w:val="pl-PL"/>
        </w:rPr>
      </w:pPr>
      <w:r w:rsidRPr="00AD4C67">
        <w:rPr>
          <w:lang w:val="pl-PL"/>
        </w:rPr>
        <w:t xml:space="preserve">13 </w:t>
      </w:r>
      <w:proofErr w:type="spellStart"/>
      <w:r w:rsidRPr="00AD4C67">
        <w:rPr>
          <w:lang w:val="pl-PL"/>
        </w:rPr>
        <w:t>Osobní</w:t>
      </w:r>
      <w:proofErr w:type="spellEnd"/>
      <w:r w:rsidRPr="00AD4C67">
        <w:rPr>
          <w:lang w:val="pl-PL"/>
        </w:rPr>
        <w:t xml:space="preserve"> </w:t>
      </w:r>
      <w:proofErr w:type="spellStart"/>
      <w:r w:rsidRPr="00AD4C67">
        <w:rPr>
          <w:lang w:val="pl-PL"/>
        </w:rPr>
        <w:t>údaje</w:t>
      </w:r>
      <w:proofErr w:type="spellEnd"/>
    </w:p>
    <w:p w14:paraId="1974B9A1" w14:textId="77777777" w:rsidR="006C464F" w:rsidRPr="00AD4C67" w:rsidRDefault="00000000">
      <w:pPr>
        <w:rPr>
          <w:lang w:val="pl-PL"/>
        </w:rPr>
      </w:pPr>
      <w:r w:rsidRPr="00AD4C67">
        <w:rPr>
          <w:lang w:val="pl-PL"/>
        </w:rPr>
        <w:t xml:space="preserve">13.1. </w:t>
      </w:r>
      <w:proofErr w:type="spellStart"/>
      <w:r w:rsidRPr="00AD4C67">
        <w:rPr>
          <w:lang w:val="pl-PL"/>
        </w:rPr>
        <w:t>Poskytovatel</w:t>
      </w:r>
      <w:proofErr w:type="spellEnd"/>
      <w:r w:rsidRPr="00AD4C67">
        <w:rPr>
          <w:lang w:val="pl-PL"/>
        </w:rPr>
        <w:t xml:space="preserve"> </w:t>
      </w:r>
      <w:proofErr w:type="spellStart"/>
      <w:r w:rsidRPr="00AD4C67">
        <w:rPr>
          <w:lang w:val="pl-PL"/>
        </w:rPr>
        <w:t>zpracovává</w:t>
      </w:r>
      <w:proofErr w:type="spellEnd"/>
      <w:r w:rsidRPr="00AD4C67">
        <w:rPr>
          <w:lang w:val="pl-PL"/>
        </w:rPr>
        <w:t xml:space="preserve"> </w:t>
      </w:r>
      <w:proofErr w:type="spellStart"/>
      <w:r w:rsidRPr="00AD4C67">
        <w:rPr>
          <w:lang w:val="pl-PL"/>
        </w:rPr>
        <w:t>osobní</w:t>
      </w:r>
      <w:proofErr w:type="spellEnd"/>
      <w:r w:rsidRPr="00AD4C67">
        <w:rPr>
          <w:lang w:val="pl-PL"/>
        </w:rPr>
        <w:t xml:space="preserve"> </w:t>
      </w:r>
      <w:proofErr w:type="spellStart"/>
      <w:r w:rsidRPr="00AD4C67">
        <w:rPr>
          <w:lang w:val="pl-PL"/>
        </w:rPr>
        <w:t>údaje</w:t>
      </w:r>
      <w:proofErr w:type="spellEnd"/>
      <w:r w:rsidRPr="00AD4C67">
        <w:rPr>
          <w:lang w:val="pl-PL"/>
        </w:rPr>
        <w:t xml:space="preserve"> v </w:t>
      </w:r>
      <w:proofErr w:type="spellStart"/>
      <w:r w:rsidRPr="00AD4C67">
        <w:rPr>
          <w:lang w:val="pl-PL"/>
        </w:rPr>
        <w:t>rozsahu</w:t>
      </w:r>
      <w:proofErr w:type="spellEnd"/>
      <w:r w:rsidRPr="00AD4C67">
        <w:rPr>
          <w:lang w:val="pl-PL"/>
        </w:rPr>
        <w:t xml:space="preserve"> </w:t>
      </w:r>
      <w:proofErr w:type="spellStart"/>
      <w:r w:rsidRPr="00AD4C67">
        <w:rPr>
          <w:lang w:val="pl-PL"/>
        </w:rPr>
        <w:t>nezbytném</w:t>
      </w:r>
      <w:proofErr w:type="spellEnd"/>
      <w:r w:rsidRPr="00AD4C67">
        <w:rPr>
          <w:lang w:val="pl-PL"/>
        </w:rPr>
        <w:t xml:space="preserve"> pro </w:t>
      </w:r>
      <w:proofErr w:type="spellStart"/>
      <w:r w:rsidRPr="00AD4C67">
        <w:rPr>
          <w:lang w:val="pl-PL"/>
        </w:rPr>
        <w:t>vyřízení</w:t>
      </w:r>
      <w:proofErr w:type="spellEnd"/>
      <w:r w:rsidRPr="00AD4C67">
        <w:rPr>
          <w:lang w:val="pl-PL"/>
        </w:rPr>
        <w:t xml:space="preserve"> </w:t>
      </w:r>
      <w:proofErr w:type="spellStart"/>
      <w:r w:rsidRPr="00AD4C67">
        <w:rPr>
          <w:lang w:val="pl-PL"/>
        </w:rPr>
        <w:t>poptávky</w:t>
      </w:r>
      <w:proofErr w:type="spellEnd"/>
      <w:r w:rsidRPr="00AD4C67">
        <w:rPr>
          <w:lang w:val="pl-PL"/>
        </w:rPr>
        <w:t xml:space="preserve">, </w:t>
      </w:r>
      <w:proofErr w:type="spellStart"/>
      <w:r w:rsidRPr="00AD4C67">
        <w:rPr>
          <w:lang w:val="pl-PL"/>
        </w:rPr>
        <w:t>uzavření</w:t>
      </w:r>
      <w:proofErr w:type="spellEnd"/>
      <w:r w:rsidRPr="00AD4C67">
        <w:rPr>
          <w:lang w:val="pl-PL"/>
        </w:rPr>
        <w:t xml:space="preserve"> a </w:t>
      </w:r>
      <w:proofErr w:type="spellStart"/>
      <w:r w:rsidRPr="00AD4C67">
        <w:rPr>
          <w:lang w:val="pl-PL"/>
        </w:rPr>
        <w:t>plnění</w:t>
      </w:r>
      <w:proofErr w:type="spellEnd"/>
      <w:r w:rsidRPr="00AD4C67">
        <w:rPr>
          <w:lang w:val="pl-PL"/>
        </w:rPr>
        <w:t xml:space="preserve"> </w:t>
      </w:r>
      <w:proofErr w:type="spellStart"/>
      <w:r w:rsidRPr="00AD4C67">
        <w:rPr>
          <w:lang w:val="pl-PL"/>
        </w:rPr>
        <w:t>smlouvy</w:t>
      </w:r>
      <w:proofErr w:type="spellEnd"/>
      <w:r w:rsidRPr="00AD4C67">
        <w:rPr>
          <w:lang w:val="pl-PL"/>
        </w:rPr>
        <w:t xml:space="preserve">, </w:t>
      </w:r>
      <w:proofErr w:type="spellStart"/>
      <w:r w:rsidRPr="00AD4C67">
        <w:rPr>
          <w:lang w:val="pl-PL"/>
        </w:rPr>
        <w:t>plnění</w:t>
      </w:r>
      <w:proofErr w:type="spellEnd"/>
      <w:r w:rsidRPr="00AD4C67">
        <w:rPr>
          <w:lang w:val="pl-PL"/>
        </w:rPr>
        <w:t xml:space="preserve"> </w:t>
      </w:r>
      <w:proofErr w:type="spellStart"/>
      <w:r w:rsidRPr="00AD4C67">
        <w:rPr>
          <w:lang w:val="pl-PL"/>
        </w:rPr>
        <w:t>právních</w:t>
      </w:r>
      <w:proofErr w:type="spellEnd"/>
      <w:r w:rsidRPr="00AD4C67">
        <w:rPr>
          <w:lang w:val="pl-PL"/>
        </w:rPr>
        <w:t xml:space="preserve"> </w:t>
      </w:r>
      <w:proofErr w:type="spellStart"/>
      <w:r w:rsidRPr="00AD4C67">
        <w:rPr>
          <w:lang w:val="pl-PL"/>
        </w:rPr>
        <w:t>povinností</w:t>
      </w:r>
      <w:proofErr w:type="spellEnd"/>
      <w:r w:rsidRPr="00AD4C67">
        <w:rPr>
          <w:lang w:val="pl-PL"/>
        </w:rPr>
        <w:t xml:space="preserve"> a </w:t>
      </w:r>
      <w:proofErr w:type="spellStart"/>
      <w:r w:rsidRPr="00AD4C67">
        <w:rPr>
          <w:lang w:val="pl-PL"/>
        </w:rPr>
        <w:t>ochranu</w:t>
      </w:r>
      <w:proofErr w:type="spellEnd"/>
      <w:r w:rsidRPr="00AD4C67">
        <w:rPr>
          <w:lang w:val="pl-PL"/>
        </w:rPr>
        <w:t xml:space="preserve"> </w:t>
      </w:r>
      <w:proofErr w:type="spellStart"/>
      <w:r w:rsidRPr="00AD4C67">
        <w:rPr>
          <w:lang w:val="pl-PL"/>
        </w:rPr>
        <w:t>oprávněných</w:t>
      </w:r>
      <w:proofErr w:type="spellEnd"/>
      <w:r w:rsidRPr="00AD4C67">
        <w:rPr>
          <w:lang w:val="pl-PL"/>
        </w:rPr>
        <w:t xml:space="preserve"> </w:t>
      </w:r>
      <w:proofErr w:type="spellStart"/>
      <w:r w:rsidRPr="00AD4C67">
        <w:rPr>
          <w:lang w:val="pl-PL"/>
        </w:rPr>
        <w:t>zájmů</w:t>
      </w:r>
      <w:proofErr w:type="spellEnd"/>
      <w:r w:rsidRPr="00AD4C67">
        <w:rPr>
          <w:lang w:val="pl-PL"/>
        </w:rPr>
        <w:t xml:space="preserve">. </w:t>
      </w:r>
      <w:proofErr w:type="spellStart"/>
      <w:r w:rsidRPr="00AD4C67">
        <w:rPr>
          <w:lang w:val="pl-PL"/>
        </w:rPr>
        <w:t>Podrobnosti</w:t>
      </w:r>
      <w:proofErr w:type="spellEnd"/>
      <w:r w:rsidRPr="00AD4C67">
        <w:rPr>
          <w:lang w:val="pl-PL"/>
        </w:rPr>
        <w:t xml:space="preserve">, doby </w:t>
      </w:r>
      <w:proofErr w:type="spellStart"/>
      <w:r w:rsidRPr="00AD4C67">
        <w:rPr>
          <w:lang w:val="pl-PL"/>
        </w:rPr>
        <w:t>uchování</w:t>
      </w:r>
      <w:proofErr w:type="spellEnd"/>
      <w:r w:rsidRPr="00AD4C67">
        <w:rPr>
          <w:lang w:val="pl-PL"/>
        </w:rPr>
        <w:t xml:space="preserve"> a </w:t>
      </w:r>
      <w:proofErr w:type="spellStart"/>
      <w:r w:rsidRPr="00AD4C67">
        <w:rPr>
          <w:lang w:val="pl-PL"/>
        </w:rPr>
        <w:t>práva</w:t>
      </w:r>
      <w:proofErr w:type="spellEnd"/>
      <w:r w:rsidRPr="00AD4C67">
        <w:rPr>
          <w:lang w:val="pl-PL"/>
        </w:rPr>
        <w:t xml:space="preserve"> </w:t>
      </w:r>
      <w:proofErr w:type="spellStart"/>
      <w:r w:rsidRPr="00AD4C67">
        <w:rPr>
          <w:lang w:val="pl-PL"/>
        </w:rPr>
        <w:t>subjektů</w:t>
      </w:r>
      <w:proofErr w:type="spellEnd"/>
      <w:r w:rsidRPr="00AD4C67">
        <w:rPr>
          <w:lang w:val="pl-PL"/>
        </w:rPr>
        <w:t xml:space="preserve"> </w:t>
      </w:r>
      <w:proofErr w:type="spellStart"/>
      <w:r w:rsidRPr="00AD4C67">
        <w:rPr>
          <w:lang w:val="pl-PL"/>
        </w:rPr>
        <w:t>údajů</w:t>
      </w:r>
      <w:proofErr w:type="spellEnd"/>
      <w:r w:rsidRPr="00AD4C67">
        <w:rPr>
          <w:lang w:val="pl-PL"/>
        </w:rPr>
        <w:t xml:space="preserve"> </w:t>
      </w:r>
      <w:proofErr w:type="spellStart"/>
      <w:r w:rsidRPr="00AD4C67">
        <w:rPr>
          <w:lang w:val="pl-PL"/>
        </w:rPr>
        <w:t>uvádí</w:t>
      </w:r>
      <w:proofErr w:type="spellEnd"/>
      <w:r w:rsidRPr="00AD4C67">
        <w:rPr>
          <w:lang w:val="pl-PL"/>
        </w:rPr>
        <w:t xml:space="preserve"> </w:t>
      </w:r>
      <w:proofErr w:type="spellStart"/>
      <w:r w:rsidRPr="00AD4C67">
        <w:rPr>
          <w:lang w:val="pl-PL"/>
        </w:rPr>
        <w:t>samostatná</w:t>
      </w:r>
      <w:proofErr w:type="spellEnd"/>
      <w:r w:rsidRPr="00AD4C67">
        <w:rPr>
          <w:lang w:val="pl-PL"/>
        </w:rPr>
        <w:t xml:space="preserve"> </w:t>
      </w:r>
      <w:proofErr w:type="spellStart"/>
      <w:r w:rsidRPr="00AD4C67">
        <w:rPr>
          <w:lang w:val="pl-PL"/>
        </w:rPr>
        <w:t>informace</w:t>
      </w:r>
      <w:proofErr w:type="spellEnd"/>
      <w:r w:rsidRPr="00AD4C67">
        <w:rPr>
          <w:lang w:val="pl-PL"/>
        </w:rPr>
        <w:t xml:space="preserve"> o </w:t>
      </w:r>
      <w:proofErr w:type="spellStart"/>
      <w:r w:rsidRPr="00AD4C67">
        <w:rPr>
          <w:lang w:val="pl-PL"/>
        </w:rPr>
        <w:t>zpracování</w:t>
      </w:r>
      <w:proofErr w:type="spellEnd"/>
      <w:r w:rsidRPr="00AD4C67">
        <w:rPr>
          <w:lang w:val="pl-PL"/>
        </w:rPr>
        <w:t xml:space="preserve"> </w:t>
      </w:r>
      <w:proofErr w:type="spellStart"/>
      <w:r w:rsidRPr="00AD4C67">
        <w:rPr>
          <w:lang w:val="pl-PL"/>
        </w:rPr>
        <w:t>osobních</w:t>
      </w:r>
      <w:proofErr w:type="spellEnd"/>
      <w:r w:rsidRPr="00AD4C67">
        <w:rPr>
          <w:lang w:val="pl-PL"/>
        </w:rPr>
        <w:t xml:space="preserve"> </w:t>
      </w:r>
      <w:proofErr w:type="spellStart"/>
      <w:r w:rsidRPr="00AD4C67">
        <w:rPr>
          <w:lang w:val="pl-PL"/>
        </w:rPr>
        <w:t>údajů</w:t>
      </w:r>
      <w:proofErr w:type="spellEnd"/>
      <w:r w:rsidRPr="00AD4C67">
        <w:rPr>
          <w:lang w:val="pl-PL"/>
        </w:rPr>
        <w:t xml:space="preserve"> </w:t>
      </w:r>
      <w:proofErr w:type="spellStart"/>
      <w:r w:rsidRPr="00AD4C67">
        <w:rPr>
          <w:lang w:val="pl-PL"/>
        </w:rPr>
        <w:t>dostupná</w:t>
      </w:r>
      <w:proofErr w:type="spellEnd"/>
      <w:r w:rsidRPr="00AD4C67">
        <w:rPr>
          <w:lang w:val="pl-PL"/>
        </w:rPr>
        <w:t xml:space="preserve"> na </w:t>
      </w:r>
      <w:proofErr w:type="spellStart"/>
      <w:r w:rsidRPr="00AD4C67">
        <w:rPr>
          <w:lang w:val="pl-PL"/>
        </w:rPr>
        <w:t>webu</w:t>
      </w:r>
      <w:proofErr w:type="spellEnd"/>
      <w:r w:rsidRPr="00AD4C67">
        <w:rPr>
          <w:lang w:val="pl-PL"/>
        </w:rPr>
        <w:t xml:space="preserve"> a </w:t>
      </w:r>
      <w:proofErr w:type="spellStart"/>
      <w:r w:rsidRPr="00AD4C67">
        <w:rPr>
          <w:lang w:val="pl-PL"/>
        </w:rPr>
        <w:t>před</w:t>
      </w:r>
      <w:proofErr w:type="spellEnd"/>
      <w:r w:rsidRPr="00AD4C67">
        <w:rPr>
          <w:lang w:val="pl-PL"/>
        </w:rPr>
        <w:t xml:space="preserve"> </w:t>
      </w:r>
      <w:proofErr w:type="spellStart"/>
      <w:r w:rsidRPr="00AD4C67">
        <w:rPr>
          <w:lang w:val="pl-PL"/>
        </w:rPr>
        <w:t>odesláním</w:t>
      </w:r>
      <w:proofErr w:type="spellEnd"/>
      <w:r w:rsidRPr="00AD4C67">
        <w:rPr>
          <w:lang w:val="pl-PL"/>
        </w:rPr>
        <w:t xml:space="preserve"> </w:t>
      </w:r>
      <w:proofErr w:type="spellStart"/>
      <w:r w:rsidRPr="00AD4C67">
        <w:rPr>
          <w:lang w:val="pl-PL"/>
        </w:rPr>
        <w:t>formuláře</w:t>
      </w:r>
      <w:proofErr w:type="spellEnd"/>
      <w:r w:rsidRPr="00AD4C67">
        <w:rPr>
          <w:lang w:val="pl-PL"/>
        </w:rPr>
        <w:t>.</w:t>
      </w:r>
    </w:p>
    <w:p w14:paraId="2E021F25" w14:textId="77777777" w:rsidR="006C464F" w:rsidRPr="00AD4C67" w:rsidRDefault="00000000">
      <w:pPr>
        <w:rPr>
          <w:lang w:val="pl-PL"/>
        </w:rPr>
      </w:pPr>
      <w:r w:rsidRPr="00AD4C67">
        <w:rPr>
          <w:lang w:val="pl-PL"/>
        </w:rPr>
        <w:lastRenderedPageBreak/>
        <w:t xml:space="preserve">13.2. </w:t>
      </w:r>
      <w:proofErr w:type="spellStart"/>
      <w:r w:rsidRPr="00AD4C67">
        <w:rPr>
          <w:lang w:val="pl-PL"/>
        </w:rPr>
        <w:t>Souhlas</w:t>
      </w:r>
      <w:proofErr w:type="spellEnd"/>
      <w:r w:rsidRPr="00AD4C67">
        <w:rPr>
          <w:lang w:val="pl-PL"/>
        </w:rPr>
        <w:t xml:space="preserve"> s VOP </w:t>
      </w:r>
      <w:proofErr w:type="spellStart"/>
      <w:r w:rsidRPr="00AD4C67">
        <w:rPr>
          <w:lang w:val="pl-PL"/>
        </w:rPr>
        <w:t>není</w:t>
      </w:r>
      <w:proofErr w:type="spellEnd"/>
      <w:r w:rsidRPr="00AD4C67">
        <w:rPr>
          <w:lang w:val="pl-PL"/>
        </w:rPr>
        <w:t xml:space="preserve"> </w:t>
      </w:r>
      <w:proofErr w:type="spellStart"/>
      <w:r w:rsidRPr="00AD4C67">
        <w:rPr>
          <w:lang w:val="pl-PL"/>
        </w:rPr>
        <w:t>souhlasem</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zasíláním</w:t>
      </w:r>
      <w:proofErr w:type="spellEnd"/>
      <w:r w:rsidRPr="00AD4C67">
        <w:rPr>
          <w:lang w:val="pl-PL"/>
        </w:rPr>
        <w:t xml:space="preserve"> marketingu ani </w:t>
      </w:r>
      <w:proofErr w:type="spellStart"/>
      <w:r w:rsidRPr="00AD4C67">
        <w:rPr>
          <w:lang w:val="pl-PL"/>
        </w:rPr>
        <w:t>zveřejněním</w:t>
      </w:r>
      <w:proofErr w:type="spellEnd"/>
      <w:r w:rsidRPr="00AD4C67">
        <w:rPr>
          <w:lang w:val="pl-PL"/>
        </w:rPr>
        <w:t xml:space="preserve"> </w:t>
      </w:r>
      <w:proofErr w:type="spellStart"/>
      <w:r w:rsidRPr="00AD4C67">
        <w:rPr>
          <w:lang w:val="pl-PL"/>
        </w:rPr>
        <w:t>identifikovatelných</w:t>
      </w:r>
      <w:proofErr w:type="spellEnd"/>
      <w:r w:rsidRPr="00AD4C67">
        <w:rPr>
          <w:lang w:val="pl-PL"/>
        </w:rPr>
        <w:t xml:space="preserve"> </w:t>
      </w:r>
      <w:proofErr w:type="spellStart"/>
      <w:r w:rsidRPr="00AD4C67">
        <w:rPr>
          <w:lang w:val="pl-PL"/>
        </w:rPr>
        <w:t>fotografií</w:t>
      </w:r>
      <w:proofErr w:type="spellEnd"/>
      <w:r w:rsidRPr="00AD4C67">
        <w:rPr>
          <w:lang w:val="pl-PL"/>
        </w:rPr>
        <w:t xml:space="preserve"> </w:t>
      </w:r>
      <w:proofErr w:type="spellStart"/>
      <w:r w:rsidRPr="00AD4C67">
        <w:rPr>
          <w:lang w:val="pl-PL"/>
        </w:rPr>
        <w:t>účastníků</w:t>
      </w:r>
      <w:proofErr w:type="spellEnd"/>
      <w:r w:rsidRPr="00AD4C67">
        <w:rPr>
          <w:lang w:val="pl-PL"/>
        </w:rPr>
        <w:t xml:space="preserve">. </w:t>
      </w:r>
      <w:proofErr w:type="spellStart"/>
      <w:r w:rsidRPr="00AD4C67">
        <w:rPr>
          <w:lang w:val="pl-PL"/>
        </w:rPr>
        <w:t>Marketingové</w:t>
      </w:r>
      <w:proofErr w:type="spellEnd"/>
      <w:r w:rsidRPr="00AD4C67">
        <w:rPr>
          <w:lang w:val="pl-PL"/>
        </w:rPr>
        <w:t xml:space="preserve"> </w:t>
      </w:r>
      <w:proofErr w:type="spellStart"/>
      <w:r w:rsidRPr="00AD4C67">
        <w:rPr>
          <w:lang w:val="pl-PL"/>
        </w:rPr>
        <w:t>souhlasy</w:t>
      </w:r>
      <w:proofErr w:type="spellEnd"/>
      <w:r w:rsidRPr="00AD4C67">
        <w:rPr>
          <w:lang w:val="pl-PL"/>
        </w:rPr>
        <w:t xml:space="preserve"> </w:t>
      </w:r>
      <w:proofErr w:type="spellStart"/>
      <w:r w:rsidRPr="00AD4C67">
        <w:rPr>
          <w:lang w:val="pl-PL"/>
        </w:rPr>
        <w:t>jsou</w:t>
      </w:r>
      <w:proofErr w:type="spellEnd"/>
      <w:r w:rsidRPr="00AD4C67">
        <w:rPr>
          <w:lang w:val="pl-PL"/>
        </w:rPr>
        <w:t xml:space="preserve"> </w:t>
      </w:r>
      <w:proofErr w:type="spellStart"/>
      <w:r w:rsidRPr="00AD4C67">
        <w:rPr>
          <w:lang w:val="pl-PL"/>
        </w:rPr>
        <w:t>samostatné</w:t>
      </w:r>
      <w:proofErr w:type="spellEnd"/>
      <w:r w:rsidRPr="00AD4C67">
        <w:rPr>
          <w:lang w:val="pl-PL"/>
        </w:rPr>
        <w:t xml:space="preserve"> a </w:t>
      </w:r>
      <w:proofErr w:type="spellStart"/>
      <w:r w:rsidRPr="00AD4C67">
        <w:rPr>
          <w:lang w:val="pl-PL"/>
        </w:rPr>
        <w:t>dobrovolné</w:t>
      </w:r>
      <w:proofErr w:type="spellEnd"/>
      <w:r w:rsidRPr="00AD4C67">
        <w:rPr>
          <w:lang w:val="pl-PL"/>
        </w:rPr>
        <w:t xml:space="preserve">; </w:t>
      </w:r>
      <w:proofErr w:type="spellStart"/>
      <w:r w:rsidRPr="00AD4C67">
        <w:rPr>
          <w:lang w:val="pl-PL"/>
        </w:rPr>
        <w:t>zákonná</w:t>
      </w:r>
      <w:proofErr w:type="spellEnd"/>
      <w:r w:rsidRPr="00AD4C67">
        <w:rPr>
          <w:lang w:val="pl-PL"/>
        </w:rPr>
        <w:t xml:space="preserve"> </w:t>
      </w:r>
      <w:proofErr w:type="spellStart"/>
      <w:r w:rsidRPr="00AD4C67">
        <w:rPr>
          <w:lang w:val="pl-PL"/>
        </w:rPr>
        <w:t>možnost</w:t>
      </w:r>
      <w:proofErr w:type="spellEnd"/>
      <w:r w:rsidRPr="00AD4C67">
        <w:rPr>
          <w:lang w:val="pl-PL"/>
        </w:rPr>
        <w:t xml:space="preserve"> </w:t>
      </w:r>
      <w:proofErr w:type="spellStart"/>
      <w:r w:rsidRPr="00AD4C67">
        <w:rPr>
          <w:lang w:val="pl-PL"/>
        </w:rPr>
        <w:t>oslovovat</w:t>
      </w:r>
      <w:proofErr w:type="spellEnd"/>
      <w:r w:rsidRPr="00AD4C67">
        <w:rPr>
          <w:lang w:val="pl-PL"/>
        </w:rPr>
        <w:t xml:space="preserve"> </w:t>
      </w:r>
      <w:proofErr w:type="spellStart"/>
      <w:r w:rsidRPr="00AD4C67">
        <w:rPr>
          <w:lang w:val="pl-PL"/>
        </w:rPr>
        <w:t>zákazníky</w:t>
      </w:r>
      <w:proofErr w:type="spellEnd"/>
      <w:r w:rsidRPr="00AD4C67">
        <w:rPr>
          <w:lang w:val="pl-PL"/>
        </w:rPr>
        <w:t xml:space="preserve"> s </w:t>
      </w:r>
      <w:proofErr w:type="spellStart"/>
      <w:r w:rsidRPr="00AD4C67">
        <w:rPr>
          <w:lang w:val="pl-PL"/>
        </w:rPr>
        <w:t>vlastními</w:t>
      </w:r>
      <w:proofErr w:type="spellEnd"/>
      <w:r w:rsidRPr="00AD4C67">
        <w:rPr>
          <w:lang w:val="pl-PL"/>
        </w:rPr>
        <w:t xml:space="preserve"> </w:t>
      </w:r>
      <w:proofErr w:type="spellStart"/>
      <w:r w:rsidRPr="00AD4C67">
        <w:rPr>
          <w:lang w:val="pl-PL"/>
        </w:rPr>
        <w:t>obdobnými</w:t>
      </w:r>
      <w:proofErr w:type="spellEnd"/>
      <w:r w:rsidRPr="00AD4C67">
        <w:rPr>
          <w:lang w:val="pl-PL"/>
        </w:rPr>
        <w:t xml:space="preserve"> </w:t>
      </w:r>
      <w:proofErr w:type="spellStart"/>
      <w:r w:rsidRPr="00AD4C67">
        <w:rPr>
          <w:lang w:val="pl-PL"/>
        </w:rPr>
        <w:t>službami</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používá</w:t>
      </w:r>
      <w:proofErr w:type="spellEnd"/>
      <w:r w:rsidRPr="00AD4C67">
        <w:rPr>
          <w:lang w:val="pl-PL"/>
        </w:rPr>
        <w:t xml:space="preserve"> jen </w:t>
      </w:r>
      <w:proofErr w:type="spellStart"/>
      <w:r w:rsidRPr="00AD4C67">
        <w:rPr>
          <w:lang w:val="pl-PL"/>
        </w:rPr>
        <w:t>při</w:t>
      </w:r>
      <w:proofErr w:type="spellEnd"/>
      <w:r w:rsidRPr="00AD4C67">
        <w:rPr>
          <w:lang w:val="pl-PL"/>
        </w:rPr>
        <w:t xml:space="preserve"> </w:t>
      </w:r>
      <w:proofErr w:type="spellStart"/>
      <w:r w:rsidRPr="00AD4C67">
        <w:rPr>
          <w:lang w:val="pl-PL"/>
        </w:rPr>
        <w:t>splnění</w:t>
      </w:r>
      <w:proofErr w:type="spellEnd"/>
      <w:r w:rsidRPr="00AD4C67">
        <w:rPr>
          <w:lang w:val="pl-PL"/>
        </w:rPr>
        <w:t xml:space="preserve"> </w:t>
      </w:r>
      <w:proofErr w:type="spellStart"/>
      <w:r w:rsidRPr="00AD4C67">
        <w:rPr>
          <w:lang w:val="pl-PL"/>
        </w:rPr>
        <w:t>příslušných</w:t>
      </w:r>
      <w:proofErr w:type="spellEnd"/>
      <w:r w:rsidRPr="00AD4C67">
        <w:rPr>
          <w:lang w:val="pl-PL"/>
        </w:rPr>
        <w:t xml:space="preserve"> </w:t>
      </w:r>
      <w:proofErr w:type="spellStart"/>
      <w:r w:rsidRPr="00AD4C67">
        <w:rPr>
          <w:lang w:val="pl-PL"/>
        </w:rPr>
        <w:t>podmínek</w:t>
      </w:r>
      <w:proofErr w:type="spellEnd"/>
      <w:r w:rsidRPr="00AD4C67">
        <w:rPr>
          <w:lang w:val="pl-PL"/>
        </w:rPr>
        <w:t xml:space="preserve">. Pro </w:t>
      </w:r>
      <w:proofErr w:type="spellStart"/>
      <w:r w:rsidRPr="00AD4C67">
        <w:rPr>
          <w:lang w:val="pl-PL"/>
        </w:rPr>
        <w:t>reklamní</w:t>
      </w:r>
      <w:proofErr w:type="spellEnd"/>
      <w:r w:rsidRPr="00AD4C67">
        <w:rPr>
          <w:lang w:val="pl-PL"/>
        </w:rPr>
        <w:t xml:space="preserve"> </w:t>
      </w:r>
      <w:proofErr w:type="spellStart"/>
      <w:r w:rsidRPr="00AD4C67">
        <w:rPr>
          <w:lang w:val="pl-PL"/>
        </w:rPr>
        <w:t>použití</w:t>
      </w:r>
      <w:proofErr w:type="spellEnd"/>
      <w:r w:rsidRPr="00AD4C67">
        <w:rPr>
          <w:lang w:val="pl-PL"/>
        </w:rPr>
        <w:t xml:space="preserve"> </w:t>
      </w:r>
      <w:proofErr w:type="spellStart"/>
      <w:r w:rsidRPr="00AD4C67">
        <w:rPr>
          <w:lang w:val="pl-PL"/>
        </w:rPr>
        <w:t>rozpoznatelných</w:t>
      </w:r>
      <w:proofErr w:type="spellEnd"/>
      <w:r w:rsidRPr="00AD4C67">
        <w:rPr>
          <w:lang w:val="pl-PL"/>
        </w:rPr>
        <w:t xml:space="preserve"> </w:t>
      </w:r>
      <w:proofErr w:type="spellStart"/>
      <w:r w:rsidRPr="00AD4C67">
        <w:rPr>
          <w:lang w:val="pl-PL"/>
        </w:rPr>
        <w:t>osob</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zajistí</w:t>
      </w:r>
      <w:proofErr w:type="spellEnd"/>
      <w:r w:rsidRPr="00AD4C67">
        <w:rPr>
          <w:lang w:val="pl-PL"/>
        </w:rPr>
        <w:t xml:space="preserve"> </w:t>
      </w:r>
      <w:proofErr w:type="spellStart"/>
      <w:r w:rsidRPr="00AD4C67">
        <w:rPr>
          <w:lang w:val="pl-PL"/>
        </w:rPr>
        <w:t>odpovídající</w:t>
      </w:r>
      <w:proofErr w:type="spellEnd"/>
      <w:r w:rsidRPr="00AD4C67">
        <w:rPr>
          <w:lang w:val="pl-PL"/>
        </w:rPr>
        <w:t xml:space="preserve"> </w:t>
      </w:r>
      <w:proofErr w:type="spellStart"/>
      <w:r w:rsidRPr="00AD4C67">
        <w:rPr>
          <w:lang w:val="pl-PL"/>
        </w:rPr>
        <w:t>individuální</w:t>
      </w:r>
      <w:proofErr w:type="spellEnd"/>
      <w:r w:rsidRPr="00AD4C67">
        <w:rPr>
          <w:lang w:val="pl-PL"/>
        </w:rPr>
        <w:t xml:space="preserve"> </w:t>
      </w:r>
      <w:proofErr w:type="spellStart"/>
      <w:r w:rsidRPr="00AD4C67">
        <w:rPr>
          <w:lang w:val="pl-PL"/>
        </w:rPr>
        <w:t>svolení</w:t>
      </w:r>
      <w:proofErr w:type="spellEnd"/>
      <w:r w:rsidRPr="00AD4C67">
        <w:rPr>
          <w:lang w:val="pl-PL"/>
        </w:rPr>
        <w:t xml:space="preserve"> a </w:t>
      </w:r>
      <w:proofErr w:type="spellStart"/>
      <w:r w:rsidRPr="00AD4C67">
        <w:rPr>
          <w:lang w:val="pl-PL"/>
        </w:rPr>
        <w:t>případný</w:t>
      </w:r>
      <w:proofErr w:type="spellEnd"/>
      <w:r w:rsidRPr="00AD4C67">
        <w:rPr>
          <w:lang w:val="pl-PL"/>
        </w:rPr>
        <w:t xml:space="preserve"> </w:t>
      </w:r>
      <w:proofErr w:type="spellStart"/>
      <w:r w:rsidRPr="00AD4C67">
        <w:rPr>
          <w:lang w:val="pl-PL"/>
        </w:rPr>
        <w:t>souhlas</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zpracováním</w:t>
      </w:r>
      <w:proofErr w:type="spellEnd"/>
      <w:r w:rsidRPr="00AD4C67">
        <w:rPr>
          <w:lang w:val="pl-PL"/>
        </w:rPr>
        <w:t xml:space="preserve"> </w:t>
      </w:r>
      <w:proofErr w:type="spellStart"/>
      <w:r w:rsidRPr="00AD4C67">
        <w:rPr>
          <w:lang w:val="pl-PL"/>
        </w:rPr>
        <w:t>údajů</w:t>
      </w:r>
      <w:proofErr w:type="spellEnd"/>
      <w:r w:rsidRPr="00AD4C67">
        <w:rPr>
          <w:lang w:val="pl-PL"/>
        </w:rPr>
        <w:t xml:space="preserve">. </w:t>
      </w:r>
      <w:proofErr w:type="spellStart"/>
      <w:r w:rsidRPr="00AD4C67">
        <w:rPr>
          <w:lang w:val="pl-PL"/>
        </w:rPr>
        <w:t>Zákazník</w:t>
      </w:r>
      <w:proofErr w:type="spellEnd"/>
      <w:r w:rsidRPr="00AD4C67">
        <w:rPr>
          <w:lang w:val="pl-PL"/>
        </w:rPr>
        <w:t xml:space="preserve"> </w:t>
      </w:r>
      <w:proofErr w:type="spellStart"/>
      <w:r w:rsidRPr="00AD4C67">
        <w:rPr>
          <w:lang w:val="pl-PL"/>
        </w:rPr>
        <w:t>přijetím</w:t>
      </w:r>
      <w:proofErr w:type="spellEnd"/>
      <w:r w:rsidRPr="00AD4C67">
        <w:rPr>
          <w:lang w:val="pl-PL"/>
        </w:rPr>
        <w:t xml:space="preserve"> VOP </w:t>
      </w:r>
      <w:proofErr w:type="spellStart"/>
      <w:r w:rsidRPr="00AD4C67">
        <w:rPr>
          <w:lang w:val="pl-PL"/>
        </w:rPr>
        <w:t>neuděluje</w:t>
      </w:r>
      <w:proofErr w:type="spellEnd"/>
      <w:r w:rsidRPr="00AD4C67">
        <w:rPr>
          <w:lang w:val="pl-PL"/>
        </w:rPr>
        <w:t xml:space="preserve"> </w:t>
      </w:r>
      <w:proofErr w:type="spellStart"/>
      <w:r w:rsidRPr="00AD4C67">
        <w:rPr>
          <w:lang w:val="pl-PL"/>
        </w:rPr>
        <w:t>souhlas</w:t>
      </w:r>
      <w:proofErr w:type="spellEnd"/>
      <w:r w:rsidRPr="00AD4C67">
        <w:rPr>
          <w:lang w:val="pl-PL"/>
        </w:rPr>
        <w:t xml:space="preserve"> s </w:t>
      </w:r>
      <w:proofErr w:type="spellStart"/>
      <w:r w:rsidRPr="00AD4C67">
        <w:rPr>
          <w:lang w:val="pl-PL"/>
        </w:rPr>
        <w:t>podobiznou</w:t>
      </w:r>
      <w:proofErr w:type="spellEnd"/>
      <w:r w:rsidRPr="00AD4C67">
        <w:rPr>
          <w:lang w:val="pl-PL"/>
        </w:rPr>
        <w:t xml:space="preserve"> za </w:t>
      </w:r>
      <w:proofErr w:type="spellStart"/>
      <w:r w:rsidRPr="00AD4C67">
        <w:rPr>
          <w:lang w:val="pl-PL"/>
        </w:rPr>
        <w:t>ostatní</w:t>
      </w:r>
      <w:proofErr w:type="spellEnd"/>
      <w:r w:rsidRPr="00AD4C67">
        <w:rPr>
          <w:lang w:val="pl-PL"/>
        </w:rPr>
        <w:t xml:space="preserve"> hosty. </w:t>
      </w:r>
      <w:proofErr w:type="spellStart"/>
      <w:r w:rsidRPr="00AD4C67">
        <w:rPr>
          <w:lang w:val="pl-PL"/>
        </w:rPr>
        <w:t>Odmítnutí</w:t>
      </w:r>
      <w:proofErr w:type="spellEnd"/>
      <w:r w:rsidRPr="00AD4C67">
        <w:rPr>
          <w:lang w:val="pl-PL"/>
        </w:rPr>
        <w:t xml:space="preserve"> marketingu </w:t>
      </w:r>
      <w:proofErr w:type="spellStart"/>
      <w:r w:rsidRPr="00AD4C67">
        <w:rPr>
          <w:lang w:val="pl-PL"/>
        </w:rPr>
        <w:t>či</w:t>
      </w:r>
      <w:proofErr w:type="spellEnd"/>
      <w:r w:rsidRPr="00AD4C67">
        <w:rPr>
          <w:lang w:val="pl-PL"/>
        </w:rPr>
        <w:t xml:space="preserve"> </w:t>
      </w:r>
      <w:proofErr w:type="spellStart"/>
      <w:r w:rsidRPr="00AD4C67">
        <w:rPr>
          <w:lang w:val="pl-PL"/>
        </w:rPr>
        <w:t>fotografování</w:t>
      </w:r>
      <w:proofErr w:type="spellEnd"/>
      <w:r w:rsidRPr="00AD4C67">
        <w:rPr>
          <w:lang w:val="pl-PL"/>
        </w:rPr>
        <w:t xml:space="preserve"> </w:t>
      </w:r>
      <w:proofErr w:type="spellStart"/>
      <w:r w:rsidRPr="00AD4C67">
        <w:rPr>
          <w:lang w:val="pl-PL"/>
        </w:rPr>
        <w:t>nebrání</w:t>
      </w:r>
      <w:proofErr w:type="spellEnd"/>
      <w:r w:rsidRPr="00AD4C67">
        <w:rPr>
          <w:lang w:val="pl-PL"/>
        </w:rPr>
        <w:t xml:space="preserve"> </w:t>
      </w:r>
      <w:proofErr w:type="spellStart"/>
      <w:r w:rsidRPr="00AD4C67">
        <w:rPr>
          <w:lang w:val="pl-PL"/>
        </w:rPr>
        <w:t>objednání</w:t>
      </w:r>
      <w:proofErr w:type="spellEnd"/>
      <w:r w:rsidRPr="00AD4C67">
        <w:rPr>
          <w:lang w:val="pl-PL"/>
        </w:rPr>
        <w:t xml:space="preserve"> </w:t>
      </w:r>
      <w:proofErr w:type="spellStart"/>
      <w:r w:rsidRPr="00AD4C67">
        <w:rPr>
          <w:lang w:val="pl-PL"/>
        </w:rPr>
        <w:t>služby</w:t>
      </w:r>
      <w:proofErr w:type="spellEnd"/>
      <w:r w:rsidRPr="00AD4C67">
        <w:rPr>
          <w:lang w:val="pl-PL"/>
        </w:rPr>
        <w:t>.</w:t>
      </w:r>
    </w:p>
    <w:p w14:paraId="22719720" w14:textId="77777777" w:rsidR="006C464F" w:rsidRPr="00AD4C67" w:rsidRDefault="00000000">
      <w:pPr>
        <w:pStyle w:val="Nadpis1"/>
        <w:rPr>
          <w:lang w:val="pl-PL"/>
        </w:rPr>
      </w:pPr>
      <w:r w:rsidRPr="00AD4C67">
        <w:rPr>
          <w:lang w:val="pl-PL"/>
        </w:rPr>
        <w:t xml:space="preserve">14 </w:t>
      </w:r>
      <w:proofErr w:type="spellStart"/>
      <w:r w:rsidRPr="00AD4C67">
        <w:rPr>
          <w:lang w:val="pl-PL"/>
        </w:rPr>
        <w:t>Závěrečná</w:t>
      </w:r>
      <w:proofErr w:type="spellEnd"/>
      <w:r w:rsidRPr="00AD4C67">
        <w:rPr>
          <w:lang w:val="pl-PL"/>
        </w:rPr>
        <w:t xml:space="preserve"> </w:t>
      </w:r>
      <w:proofErr w:type="spellStart"/>
      <w:r w:rsidRPr="00AD4C67">
        <w:rPr>
          <w:lang w:val="pl-PL"/>
        </w:rPr>
        <w:t>ustanovení</w:t>
      </w:r>
      <w:proofErr w:type="spellEnd"/>
    </w:p>
    <w:p w14:paraId="7ABF6171" w14:textId="77777777" w:rsidR="006C464F" w:rsidRPr="00AD4C67" w:rsidRDefault="00000000">
      <w:pPr>
        <w:rPr>
          <w:lang w:val="pl-PL"/>
        </w:rPr>
      </w:pPr>
      <w:r w:rsidRPr="00AD4C67">
        <w:rPr>
          <w:lang w:val="pl-PL"/>
        </w:rPr>
        <w:t xml:space="preserve">14.1. </w:t>
      </w:r>
      <w:proofErr w:type="spellStart"/>
      <w:r w:rsidRPr="00AD4C67">
        <w:rPr>
          <w:lang w:val="pl-PL"/>
        </w:rPr>
        <w:t>Smlouva</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řídí</w:t>
      </w:r>
      <w:proofErr w:type="spellEnd"/>
      <w:r w:rsidRPr="00AD4C67">
        <w:rPr>
          <w:lang w:val="pl-PL"/>
        </w:rPr>
        <w:t xml:space="preserve"> </w:t>
      </w:r>
      <w:proofErr w:type="spellStart"/>
      <w:r w:rsidRPr="00AD4C67">
        <w:rPr>
          <w:lang w:val="pl-PL"/>
        </w:rPr>
        <w:t>právem</w:t>
      </w:r>
      <w:proofErr w:type="spellEnd"/>
      <w:r w:rsidRPr="00AD4C67">
        <w:rPr>
          <w:lang w:val="pl-PL"/>
        </w:rPr>
        <w:t xml:space="preserve"> České </w:t>
      </w:r>
      <w:proofErr w:type="spellStart"/>
      <w:r w:rsidRPr="00AD4C67">
        <w:rPr>
          <w:lang w:val="pl-PL"/>
        </w:rPr>
        <w:t>republiky</w:t>
      </w:r>
      <w:proofErr w:type="spellEnd"/>
      <w:r w:rsidRPr="00AD4C67">
        <w:rPr>
          <w:lang w:val="pl-PL"/>
        </w:rPr>
        <w:t xml:space="preserve">. </w:t>
      </w:r>
      <w:proofErr w:type="spellStart"/>
      <w:r w:rsidRPr="00AD4C67">
        <w:rPr>
          <w:lang w:val="pl-PL"/>
        </w:rPr>
        <w:t>Volba</w:t>
      </w:r>
      <w:proofErr w:type="spellEnd"/>
      <w:r w:rsidRPr="00AD4C67">
        <w:rPr>
          <w:lang w:val="pl-PL"/>
        </w:rPr>
        <w:t xml:space="preserve"> </w:t>
      </w:r>
      <w:proofErr w:type="spellStart"/>
      <w:r w:rsidRPr="00AD4C67">
        <w:rPr>
          <w:lang w:val="pl-PL"/>
        </w:rPr>
        <w:t>práva</w:t>
      </w:r>
      <w:proofErr w:type="spellEnd"/>
      <w:r w:rsidRPr="00AD4C67">
        <w:rPr>
          <w:lang w:val="pl-PL"/>
        </w:rPr>
        <w:t xml:space="preserve"> </w:t>
      </w:r>
      <w:proofErr w:type="spellStart"/>
      <w:r w:rsidRPr="00AD4C67">
        <w:rPr>
          <w:lang w:val="pl-PL"/>
        </w:rPr>
        <w:t>nesmí</w:t>
      </w:r>
      <w:proofErr w:type="spellEnd"/>
      <w:r w:rsidRPr="00AD4C67">
        <w:rPr>
          <w:lang w:val="pl-PL"/>
        </w:rPr>
        <w:t xml:space="preserve"> </w:t>
      </w:r>
      <w:proofErr w:type="spellStart"/>
      <w:r w:rsidRPr="00AD4C67">
        <w:rPr>
          <w:lang w:val="pl-PL"/>
        </w:rPr>
        <w:t>spotřebitele</w:t>
      </w:r>
      <w:proofErr w:type="spellEnd"/>
      <w:r w:rsidRPr="00AD4C67">
        <w:rPr>
          <w:lang w:val="pl-PL"/>
        </w:rPr>
        <w:t xml:space="preserve"> </w:t>
      </w:r>
      <w:proofErr w:type="spellStart"/>
      <w:r w:rsidRPr="00AD4C67">
        <w:rPr>
          <w:lang w:val="pl-PL"/>
        </w:rPr>
        <w:t>zbavit</w:t>
      </w:r>
      <w:proofErr w:type="spellEnd"/>
      <w:r w:rsidRPr="00AD4C67">
        <w:rPr>
          <w:lang w:val="pl-PL"/>
        </w:rPr>
        <w:t xml:space="preserve"> ochrany </w:t>
      </w:r>
      <w:proofErr w:type="spellStart"/>
      <w:r w:rsidRPr="00AD4C67">
        <w:rPr>
          <w:lang w:val="pl-PL"/>
        </w:rPr>
        <w:t>přiznané</w:t>
      </w:r>
      <w:proofErr w:type="spellEnd"/>
      <w:r w:rsidRPr="00AD4C67">
        <w:rPr>
          <w:lang w:val="pl-PL"/>
        </w:rPr>
        <w:t xml:space="preserve"> </w:t>
      </w:r>
      <w:proofErr w:type="spellStart"/>
      <w:r w:rsidRPr="00AD4C67">
        <w:rPr>
          <w:lang w:val="pl-PL"/>
        </w:rPr>
        <w:t>závaznými</w:t>
      </w:r>
      <w:proofErr w:type="spellEnd"/>
      <w:r w:rsidRPr="00AD4C67">
        <w:rPr>
          <w:lang w:val="pl-PL"/>
        </w:rPr>
        <w:t xml:space="preserve"> </w:t>
      </w:r>
      <w:proofErr w:type="spellStart"/>
      <w:r w:rsidRPr="00AD4C67">
        <w:rPr>
          <w:lang w:val="pl-PL"/>
        </w:rPr>
        <w:t>ustanoveními</w:t>
      </w:r>
      <w:proofErr w:type="spellEnd"/>
      <w:r w:rsidRPr="00AD4C67">
        <w:rPr>
          <w:lang w:val="pl-PL"/>
        </w:rPr>
        <w:t xml:space="preserve"> </w:t>
      </w:r>
      <w:proofErr w:type="spellStart"/>
      <w:r w:rsidRPr="00AD4C67">
        <w:rPr>
          <w:lang w:val="pl-PL"/>
        </w:rPr>
        <w:t>práva</w:t>
      </w:r>
      <w:proofErr w:type="spellEnd"/>
      <w:r w:rsidRPr="00AD4C67">
        <w:rPr>
          <w:lang w:val="pl-PL"/>
        </w:rPr>
        <w:t xml:space="preserve">, </w:t>
      </w:r>
      <w:proofErr w:type="spellStart"/>
      <w:r w:rsidRPr="00AD4C67">
        <w:rPr>
          <w:lang w:val="pl-PL"/>
        </w:rPr>
        <w:t>která</w:t>
      </w:r>
      <w:proofErr w:type="spellEnd"/>
      <w:r w:rsidRPr="00AD4C67">
        <w:rPr>
          <w:lang w:val="pl-PL"/>
        </w:rPr>
        <w:t xml:space="preserve"> by </w:t>
      </w:r>
      <w:proofErr w:type="spellStart"/>
      <w:r w:rsidRPr="00AD4C67">
        <w:rPr>
          <w:lang w:val="pl-PL"/>
        </w:rPr>
        <w:t>se</w:t>
      </w:r>
      <w:proofErr w:type="spellEnd"/>
      <w:r w:rsidRPr="00AD4C67">
        <w:rPr>
          <w:lang w:val="pl-PL"/>
        </w:rPr>
        <w:t xml:space="preserve"> </w:t>
      </w:r>
      <w:proofErr w:type="spellStart"/>
      <w:r w:rsidRPr="00AD4C67">
        <w:rPr>
          <w:lang w:val="pl-PL"/>
        </w:rPr>
        <w:t>jinak</w:t>
      </w:r>
      <w:proofErr w:type="spellEnd"/>
      <w:r w:rsidRPr="00AD4C67">
        <w:rPr>
          <w:lang w:val="pl-PL"/>
        </w:rPr>
        <w:t xml:space="preserve"> </w:t>
      </w:r>
      <w:proofErr w:type="spellStart"/>
      <w:r w:rsidRPr="00AD4C67">
        <w:rPr>
          <w:lang w:val="pl-PL"/>
        </w:rPr>
        <w:t>použila</w:t>
      </w:r>
      <w:proofErr w:type="spellEnd"/>
      <w:r w:rsidRPr="00AD4C67">
        <w:rPr>
          <w:lang w:val="pl-PL"/>
        </w:rPr>
        <w:t xml:space="preserve">. </w:t>
      </w:r>
      <w:proofErr w:type="spellStart"/>
      <w:r w:rsidRPr="00AD4C67">
        <w:rPr>
          <w:lang w:val="pl-PL"/>
        </w:rPr>
        <w:t>Zákonná</w:t>
      </w:r>
      <w:proofErr w:type="spellEnd"/>
      <w:r w:rsidRPr="00AD4C67">
        <w:rPr>
          <w:lang w:val="pl-PL"/>
        </w:rPr>
        <w:t xml:space="preserve"> </w:t>
      </w:r>
      <w:proofErr w:type="spellStart"/>
      <w:r w:rsidRPr="00AD4C67">
        <w:rPr>
          <w:lang w:val="pl-PL"/>
        </w:rPr>
        <w:t>pravidla</w:t>
      </w:r>
      <w:proofErr w:type="spellEnd"/>
      <w:r w:rsidRPr="00AD4C67">
        <w:rPr>
          <w:lang w:val="pl-PL"/>
        </w:rPr>
        <w:t xml:space="preserve"> </w:t>
      </w:r>
      <w:proofErr w:type="spellStart"/>
      <w:r w:rsidRPr="00AD4C67">
        <w:rPr>
          <w:lang w:val="pl-PL"/>
        </w:rPr>
        <w:t>soudní</w:t>
      </w:r>
      <w:proofErr w:type="spellEnd"/>
      <w:r w:rsidRPr="00AD4C67">
        <w:rPr>
          <w:lang w:val="pl-PL"/>
        </w:rPr>
        <w:t xml:space="preserve"> </w:t>
      </w:r>
      <w:proofErr w:type="spellStart"/>
      <w:r w:rsidRPr="00AD4C67">
        <w:rPr>
          <w:lang w:val="pl-PL"/>
        </w:rPr>
        <w:t>příslušnosti</w:t>
      </w:r>
      <w:proofErr w:type="spellEnd"/>
      <w:r w:rsidRPr="00AD4C67">
        <w:rPr>
          <w:lang w:val="pl-PL"/>
        </w:rPr>
        <w:t xml:space="preserve"> </w:t>
      </w:r>
      <w:proofErr w:type="spellStart"/>
      <w:r w:rsidRPr="00AD4C67">
        <w:rPr>
          <w:lang w:val="pl-PL"/>
        </w:rPr>
        <w:t>nejsou</w:t>
      </w:r>
      <w:proofErr w:type="spellEnd"/>
      <w:r w:rsidRPr="00AD4C67">
        <w:rPr>
          <w:lang w:val="pl-PL"/>
        </w:rPr>
        <w:t xml:space="preserve"> </w:t>
      </w:r>
      <w:proofErr w:type="spellStart"/>
      <w:r w:rsidRPr="00AD4C67">
        <w:rPr>
          <w:lang w:val="pl-PL"/>
        </w:rPr>
        <w:t>těmito</w:t>
      </w:r>
      <w:proofErr w:type="spellEnd"/>
      <w:r w:rsidRPr="00AD4C67">
        <w:rPr>
          <w:lang w:val="pl-PL"/>
        </w:rPr>
        <w:t xml:space="preserve"> VOP </w:t>
      </w:r>
      <w:proofErr w:type="spellStart"/>
      <w:r w:rsidRPr="00AD4C67">
        <w:rPr>
          <w:lang w:val="pl-PL"/>
        </w:rPr>
        <w:t>měněna</w:t>
      </w:r>
      <w:proofErr w:type="spellEnd"/>
      <w:r w:rsidRPr="00AD4C67">
        <w:rPr>
          <w:lang w:val="pl-PL"/>
        </w:rPr>
        <w:t>.</w:t>
      </w:r>
    </w:p>
    <w:p w14:paraId="1B0A1C72" w14:textId="77777777" w:rsidR="006C464F" w:rsidRPr="00AD4C67" w:rsidRDefault="00000000">
      <w:pPr>
        <w:rPr>
          <w:lang w:val="pl-PL"/>
        </w:rPr>
      </w:pPr>
      <w:r w:rsidRPr="00AD4C67">
        <w:rPr>
          <w:lang w:val="pl-PL"/>
        </w:rPr>
        <w:t xml:space="preserve">14.2. Pro </w:t>
      </w:r>
      <w:proofErr w:type="spellStart"/>
      <w:r w:rsidRPr="00AD4C67">
        <w:rPr>
          <w:lang w:val="pl-PL"/>
        </w:rPr>
        <w:t>konkrétní</w:t>
      </w:r>
      <w:proofErr w:type="spellEnd"/>
      <w:r w:rsidRPr="00AD4C67">
        <w:rPr>
          <w:lang w:val="pl-PL"/>
        </w:rPr>
        <w:t xml:space="preserve"> </w:t>
      </w:r>
      <w:proofErr w:type="spellStart"/>
      <w:r w:rsidRPr="00AD4C67">
        <w:rPr>
          <w:lang w:val="pl-PL"/>
        </w:rPr>
        <w:t>smlouvu</w:t>
      </w:r>
      <w:proofErr w:type="spellEnd"/>
      <w:r w:rsidRPr="00AD4C67">
        <w:rPr>
          <w:lang w:val="pl-PL"/>
        </w:rPr>
        <w:t xml:space="preserve"> </w:t>
      </w:r>
      <w:proofErr w:type="spellStart"/>
      <w:r w:rsidRPr="00AD4C67">
        <w:rPr>
          <w:lang w:val="pl-PL"/>
        </w:rPr>
        <w:t>platí</w:t>
      </w:r>
      <w:proofErr w:type="spellEnd"/>
      <w:r w:rsidRPr="00AD4C67">
        <w:rPr>
          <w:lang w:val="pl-PL"/>
        </w:rPr>
        <w:t xml:space="preserve"> </w:t>
      </w:r>
      <w:proofErr w:type="spellStart"/>
      <w:r w:rsidRPr="00AD4C67">
        <w:rPr>
          <w:lang w:val="pl-PL"/>
        </w:rPr>
        <w:t>verze</w:t>
      </w:r>
      <w:proofErr w:type="spellEnd"/>
      <w:r w:rsidRPr="00AD4C67">
        <w:rPr>
          <w:lang w:val="pl-PL"/>
        </w:rPr>
        <w:t xml:space="preserve"> VOP </w:t>
      </w:r>
      <w:proofErr w:type="spellStart"/>
      <w:r w:rsidRPr="00AD4C67">
        <w:rPr>
          <w:lang w:val="pl-PL"/>
        </w:rPr>
        <w:t>předložená</w:t>
      </w:r>
      <w:proofErr w:type="spellEnd"/>
      <w:r w:rsidRPr="00AD4C67">
        <w:rPr>
          <w:lang w:val="pl-PL"/>
        </w:rPr>
        <w:t xml:space="preserve"> </w:t>
      </w:r>
      <w:proofErr w:type="spellStart"/>
      <w:r w:rsidRPr="00AD4C67">
        <w:rPr>
          <w:lang w:val="pl-PL"/>
        </w:rPr>
        <w:t>před</w:t>
      </w:r>
      <w:proofErr w:type="spellEnd"/>
      <w:r w:rsidRPr="00AD4C67">
        <w:rPr>
          <w:lang w:val="pl-PL"/>
        </w:rPr>
        <w:t xml:space="preserve"> </w:t>
      </w:r>
      <w:proofErr w:type="spellStart"/>
      <w:r w:rsidRPr="00AD4C67">
        <w:rPr>
          <w:lang w:val="pl-PL"/>
        </w:rPr>
        <w:t>jejím</w:t>
      </w:r>
      <w:proofErr w:type="spellEnd"/>
      <w:r w:rsidRPr="00AD4C67">
        <w:rPr>
          <w:lang w:val="pl-PL"/>
        </w:rPr>
        <w:t xml:space="preserve"> </w:t>
      </w:r>
      <w:proofErr w:type="spellStart"/>
      <w:r w:rsidRPr="00AD4C67">
        <w:rPr>
          <w:lang w:val="pl-PL"/>
        </w:rPr>
        <w:t>uzavřením</w:t>
      </w:r>
      <w:proofErr w:type="spellEnd"/>
      <w:r w:rsidRPr="00AD4C67">
        <w:rPr>
          <w:lang w:val="pl-PL"/>
        </w:rPr>
        <w:t xml:space="preserve"> a </w:t>
      </w:r>
      <w:proofErr w:type="spellStart"/>
      <w:r w:rsidRPr="00AD4C67">
        <w:rPr>
          <w:lang w:val="pl-PL"/>
        </w:rPr>
        <w:t>začleněná</w:t>
      </w:r>
      <w:proofErr w:type="spellEnd"/>
      <w:r w:rsidRPr="00AD4C67">
        <w:rPr>
          <w:lang w:val="pl-PL"/>
        </w:rPr>
        <w:t xml:space="preserve"> do </w:t>
      </w:r>
      <w:proofErr w:type="spellStart"/>
      <w:r w:rsidRPr="00AD4C67">
        <w:rPr>
          <w:lang w:val="pl-PL"/>
        </w:rPr>
        <w:t>smlouvy</w:t>
      </w:r>
      <w:proofErr w:type="spellEnd"/>
      <w:r w:rsidRPr="00AD4C67">
        <w:rPr>
          <w:lang w:val="pl-PL"/>
        </w:rPr>
        <w:t xml:space="preserve">. </w:t>
      </w:r>
      <w:proofErr w:type="spellStart"/>
      <w:r w:rsidRPr="00AD4C67">
        <w:rPr>
          <w:lang w:val="pl-PL"/>
        </w:rPr>
        <w:t>Pozdější</w:t>
      </w:r>
      <w:proofErr w:type="spellEnd"/>
      <w:r w:rsidRPr="00AD4C67">
        <w:rPr>
          <w:lang w:val="pl-PL"/>
        </w:rPr>
        <w:t xml:space="preserve"> </w:t>
      </w:r>
      <w:proofErr w:type="spellStart"/>
      <w:r w:rsidRPr="00AD4C67">
        <w:rPr>
          <w:lang w:val="pl-PL"/>
        </w:rPr>
        <w:t>aktualizace</w:t>
      </w:r>
      <w:proofErr w:type="spellEnd"/>
      <w:r w:rsidRPr="00AD4C67">
        <w:rPr>
          <w:lang w:val="pl-PL"/>
        </w:rPr>
        <w:t xml:space="preserve"> </w:t>
      </w:r>
      <w:proofErr w:type="spellStart"/>
      <w:r w:rsidRPr="00AD4C67">
        <w:rPr>
          <w:lang w:val="pl-PL"/>
        </w:rPr>
        <w:t>webových</w:t>
      </w:r>
      <w:proofErr w:type="spellEnd"/>
      <w:r w:rsidRPr="00AD4C67">
        <w:rPr>
          <w:lang w:val="pl-PL"/>
        </w:rPr>
        <w:t xml:space="preserve"> VOP </w:t>
      </w:r>
      <w:proofErr w:type="spellStart"/>
      <w:r w:rsidRPr="00AD4C67">
        <w:rPr>
          <w:lang w:val="pl-PL"/>
        </w:rPr>
        <w:t>již</w:t>
      </w:r>
      <w:proofErr w:type="spellEnd"/>
      <w:r w:rsidRPr="00AD4C67">
        <w:rPr>
          <w:lang w:val="pl-PL"/>
        </w:rPr>
        <w:t xml:space="preserve"> </w:t>
      </w:r>
      <w:proofErr w:type="spellStart"/>
      <w:r w:rsidRPr="00AD4C67">
        <w:rPr>
          <w:lang w:val="pl-PL"/>
        </w:rPr>
        <w:t>uzavřené</w:t>
      </w:r>
      <w:proofErr w:type="spellEnd"/>
      <w:r w:rsidRPr="00AD4C67">
        <w:rPr>
          <w:lang w:val="pl-PL"/>
        </w:rPr>
        <w:t xml:space="preserve"> </w:t>
      </w:r>
      <w:proofErr w:type="spellStart"/>
      <w:r w:rsidRPr="00AD4C67">
        <w:rPr>
          <w:lang w:val="pl-PL"/>
        </w:rPr>
        <w:t>smlouvy</w:t>
      </w:r>
      <w:proofErr w:type="spellEnd"/>
      <w:r w:rsidRPr="00AD4C67">
        <w:rPr>
          <w:lang w:val="pl-PL"/>
        </w:rPr>
        <w:t xml:space="preserve"> </w:t>
      </w:r>
      <w:proofErr w:type="spellStart"/>
      <w:r w:rsidRPr="00AD4C67">
        <w:rPr>
          <w:lang w:val="pl-PL"/>
        </w:rPr>
        <w:t>jednostranně</w:t>
      </w:r>
      <w:proofErr w:type="spellEnd"/>
      <w:r w:rsidRPr="00AD4C67">
        <w:rPr>
          <w:lang w:val="pl-PL"/>
        </w:rPr>
        <w:t xml:space="preserve"> </w:t>
      </w:r>
      <w:proofErr w:type="spellStart"/>
      <w:r w:rsidRPr="00AD4C67">
        <w:rPr>
          <w:lang w:val="pl-PL"/>
        </w:rPr>
        <w:t>nemění</w:t>
      </w:r>
      <w:proofErr w:type="spellEnd"/>
      <w:r w:rsidRPr="00AD4C67">
        <w:rPr>
          <w:lang w:val="pl-PL"/>
        </w:rPr>
        <w:t>.</w:t>
      </w:r>
    </w:p>
    <w:p w14:paraId="6DF20692" w14:textId="77777777" w:rsidR="006C464F" w:rsidRPr="00AD4C67" w:rsidRDefault="00000000">
      <w:pPr>
        <w:rPr>
          <w:lang w:val="pl-PL"/>
        </w:rPr>
      </w:pPr>
      <w:r w:rsidRPr="00AD4C67">
        <w:rPr>
          <w:lang w:val="pl-PL"/>
        </w:rPr>
        <w:t xml:space="preserve">14.3. Tyto VOP </w:t>
      </w:r>
      <w:proofErr w:type="spellStart"/>
      <w:r w:rsidRPr="00AD4C67">
        <w:rPr>
          <w:lang w:val="pl-PL"/>
        </w:rPr>
        <w:t>nabývají</w:t>
      </w:r>
      <w:proofErr w:type="spellEnd"/>
      <w:r w:rsidRPr="00AD4C67">
        <w:rPr>
          <w:lang w:val="pl-PL"/>
        </w:rPr>
        <w:t xml:space="preserve"> </w:t>
      </w:r>
      <w:proofErr w:type="spellStart"/>
      <w:r w:rsidRPr="00AD4C67">
        <w:rPr>
          <w:lang w:val="pl-PL"/>
        </w:rPr>
        <w:t>účinnosti</w:t>
      </w:r>
      <w:proofErr w:type="spellEnd"/>
      <w:r w:rsidRPr="00AD4C67">
        <w:rPr>
          <w:lang w:val="pl-PL"/>
        </w:rPr>
        <w:t xml:space="preserve"> </w:t>
      </w:r>
      <w:proofErr w:type="spellStart"/>
      <w:r w:rsidRPr="00AD4C67">
        <w:rPr>
          <w:lang w:val="pl-PL"/>
        </w:rPr>
        <w:t>dne</w:t>
      </w:r>
      <w:proofErr w:type="spellEnd"/>
      <w:r w:rsidRPr="00AD4C67">
        <w:rPr>
          <w:lang w:val="pl-PL"/>
        </w:rPr>
        <w:t xml:space="preserve"> 1. 10. 2026.</w:t>
      </w:r>
    </w:p>
    <w:p w14:paraId="78F301FA" w14:textId="77777777" w:rsidR="006C464F" w:rsidRPr="00AD4C67" w:rsidRDefault="00000000">
      <w:pPr>
        <w:pStyle w:val="Nadpis1"/>
        <w:rPr>
          <w:lang w:val="pl-PL"/>
        </w:rPr>
      </w:pPr>
      <w:r w:rsidRPr="00AD4C67">
        <w:rPr>
          <w:lang w:val="pl-PL"/>
        </w:rPr>
        <w:t xml:space="preserve">15 </w:t>
      </w:r>
      <w:proofErr w:type="spellStart"/>
      <w:r w:rsidRPr="00AD4C67">
        <w:rPr>
          <w:lang w:val="pl-PL"/>
        </w:rPr>
        <w:t>Dárkové</w:t>
      </w:r>
      <w:proofErr w:type="spellEnd"/>
      <w:r w:rsidRPr="00AD4C67">
        <w:rPr>
          <w:lang w:val="pl-PL"/>
        </w:rPr>
        <w:t xml:space="preserve"> </w:t>
      </w:r>
      <w:proofErr w:type="spellStart"/>
      <w:r w:rsidRPr="00AD4C67">
        <w:rPr>
          <w:lang w:val="pl-PL"/>
        </w:rPr>
        <w:t>poukazy</w:t>
      </w:r>
      <w:proofErr w:type="spellEnd"/>
    </w:p>
    <w:p w14:paraId="1D9FC63D" w14:textId="298CF6D8" w:rsidR="006C464F" w:rsidRPr="00AD4C67" w:rsidRDefault="00000000">
      <w:pPr>
        <w:rPr>
          <w:lang w:val="pl-PL"/>
        </w:rPr>
      </w:pPr>
      <w:r w:rsidRPr="00AD4C67">
        <w:rPr>
          <w:lang w:val="pl-PL"/>
        </w:rPr>
        <w:t xml:space="preserve">15.1. </w:t>
      </w:r>
      <w:proofErr w:type="spellStart"/>
      <w:r w:rsidRPr="00AD4C67">
        <w:rPr>
          <w:lang w:val="pl-PL"/>
        </w:rPr>
        <w:t>Poskytovatel</w:t>
      </w:r>
      <w:proofErr w:type="spellEnd"/>
      <w:r w:rsidRPr="00AD4C67">
        <w:rPr>
          <w:lang w:val="pl-PL"/>
        </w:rPr>
        <w:t xml:space="preserve"> </w:t>
      </w:r>
      <w:proofErr w:type="spellStart"/>
      <w:r w:rsidRPr="00AD4C67">
        <w:rPr>
          <w:lang w:val="pl-PL"/>
        </w:rPr>
        <w:t>nabízí</w:t>
      </w:r>
      <w:proofErr w:type="spellEnd"/>
      <w:r w:rsidRPr="00AD4C67">
        <w:rPr>
          <w:lang w:val="pl-PL"/>
        </w:rPr>
        <w:t xml:space="preserve"> </w:t>
      </w:r>
      <w:proofErr w:type="spellStart"/>
      <w:r w:rsidRPr="00AD4C67">
        <w:rPr>
          <w:lang w:val="pl-PL"/>
        </w:rPr>
        <w:t>hodnotové</w:t>
      </w:r>
      <w:proofErr w:type="spellEnd"/>
      <w:r w:rsidRPr="00AD4C67">
        <w:rPr>
          <w:lang w:val="pl-PL"/>
        </w:rPr>
        <w:t xml:space="preserve"> </w:t>
      </w:r>
      <w:proofErr w:type="spellStart"/>
      <w:r w:rsidRPr="00AD4C67">
        <w:rPr>
          <w:lang w:val="pl-PL"/>
        </w:rPr>
        <w:t>poukazy</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poukazy</w:t>
      </w:r>
      <w:proofErr w:type="spellEnd"/>
      <w:r w:rsidRPr="00AD4C67">
        <w:rPr>
          <w:lang w:val="pl-PL"/>
        </w:rPr>
        <w:t xml:space="preserve"> na </w:t>
      </w:r>
      <w:proofErr w:type="spellStart"/>
      <w:r w:rsidRPr="00AD4C67">
        <w:rPr>
          <w:lang w:val="pl-PL"/>
        </w:rPr>
        <w:t>konkrétní</w:t>
      </w:r>
      <w:proofErr w:type="spellEnd"/>
      <w:r w:rsidRPr="00AD4C67">
        <w:rPr>
          <w:lang w:val="pl-PL"/>
        </w:rPr>
        <w:t xml:space="preserve"> </w:t>
      </w:r>
      <w:proofErr w:type="spellStart"/>
      <w:r w:rsidRPr="00AD4C67">
        <w:rPr>
          <w:lang w:val="pl-PL"/>
        </w:rPr>
        <w:t>službu</w:t>
      </w:r>
      <w:proofErr w:type="spellEnd"/>
      <w:r w:rsidRPr="00AD4C67">
        <w:rPr>
          <w:lang w:val="pl-PL"/>
        </w:rPr>
        <w:t xml:space="preserve">. </w:t>
      </w:r>
      <w:proofErr w:type="spellStart"/>
      <w:r w:rsidRPr="00AD4C67">
        <w:rPr>
          <w:lang w:val="pl-PL"/>
        </w:rPr>
        <w:t>Před</w:t>
      </w:r>
      <w:proofErr w:type="spellEnd"/>
      <w:r w:rsidRPr="00AD4C67">
        <w:rPr>
          <w:lang w:val="pl-PL"/>
        </w:rPr>
        <w:t xml:space="preserve"> </w:t>
      </w:r>
      <w:proofErr w:type="spellStart"/>
      <w:r w:rsidRPr="00AD4C67">
        <w:rPr>
          <w:lang w:val="pl-PL"/>
        </w:rPr>
        <w:t>koupí</w:t>
      </w:r>
      <w:proofErr w:type="spellEnd"/>
      <w:r w:rsidRPr="00AD4C67">
        <w:rPr>
          <w:lang w:val="pl-PL"/>
        </w:rPr>
        <w:t xml:space="preserve"> </w:t>
      </w:r>
      <w:proofErr w:type="spellStart"/>
      <w:r w:rsidRPr="00AD4C67">
        <w:rPr>
          <w:lang w:val="pl-PL"/>
        </w:rPr>
        <w:t>sdělí</w:t>
      </w:r>
      <w:proofErr w:type="spellEnd"/>
      <w:r w:rsidRPr="00AD4C67">
        <w:rPr>
          <w:lang w:val="pl-PL"/>
        </w:rPr>
        <w:t xml:space="preserve"> </w:t>
      </w:r>
      <w:proofErr w:type="spellStart"/>
      <w:r w:rsidRPr="00AD4C67">
        <w:rPr>
          <w:lang w:val="pl-PL"/>
        </w:rPr>
        <w:t>cenu</w:t>
      </w:r>
      <w:proofErr w:type="spellEnd"/>
      <w:r w:rsidRPr="00AD4C67">
        <w:rPr>
          <w:lang w:val="pl-PL"/>
        </w:rPr>
        <w:t xml:space="preserve">, </w:t>
      </w:r>
      <w:proofErr w:type="spellStart"/>
      <w:r w:rsidRPr="00AD4C67">
        <w:rPr>
          <w:lang w:val="pl-PL"/>
        </w:rPr>
        <w:t>obsah</w:t>
      </w:r>
      <w:proofErr w:type="spellEnd"/>
      <w:r w:rsidRPr="00AD4C67">
        <w:rPr>
          <w:lang w:val="pl-PL"/>
        </w:rPr>
        <w:t xml:space="preserve"> </w:t>
      </w:r>
      <w:proofErr w:type="spellStart"/>
      <w:r w:rsidRPr="00AD4C67">
        <w:rPr>
          <w:lang w:val="pl-PL"/>
        </w:rPr>
        <w:t>či</w:t>
      </w:r>
      <w:proofErr w:type="spellEnd"/>
      <w:r w:rsidRPr="00AD4C67">
        <w:rPr>
          <w:lang w:val="pl-PL"/>
        </w:rPr>
        <w:t xml:space="preserve"> </w:t>
      </w:r>
      <w:proofErr w:type="spellStart"/>
      <w:r w:rsidRPr="00AD4C67">
        <w:rPr>
          <w:lang w:val="pl-PL"/>
        </w:rPr>
        <w:t>hodnotu</w:t>
      </w:r>
      <w:proofErr w:type="spellEnd"/>
      <w:r w:rsidRPr="00AD4C67">
        <w:rPr>
          <w:lang w:val="pl-PL"/>
        </w:rPr>
        <w:t xml:space="preserve">, </w:t>
      </w:r>
      <w:proofErr w:type="spellStart"/>
      <w:r w:rsidRPr="00AD4C67">
        <w:rPr>
          <w:lang w:val="pl-PL"/>
        </w:rPr>
        <w:t>dobu</w:t>
      </w:r>
      <w:proofErr w:type="spellEnd"/>
      <w:r w:rsidRPr="00AD4C67">
        <w:rPr>
          <w:lang w:val="pl-PL"/>
        </w:rPr>
        <w:t xml:space="preserve"> </w:t>
      </w:r>
      <w:proofErr w:type="spellStart"/>
      <w:r w:rsidRPr="00AD4C67">
        <w:rPr>
          <w:lang w:val="pl-PL"/>
        </w:rPr>
        <w:t>platnosti</w:t>
      </w:r>
      <w:proofErr w:type="spellEnd"/>
      <w:r w:rsidRPr="00AD4C67">
        <w:rPr>
          <w:lang w:val="pl-PL"/>
        </w:rPr>
        <w:t xml:space="preserve">, </w:t>
      </w:r>
      <w:proofErr w:type="spellStart"/>
      <w:r w:rsidRPr="00AD4C67">
        <w:rPr>
          <w:lang w:val="pl-PL"/>
        </w:rPr>
        <w:t>způsob</w:t>
      </w:r>
      <w:proofErr w:type="spellEnd"/>
      <w:r w:rsidRPr="00AD4C67">
        <w:rPr>
          <w:lang w:val="pl-PL"/>
        </w:rPr>
        <w:t xml:space="preserve"> </w:t>
      </w:r>
      <w:proofErr w:type="spellStart"/>
      <w:r w:rsidRPr="00AD4C67">
        <w:rPr>
          <w:lang w:val="pl-PL"/>
        </w:rPr>
        <w:t>doručení</w:t>
      </w:r>
      <w:proofErr w:type="spellEnd"/>
      <w:r w:rsidRPr="00AD4C67">
        <w:rPr>
          <w:lang w:val="pl-PL"/>
        </w:rPr>
        <w:t xml:space="preserve"> a </w:t>
      </w:r>
      <w:proofErr w:type="spellStart"/>
      <w:r w:rsidRPr="00AD4C67">
        <w:rPr>
          <w:lang w:val="pl-PL"/>
        </w:rPr>
        <w:t>uplatnění</w:t>
      </w:r>
      <w:proofErr w:type="spellEnd"/>
      <w:r w:rsidRPr="00AD4C67">
        <w:rPr>
          <w:lang w:val="pl-PL"/>
        </w:rPr>
        <w:t xml:space="preserve">, </w:t>
      </w:r>
      <w:proofErr w:type="spellStart"/>
      <w:r w:rsidRPr="00AD4C67">
        <w:rPr>
          <w:lang w:val="pl-PL"/>
        </w:rPr>
        <w:t>převoditelnost</w:t>
      </w:r>
      <w:proofErr w:type="spellEnd"/>
      <w:r w:rsidRPr="00AD4C67">
        <w:rPr>
          <w:lang w:val="pl-PL"/>
        </w:rPr>
        <w:t xml:space="preserve"> a </w:t>
      </w:r>
      <w:proofErr w:type="spellStart"/>
      <w:r w:rsidRPr="00AD4C67">
        <w:rPr>
          <w:lang w:val="pl-PL"/>
        </w:rPr>
        <w:t>případná</w:t>
      </w:r>
      <w:proofErr w:type="spellEnd"/>
      <w:r w:rsidRPr="00AD4C67">
        <w:rPr>
          <w:lang w:val="pl-PL"/>
        </w:rPr>
        <w:t xml:space="preserve"> </w:t>
      </w:r>
      <w:proofErr w:type="spellStart"/>
      <w:r w:rsidRPr="00AD4C67">
        <w:rPr>
          <w:lang w:val="pl-PL"/>
        </w:rPr>
        <w:t>omezení</w:t>
      </w:r>
      <w:proofErr w:type="spellEnd"/>
      <w:r w:rsidRPr="00AD4C67">
        <w:rPr>
          <w:lang w:val="pl-PL"/>
        </w:rPr>
        <w:t xml:space="preserve">. </w:t>
      </w:r>
      <w:proofErr w:type="spellStart"/>
      <w:r w:rsidRPr="00AD4C67">
        <w:rPr>
          <w:lang w:val="pl-PL"/>
        </w:rPr>
        <w:t>Individuálně</w:t>
      </w:r>
      <w:proofErr w:type="spellEnd"/>
      <w:r w:rsidRPr="00AD4C67">
        <w:rPr>
          <w:lang w:val="pl-PL"/>
        </w:rPr>
        <w:t xml:space="preserve"> </w:t>
      </w:r>
      <w:proofErr w:type="spellStart"/>
      <w:r w:rsidRPr="00AD4C67">
        <w:rPr>
          <w:lang w:val="pl-PL"/>
        </w:rPr>
        <w:t>uvedené</w:t>
      </w:r>
      <w:proofErr w:type="spellEnd"/>
      <w:r w:rsidRPr="00AD4C67">
        <w:rPr>
          <w:lang w:val="pl-PL"/>
        </w:rPr>
        <w:t xml:space="preserve"> </w:t>
      </w:r>
      <w:proofErr w:type="spellStart"/>
      <w:r w:rsidRPr="00AD4C67">
        <w:rPr>
          <w:lang w:val="pl-PL"/>
        </w:rPr>
        <w:t>podmínky</w:t>
      </w:r>
      <w:proofErr w:type="spellEnd"/>
      <w:r w:rsidRPr="00AD4C67">
        <w:rPr>
          <w:lang w:val="pl-PL"/>
        </w:rPr>
        <w:t xml:space="preserve"> </w:t>
      </w:r>
      <w:proofErr w:type="spellStart"/>
      <w:r w:rsidRPr="00AD4C67">
        <w:rPr>
          <w:lang w:val="pl-PL"/>
        </w:rPr>
        <w:t>nesmějí</w:t>
      </w:r>
      <w:proofErr w:type="spellEnd"/>
      <w:r w:rsidRPr="00AD4C67">
        <w:rPr>
          <w:lang w:val="pl-PL"/>
        </w:rPr>
        <w:t xml:space="preserve"> </w:t>
      </w:r>
      <w:proofErr w:type="spellStart"/>
      <w:r w:rsidRPr="00AD4C67">
        <w:rPr>
          <w:lang w:val="pl-PL"/>
        </w:rPr>
        <w:t>omezit</w:t>
      </w:r>
      <w:proofErr w:type="spellEnd"/>
      <w:r w:rsidRPr="00AD4C67">
        <w:rPr>
          <w:lang w:val="pl-PL"/>
        </w:rPr>
        <w:t xml:space="preserve"> </w:t>
      </w:r>
      <w:proofErr w:type="spellStart"/>
      <w:r w:rsidRPr="00AD4C67">
        <w:rPr>
          <w:lang w:val="pl-PL"/>
        </w:rPr>
        <w:t>zákonná</w:t>
      </w:r>
      <w:proofErr w:type="spellEnd"/>
      <w:r w:rsidRPr="00AD4C67">
        <w:rPr>
          <w:lang w:val="pl-PL"/>
        </w:rPr>
        <w:t xml:space="preserve"> </w:t>
      </w:r>
      <w:proofErr w:type="spellStart"/>
      <w:r w:rsidRPr="00AD4C67">
        <w:rPr>
          <w:lang w:val="pl-PL"/>
        </w:rPr>
        <w:t>práva</w:t>
      </w:r>
      <w:proofErr w:type="spellEnd"/>
      <w:r w:rsidRPr="00AD4C67">
        <w:rPr>
          <w:lang w:val="pl-PL"/>
        </w:rPr>
        <w:t xml:space="preserve"> </w:t>
      </w:r>
      <w:proofErr w:type="spellStart"/>
      <w:r w:rsidRPr="00AD4C67">
        <w:rPr>
          <w:lang w:val="pl-PL"/>
        </w:rPr>
        <w:t>spotřebitele</w:t>
      </w:r>
      <w:proofErr w:type="spellEnd"/>
      <w:r w:rsidRPr="00AD4C67">
        <w:rPr>
          <w:lang w:val="pl-PL"/>
        </w:rPr>
        <w:t>.</w:t>
      </w:r>
    </w:p>
    <w:p w14:paraId="1584D3BA" w14:textId="77777777" w:rsidR="006C464F" w:rsidRPr="00AD4C67" w:rsidRDefault="00000000">
      <w:pPr>
        <w:rPr>
          <w:lang w:val="pl-PL"/>
        </w:rPr>
      </w:pPr>
      <w:r w:rsidRPr="00AD4C67">
        <w:rPr>
          <w:lang w:val="pl-PL"/>
        </w:rPr>
        <w:t xml:space="preserve">15.2. </w:t>
      </w:r>
      <w:proofErr w:type="spellStart"/>
      <w:r w:rsidRPr="00AD4C67">
        <w:rPr>
          <w:lang w:val="pl-PL"/>
        </w:rPr>
        <w:t>Koupě</w:t>
      </w:r>
      <w:proofErr w:type="spellEnd"/>
      <w:r w:rsidRPr="00AD4C67">
        <w:rPr>
          <w:lang w:val="pl-PL"/>
        </w:rPr>
        <w:t xml:space="preserve"> </w:t>
      </w:r>
      <w:proofErr w:type="spellStart"/>
      <w:r w:rsidRPr="00AD4C67">
        <w:rPr>
          <w:lang w:val="pl-PL"/>
        </w:rPr>
        <w:t>poukazu</w:t>
      </w:r>
      <w:proofErr w:type="spellEnd"/>
      <w:r w:rsidRPr="00AD4C67">
        <w:rPr>
          <w:lang w:val="pl-PL"/>
        </w:rPr>
        <w:t xml:space="preserve"> </w:t>
      </w:r>
      <w:proofErr w:type="spellStart"/>
      <w:r w:rsidRPr="00AD4C67">
        <w:rPr>
          <w:lang w:val="pl-PL"/>
        </w:rPr>
        <w:t>vzniká</w:t>
      </w:r>
      <w:proofErr w:type="spellEnd"/>
      <w:r w:rsidRPr="00AD4C67">
        <w:rPr>
          <w:lang w:val="pl-PL"/>
        </w:rPr>
        <w:t xml:space="preserve"> </w:t>
      </w:r>
      <w:proofErr w:type="spellStart"/>
      <w:r w:rsidRPr="00AD4C67">
        <w:rPr>
          <w:lang w:val="pl-PL"/>
        </w:rPr>
        <w:t>přijetím</w:t>
      </w:r>
      <w:proofErr w:type="spellEnd"/>
      <w:r w:rsidRPr="00AD4C67">
        <w:rPr>
          <w:lang w:val="pl-PL"/>
        </w:rPr>
        <w:t xml:space="preserve"> </w:t>
      </w:r>
      <w:proofErr w:type="spellStart"/>
      <w:r w:rsidRPr="00AD4C67">
        <w:rPr>
          <w:lang w:val="pl-PL"/>
        </w:rPr>
        <w:t>jeho</w:t>
      </w:r>
      <w:proofErr w:type="spellEnd"/>
      <w:r w:rsidRPr="00AD4C67">
        <w:rPr>
          <w:lang w:val="pl-PL"/>
        </w:rPr>
        <w:t xml:space="preserve"> </w:t>
      </w:r>
      <w:proofErr w:type="spellStart"/>
      <w:r w:rsidRPr="00AD4C67">
        <w:rPr>
          <w:lang w:val="pl-PL"/>
        </w:rPr>
        <w:t>úhrady</w:t>
      </w:r>
      <w:proofErr w:type="spellEnd"/>
      <w:r w:rsidRPr="00AD4C67">
        <w:rPr>
          <w:lang w:val="pl-PL"/>
        </w:rPr>
        <w:t xml:space="preserve"> na </w:t>
      </w:r>
      <w:proofErr w:type="spellStart"/>
      <w:r w:rsidRPr="00AD4C67">
        <w:rPr>
          <w:lang w:val="pl-PL"/>
        </w:rPr>
        <w:t>základě</w:t>
      </w:r>
      <w:proofErr w:type="spellEnd"/>
      <w:r w:rsidRPr="00AD4C67">
        <w:rPr>
          <w:lang w:val="pl-PL"/>
        </w:rPr>
        <w:t xml:space="preserve"> </w:t>
      </w:r>
      <w:proofErr w:type="spellStart"/>
      <w:r w:rsidRPr="00AD4C67">
        <w:rPr>
          <w:lang w:val="pl-PL"/>
        </w:rPr>
        <w:t>konkrétní</w:t>
      </w:r>
      <w:proofErr w:type="spellEnd"/>
      <w:r w:rsidRPr="00AD4C67">
        <w:rPr>
          <w:lang w:val="pl-PL"/>
        </w:rPr>
        <w:t xml:space="preserve"> </w:t>
      </w:r>
      <w:proofErr w:type="spellStart"/>
      <w:r w:rsidRPr="00AD4C67">
        <w:rPr>
          <w:lang w:val="pl-PL"/>
        </w:rPr>
        <w:t>nabídky</w:t>
      </w:r>
      <w:proofErr w:type="spellEnd"/>
      <w:r w:rsidRPr="00AD4C67">
        <w:rPr>
          <w:lang w:val="pl-PL"/>
        </w:rPr>
        <w:t xml:space="preserve">, </w:t>
      </w:r>
      <w:proofErr w:type="spellStart"/>
      <w:r w:rsidRPr="00AD4C67">
        <w:rPr>
          <w:lang w:val="pl-PL"/>
        </w:rPr>
        <w:t>není</w:t>
      </w:r>
      <w:proofErr w:type="spellEnd"/>
      <w:r w:rsidRPr="00AD4C67">
        <w:rPr>
          <w:lang w:val="pl-PL"/>
        </w:rPr>
        <w:t xml:space="preserve">-li v </w:t>
      </w:r>
      <w:proofErr w:type="spellStart"/>
      <w:r w:rsidRPr="00AD4C67">
        <w:rPr>
          <w:lang w:val="pl-PL"/>
        </w:rPr>
        <w:t>objednávkovém</w:t>
      </w:r>
      <w:proofErr w:type="spellEnd"/>
      <w:r w:rsidRPr="00AD4C67">
        <w:rPr>
          <w:lang w:val="pl-PL"/>
        </w:rPr>
        <w:t xml:space="preserve"> procesu </w:t>
      </w:r>
      <w:proofErr w:type="spellStart"/>
      <w:r w:rsidRPr="00AD4C67">
        <w:rPr>
          <w:lang w:val="pl-PL"/>
        </w:rPr>
        <w:t>předem</w:t>
      </w:r>
      <w:proofErr w:type="spellEnd"/>
      <w:r w:rsidRPr="00AD4C67">
        <w:rPr>
          <w:lang w:val="pl-PL"/>
        </w:rPr>
        <w:t xml:space="preserve"> </w:t>
      </w:r>
      <w:proofErr w:type="spellStart"/>
      <w:r w:rsidRPr="00AD4C67">
        <w:rPr>
          <w:lang w:val="pl-PL"/>
        </w:rPr>
        <w:t>výslovně</w:t>
      </w:r>
      <w:proofErr w:type="spellEnd"/>
      <w:r w:rsidRPr="00AD4C67">
        <w:rPr>
          <w:lang w:val="pl-PL"/>
        </w:rPr>
        <w:t xml:space="preserve"> </w:t>
      </w:r>
      <w:proofErr w:type="spellStart"/>
      <w:r w:rsidRPr="00AD4C67">
        <w:rPr>
          <w:lang w:val="pl-PL"/>
        </w:rPr>
        <w:t>stanoven</w:t>
      </w:r>
      <w:proofErr w:type="spellEnd"/>
      <w:r w:rsidRPr="00AD4C67">
        <w:rPr>
          <w:lang w:val="pl-PL"/>
        </w:rPr>
        <w:t xml:space="preserve"> </w:t>
      </w:r>
      <w:proofErr w:type="spellStart"/>
      <w:r w:rsidRPr="00AD4C67">
        <w:rPr>
          <w:lang w:val="pl-PL"/>
        </w:rPr>
        <w:t>jiný</w:t>
      </w:r>
      <w:proofErr w:type="spellEnd"/>
      <w:r w:rsidRPr="00AD4C67">
        <w:rPr>
          <w:lang w:val="pl-PL"/>
        </w:rPr>
        <w:t xml:space="preserve"> </w:t>
      </w:r>
      <w:proofErr w:type="spellStart"/>
      <w:r w:rsidRPr="00AD4C67">
        <w:rPr>
          <w:lang w:val="pl-PL"/>
        </w:rPr>
        <w:t>okamžik</w:t>
      </w:r>
      <w:proofErr w:type="spellEnd"/>
      <w:r w:rsidRPr="00AD4C67">
        <w:rPr>
          <w:lang w:val="pl-PL"/>
        </w:rPr>
        <w:t xml:space="preserve"> </w:t>
      </w:r>
      <w:proofErr w:type="spellStart"/>
      <w:r w:rsidRPr="00AD4C67">
        <w:rPr>
          <w:lang w:val="pl-PL"/>
        </w:rPr>
        <w:t>uzavření</w:t>
      </w:r>
      <w:proofErr w:type="spellEnd"/>
      <w:r w:rsidRPr="00AD4C67">
        <w:rPr>
          <w:lang w:val="pl-PL"/>
        </w:rPr>
        <w:t xml:space="preserve"> </w:t>
      </w:r>
      <w:proofErr w:type="spellStart"/>
      <w:r w:rsidRPr="00AD4C67">
        <w:rPr>
          <w:lang w:val="pl-PL"/>
        </w:rPr>
        <w:t>smlouvy</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po </w:t>
      </w:r>
      <w:proofErr w:type="spellStart"/>
      <w:r w:rsidRPr="00AD4C67">
        <w:rPr>
          <w:lang w:val="pl-PL"/>
        </w:rPr>
        <w:t>úhradě</w:t>
      </w:r>
      <w:proofErr w:type="spellEnd"/>
      <w:r w:rsidRPr="00AD4C67">
        <w:rPr>
          <w:lang w:val="pl-PL"/>
        </w:rPr>
        <w:t xml:space="preserve"> </w:t>
      </w:r>
      <w:proofErr w:type="spellStart"/>
      <w:r w:rsidRPr="00AD4C67">
        <w:rPr>
          <w:lang w:val="pl-PL"/>
        </w:rPr>
        <w:t>doručí</w:t>
      </w:r>
      <w:proofErr w:type="spellEnd"/>
      <w:r w:rsidRPr="00AD4C67">
        <w:rPr>
          <w:lang w:val="pl-PL"/>
        </w:rPr>
        <w:t xml:space="preserve"> </w:t>
      </w:r>
      <w:proofErr w:type="spellStart"/>
      <w:r w:rsidRPr="00AD4C67">
        <w:rPr>
          <w:lang w:val="pl-PL"/>
        </w:rPr>
        <w:t>poukaz</w:t>
      </w:r>
      <w:proofErr w:type="spellEnd"/>
      <w:r w:rsidRPr="00AD4C67">
        <w:rPr>
          <w:lang w:val="pl-PL"/>
        </w:rPr>
        <w:t xml:space="preserve"> </w:t>
      </w:r>
      <w:proofErr w:type="spellStart"/>
      <w:r w:rsidRPr="00AD4C67">
        <w:rPr>
          <w:lang w:val="pl-PL"/>
        </w:rPr>
        <w:t>způsobem</w:t>
      </w:r>
      <w:proofErr w:type="spellEnd"/>
      <w:r w:rsidRPr="00AD4C67">
        <w:rPr>
          <w:lang w:val="pl-PL"/>
        </w:rPr>
        <w:t xml:space="preserve"> </w:t>
      </w:r>
      <w:proofErr w:type="spellStart"/>
      <w:r w:rsidRPr="00AD4C67">
        <w:rPr>
          <w:lang w:val="pl-PL"/>
        </w:rPr>
        <w:t>uvedeným</w:t>
      </w:r>
      <w:proofErr w:type="spellEnd"/>
      <w:r w:rsidRPr="00AD4C67">
        <w:rPr>
          <w:lang w:val="pl-PL"/>
        </w:rPr>
        <w:t xml:space="preserve"> v </w:t>
      </w:r>
      <w:proofErr w:type="spellStart"/>
      <w:r w:rsidRPr="00AD4C67">
        <w:rPr>
          <w:lang w:val="pl-PL"/>
        </w:rPr>
        <w:t>nabídce</w:t>
      </w:r>
      <w:proofErr w:type="spellEnd"/>
      <w:r w:rsidRPr="00AD4C67">
        <w:rPr>
          <w:lang w:val="pl-PL"/>
        </w:rPr>
        <w:t xml:space="preserve"> a </w:t>
      </w:r>
      <w:proofErr w:type="spellStart"/>
      <w:r w:rsidRPr="00AD4C67">
        <w:rPr>
          <w:lang w:val="pl-PL"/>
        </w:rPr>
        <w:t>potvrzení</w:t>
      </w:r>
      <w:proofErr w:type="spellEnd"/>
      <w:r w:rsidRPr="00AD4C67">
        <w:rPr>
          <w:lang w:val="pl-PL"/>
        </w:rPr>
        <w:t xml:space="preserve"> </w:t>
      </w:r>
      <w:proofErr w:type="spellStart"/>
      <w:r w:rsidRPr="00AD4C67">
        <w:rPr>
          <w:lang w:val="pl-PL"/>
        </w:rPr>
        <w:t>smlouvy</w:t>
      </w:r>
      <w:proofErr w:type="spellEnd"/>
      <w:r w:rsidRPr="00AD4C67">
        <w:rPr>
          <w:lang w:val="pl-PL"/>
        </w:rPr>
        <w:t xml:space="preserve"> v </w:t>
      </w:r>
      <w:proofErr w:type="spellStart"/>
      <w:r w:rsidRPr="00AD4C67">
        <w:rPr>
          <w:lang w:val="pl-PL"/>
        </w:rPr>
        <w:t>uchovatelné</w:t>
      </w:r>
      <w:proofErr w:type="spellEnd"/>
      <w:r w:rsidRPr="00AD4C67">
        <w:rPr>
          <w:lang w:val="pl-PL"/>
        </w:rPr>
        <w:t xml:space="preserve"> </w:t>
      </w:r>
      <w:proofErr w:type="spellStart"/>
      <w:r w:rsidRPr="00AD4C67">
        <w:rPr>
          <w:lang w:val="pl-PL"/>
        </w:rPr>
        <w:t>textové</w:t>
      </w:r>
      <w:proofErr w:type="spellEnd"/>
      <w:r w:rsidRPr="00AD4C67">
        <w:rPr>
          <w:lang w:val="pl-PL"/>
        </w:rPr>
        <w:t xml:space="preserve"> </w:t>
      </w:r>
      <w:proofErr w:type="spellStart"/>
      <w:r w:rsidRPr="00AD4C67">
        <w:rPr>
          <w:lang w:val="pl-PL"/>
        </w:rPr>
        <w:t>podobě</w:t>
      </w:r>
      <w:proofErr w:type="spellEnd"/>
      <w:r w:rsidRPr="00AD4C67">
        <w:rPr>
          <w:lang w:val="pl-PL"/>
        </w:rPr>
        <w:t xml:space="preserve">. </w:t>
      </w:r>
      <w:proofErr w:type="spellStart"/>
      <w:r w:rsidRPr="00AD4C67">
        <w:rPr>
          <w:lang w:val="pl-PL"/>
        </w:rPr>
        <w:t>Poukaz</w:t>
      </w:r>
      <w:proofErr w:type="spellEnd"/>
      <w:r w:rsidRPr="00AD4C67">
        <w:rPr>
          <w:lang w:val="pl-PL"/>
        </w:rPr>
        <w:t xml:space="preserve"> </w:t>
      </w:r>
      <w:proofErr w:type="spellStart"/>
      <w:r w:rsidRPr="00AD4C67">
        <w:rPr>
          <w:lang w:val="pl-PL"/>
        </w:rPr>
        <w:t>sám</w:t>
      </w:r>
      <w:proofErr w:type="spellEnd"/>
      <w:r w:rsidRPr="00AD4C67">
        <w:rPr>
          <w:lang w:val="pl-PL"/>
        </w:rPr>
        <w:t xml:space="preserve"> o </w:t>
      </w:r>
      <w:proofErr w:type="spellStart"/>
      <w:r w:rsidRPr="00AD4C67">
        <w:rPr>
          <w:lang w:val="pl-PL"/>
        </w:rPr>
        <w:t>sobě</w:t>
      </w:r>
      <w:proofErr w:type="spellEnd"/>
      <w:r w:rsidRPr="00AD4C67">
        <w:rPr>
          <w:lang w:val="pl-PL"/>
        </w:rPr>
        <w:t xml:space="preserve"> </w:t>
      </w:r>
      <w:proofErr w:type="spellStart"/>
      <w:r w:rsidRPr="00AD4C67">
        <w:rPr>
          <w:lang w:val="pl-PL"/>
        </w:rPr>
        <w:t>nerezervuje</w:t>
      </w:r>
      <w:proofErr w:type="spellEnd"/>
      <w:r w:rsidRPr="00AD4C67">
        <w:rPr>
          <w:lang w:val="pl-PL"/>
        </w:rPr>
        <w:t xml:space="preserve"> </w:t>
      </w:r>
      <w:proofErr w:type="spellStart"/>
      <w:r w:rsidRPr="00AD4C67">
        <w:rPr>
          <w:lang w:val="pl-PL"/>
        </w:rPr>
        <w:t>konkrétní</w:t>
      </w:r>
      <w:proofErr w:type="spellEnd"/>
      <w:r w:rsidRPr="00AD4C67">
        <w:rPr>
          <w:lang w:val="pl-PL"/>
        </w:rPr>
        <w:t xml:space="preserve"> </w:t>
      </w:r>
      <w:proofErr w:type="spellStart"/>
      <w:r w:rsidRPr="00AD4C67">
        <w:rPr>
          <w:lang w:val="pl-PL"/>
        </w:rPr>
        <w:t>termín</w:t>
      </w:r>
      <w:proofErr w:type="spellEnd"/>
      <w:r w:rsidRPr="00AD4C67">
        <w:rPr>
          <w:lang w:val="pl-PL"/>
        </w:rPr>
        <w:t xml:space="preserve"> </w:t>
      </w:r>
      <w:proofErr w:type="spellStart"/>
      <w:r w:rsidRPr="00AD4C67">
        <w:rPr>
          <w:lang w:val="pl-PL"/>
        </w:rPr>
        <w:t>plavby</w:t>
      </w:r>
      <w:proofErr w:type="spellEnd"/>
      <w:r w:rsidRPr="00AD4C67">
        <w:rPr>
          <w:lang w:val="pl-PL"/>
        </w:rPr>
        <w:t xml:space="preserve">, </w:t>
      </w:r>
      <w:proofErr w:type="spellStart"/>
      <w:r w:rsidRPr="00AD4C67">
        <w:rPr>
          <w:lang w:val="pl-PL"/>
        </w:rPr>
        <w:t>pokud</w:t>
      </w:r>
      <w:proofErr w:type="spellEnd"/>
      <w:r w:rsidRPr="00AD4C67">
        <w:rPr>
          <w:lang w:val="pl-PL"/>
        </w:rPr>
        <w:t xml:space="preserve"> </w:t>
      </w:r>
      <w:proofErr w:type="spellStart"/>
      <w:r w:rsidRPr="00AD4C67">
        <w:rPr>
          <w:lang w:val="pl-PL"/>
        </w:rPr>
        <w:t>tento</w:t>
      </w:r>
      <w:proofErr w:type="spellEnd"/>
      <w:r w:rsidRPr="00AD4C67">
        <w:rPr>
          <w:lang w:val="pl-PL"/>
        </w:rPr>
        <w:t xml:space="preserve"> </w:t>
      </w:r>
      <w:proofErr w:type="spellStart"/>
      <w:r w:rsidRPr="00AD4C67">
        <w:rPr>
          <w:lang w:val="pl-PL"/>
        </w:rPr>
        <w:t>termín</w:t>
      </w:r>
      <w:proofErr w:type="spellEnd"/>
      <w:r w:rsidRPr="00AD4C67">
        <w:rPr>
          <w:lang w:val="pl-PL"/>
        </w:rPr>
        <w:t xml:space="preserve"> </w:t>
      </w:r>
      <w:proofErr w:type="spellStart"/>
      <w:r w:rsidRPr="00AD4C67">
        <w:rPr>
          <w:lang w:val="pl-PL"/>
        </w:rPr>
        <w:t>není</w:t>
      </w:r>
      <w:proofErr w:type="spellEnd"/>
      <w:r w:rsidRPr="00AD4C67">
        <w:rPr>
          <w:lang w:val="pl-PL"/>
        </w:rPr>
        <w:t xml:space="preserve"> </w:t>
      </w:r>
      <w:proofErr w:type="spellStart"/>
      <w:r w:rsidRPr="00AD4C67">
        <w:rPr>
          <w:lang w:val="pl-PL"/>
        </w:rPr>
        <w:t>výslovně</w:t>
      </w:r>
      <w:proofErr w:type="spellEnd"/>
      <w:r w:rsidRPr="00AD4C67">
        <w:rPr>
          <w:lang w:val="pl-PL"/>
        </w:rPr>
        <w:t xml:space="preserve"> </w:t>
      </w:r>
      <w:proofErr w:type="spellStart"/>
      <w:r w:rsidRPr="00AD4C67">
        <w:rPr>
          <w:lang w:val="pl-PL"/>
        </w:rPr>
        <w:t>sjednán</w:t>
      </w:r>
      <w:proofErr w:type="spellEnd"/>
      <w:r w:rsidRPr="00AD4C67">
        <w:rPr>
          <w:lang w:val="pl-PL"/>
        </w:rPr>
        <w:t>.</w:t>
      </w:r>
    </w:p>
    <w:p w14:paraId="23BB3793" w14:textId="1FE68779" w:rsidR="006C464F" w:rsidRPr="00AD4C67" w:rsidRDefault="00000000">
      <w:pPr>
        <w:rPr>
          <w:lang w:val="pl-PL"/>
        </w:rPr>
      </w:pPr>
      <w:r w:rsidRPr="00AD4C67">
        <w:rPr>
          <w:lang w:val="pl-PL"/>
        </w:rPr>
        <w:t xml:space="preserve">15.3. </w:t>
      </w:r>
      <w:proofErr w:type="spellStart"/>
      <w:r w:rsidRPr="00AD4C67">
        <w:rPr>
          <w:lang w:val="pl-PL"/>
        </w:rPr>
        <w:t>Termín</w:t>
      </w:r>
      <w:proofErr w:type="spellEnd"/>
      <w:r w:rsidRPr="00AD4C67">
        <w:rPr>
          <w:lang w:val="pl-PL"/>
        </w:rPr>
        <w:t xml:space="preserve"> </w:t>
      </w:r>
      <w:proofErr w:type="spellStart"/>
      <w:r w:rsidRPr="00AD4C67">
        <w:rPr>
          <w:lang w:val="pl-PL"/>
        </w:rPr>
        <w:t>využití</w:t>
      </w:r>
      <w:proofErr w:type="spellEnd"/>
      <w:r w:rsidRPr="00AD4C67">
        <w:rPr>
          <w:lang w:val="pl-PL"/>
        </w:rPr>
        <w:t xml:space="preserve"> </w:t>
      </w:r>
      <w:proofErr w:type="spellStart"/>
      <w:r w:rsidRPr="00AD4C67">
        <w:rPr>
          <w:lang w:val="pl-PL"/>
        </w:rPr>
        <w:t>musí</w:t>
      </w:r>
      <w:proofErr w:type="spellEnd"/>
      <w:r w:rsidRPr="00AD4C67">
        <w:rPr>
          <w:lang w:val="pl-PL"/>
        </w:rPr>
        <w:t xml:space="preserve"> </w:t>
      </w:r>
      <w:proofErr w:type="spellStart"/>
      <w:r w:rsidRPr="00AD4C67">
        <w:rPr>
          <w:lang w:val="pl-PL"/>
        </w:rPr>
        <w:t>držitel</w:t>
      </w:r>
      <w:proofErr w:type="spellEnd"/>
      <w:r w:rsidRPr="00AD4C67">
        <w:rPr>
          <w:lang w:val="pl-PL"/>
        </w:rPr>
        <w:t xml:space="preserve"> </w:t>
      </w:r>
      <w:proofErr w:type="spellStart"/>
      <w:r w:rsidRPr="00AD4C67">
        <w:rPr>
          <w:lang w:val="pl-PL"/>
        </w:rPr>
        <w:t>předem</w:t>
      </w:r>
      <w:proofErr w:type="spellEnd"/>
      <w:r w:rsidRPr="00AD4C67">
        <w:rPr>
          <w:lang w:val="pl-PL"/>
        </w:rPr>
        <w:t xml:space="preserve"> </w:t>
      </w:r>
      <w:proofErr w:type="spellStart"/>
      <w:r w:rsidRPr="00AD4C67">
        <w:rPr>
          <w:lang w:val="pl-PL"/>
        </w:rPr>
        <w:t>dohodnout</w:t>
      </w:r>
      <w:proofErr w:type="spellEnd"/>
      <w:r w:rsidRPr="00AD4C67">
        <w:rPr>
          <w:lang w:val="pl-PL"/>
        </w:rPr>
        <w:t xml:space="preserve"> podle </w:t>
      </w:r>
      <w:proofErr w:type="spellStart"/>
      <w:r w:rsidRPr="00AD4C67">
        <w:rPr>
          <w:lang w:val="pl-PL"/>
        </w:rPr>
        <w:t>dostupnosti</w:t>
      </w:r>
      <w:proofErr w:type="spellEnd"/>
      <w:r w:rsidRPr="00AD4C67">
        <w:rPr>
          <w:lang w:val="pl-PL"/>
        </w:rPr>
        <w:t xml:space="preserve">. U </w:t>
      </w:r>
      <w:proofErr w:type="spellStart"/>
      <w:r w:rsidRPr="00AD4C67">
        <w:rPr>
          <w:lang w:val="pl-PL"/>
        </w:rPr>
        <w:t>hodnotového</w:t>
      </w:r>
      <w:proofErr w:type="spellEnd"/>
      <w:r w:rsidRPr="00AD4C67">
        <w:rPr>
          <w:lang w:val="pl-PL"/>
        </w:rPr>
        <w:t xml:space="preserve"> </w:t>
      </w:r>
      <w:proofErr w:type="spellStart"/>
      <w:r w:rsidRPr="00AD4C67">
        <w:rPr>
          <w:lang w:val="pl-PL"/>
        </w:rPr>
        <w:t>poukazu</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započte</w:t>
      </w:r>
      <w:proofErr w:type="spellEnd"/>
      <w:r w:rsidRPr="00AD4C67">
        <w:rPr>
          <w:lang w:val="pl-PL"/>
        </w:rPr>
        <w:t xml:space="preserve"> </w:t>
      </w:r>
      <w:proofErr w:type="spellStart"/>
      <w:r w:rsidRPr="00AD4C67">
        <w:rPr>
          <w:lang w:val="pl-PL"/>
        </w:rPr>
        <w:t>jeho</w:t>
      </w:r>
      <w:proofErr w:type="spellEnd"/>
      <w:r w:rsidRPr="00AD4C67">
        <w:rPr>
          <w:lang w:val="pl-PL"/>
        </w:rPr>
        <w:t xml:space="preserve"> </w:t>
      </w:r>
      <w:proofErr w:type="spellStart"/>
      <w:r w:rsidRPr="00AD4C67">
        <w:rPr>
          <w:lang w:val="pl-PL"/>
        </w:rPr>
        <w:t>hodnota</w:t>
      </w:r>
      <w:proofErr w:type="spellEnd"/>
      <w:r w:rsidRPr="00AD4C67">
        <w:rPr>
          <w:lang w:val="pl-PL"/>
        </w:rPr>
        <w:t xml:space="preserve"> na </w:t>
      </w:r>
      <w:proofErr w:type="spellStart"/>
      <w:r w:rsidRPr="00AD4C67">
        <w:rPr>
          <w:lang w:val="pl-PL"/>
        </w:rPr>
        <w:t>sjednanou</w:t>
      </w:r>
      <w:proofErr w:type="spellEnd"/>
      <w:r w:rsidRPr="00AD4C67">
        <w:rPr>
          <w:lang w:val="pl-PL"/>
        </w:rPr>
        <w:t xml:space="preserve"> </w:t>
      </w:r>
      <w:proofErr w:type="spellStart"/>
      <w:r w:rsidRPr="00AD4C67">
        <w:rPr>
          <w:lang w:val="pl-PL"/>
        </w:rPr>
        <w:t>cenu</w:t>
      </w:r>
      <w:proofErr w:type="spellEnd"/>
      <w:r w:rsidRPr="00AD4C67">
        <w:rPr>
          <w:lang w:val="pl-PL"/>
        </w:rPr>
        <w:t xml:space="preserve">; </w:t>
      </w:r>
      <w:proofErr w:type="spellStart"/>
      <w:r w:rsidRPr="00AD4C67">
        <w:rPr>
          <w:lang w:val="pl-PL"/>
        </w:rPr>
        <w:t>případný</w:t>
      </w:r>
      <w:proofErr w:type="spellEnd"/>
      <w:r w:rsidRPr="00AD4C67">
        <w:rPr>
          <w:lang w:val="pl-PL"/>
        </w:rPr>
        <w:t xml:space="preserve"> </w:t>
      </w:r>
      <w:proofErr w:type="spellStart"/>
      <w:r w:rsidRPr="00AD4C67">
        <w:rPr>
          <w:lang w:val="pl-PL"/>
        </w:rPr>
        <w:t>doplatek</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uvede</w:t>
      </w:r>
      <w:proofErr w:type="spellEnd"/>
      <w:r w:rsidRPr="00AD4C67">
        <w:rPr>
          <w:lang w:val="pl-PL"/>
        </w:rPr>
        <w:t xml:space="preserve"> v </w:t>
      </w:r>
      <w:proofErr w:type="spellStart"/>
      <w:r w:rsidRPr="00AD4C67">
        <w:rPr>
          <w:lang w:val="pl-PL"/>
        </w:rPr>
        <w:t>nabídce</w:t>
      </w:r>
      <w:proofErr w:type="spellEnd"/>
      <w:r w:rsidRPr="00AD4C67">
        <w:rPr>
          <w:lang w:val="pl-PL"/>
        </w:rPr>
        <w:t xml:space="preserve">. U </w:t>
      </w:r>
      <w:proofErr w:type="spellStart"/>
      <w:r w:rsidRPr="00AD4C67">
        <w:rPr>
          <w:lang w:val="pl-PL"/>
        </w:rPr>
        <w:t>poukazu</w:t>
      </w:r>
      <w:proofErr w:type="spellEnd"/>
      <w:r w:rsidRPr="00AD4C67">
        <w:rPr>
          <w:lang w:val="pl-PL"/>
        </w:rPr>
        <w:t xml:space="preserve"> na </w:t>
      </w:r>
      <w:proofErr w:type="spellStart"/>
      <w:r w:rsidRPr="00AD4C67">
        <w:rPr>
          <w:lang w:val="pl-PL"/>
        </w:rPr>
        <w:t>konkrétní</w:t>
      </w:r>
      <w:proofErr w:type="spellEnd"/>
      <w:r w:rsidRPr="00AD4C67">
        <w:rPr>
          <w:lang w:val="pl-PL"/>
        </w:rPr>
        <w:t xml:space="preserve"> </w:t>
      </w:r>
      <w:proofErr w:type="spellStart"/>
      <w:r w:rsidRPr="00AD4C67">
        <w:rPr>
          <w:lang w:val="pl-PL"/>
        </w:rPr>
        <w:t>službu</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rozsah</w:t>
      </w:r>
      <w:proofErr w:type="spellEnd"/>
      <w:r w:rsidRPr="00AD4C67">
        <w:rPr>
          <w:lang w:val="pl-PL"/>
        </w:rPr>
        <w:t xml:space="preserve"> </w:t>
      </w:r>
      <w:proofErr w:type="spellStart"/>
      <w:r w:rsidRPr="00AD4C67">
        <w:rPr>
          <w:lang w:val="pl-PL"/>
        </w:rPr>
        <w:t>řídí</w:t>
      </w:r>
      <w:proofErr w:type="spellEnd"/>
      <w:r w:rsidRPr="00AD4C67">
        <w:rPr>
          <w:lang w:val="pl-PL"/>
        </w:rPr>
        <w:t xml:space="preserve"> </w:t>
      </w:r>
      <w:proofErr w:type="spellStart"/>
      <w:r w:rsidRPr="00AD4C67">
        <w:rPr>
          <w:lang w:val="pl-PL"/>
        </w:rPr>
        <w:t>textem</w:t>
      </w:r>
      <w:proofErr w:type="spellEnd"/>
      <w:r w:rsidRPr="00AD4C67">
        <w:rPr>
          <w:lang w:val="pl-PL"/>
        </w:rPr>
        <w:t xml:space="preserve"> </w:t>
      </w:r>
      <w:proofErr w:type="spellStart"/>
      <w:r w:rsidRPr="00AD4C67">
        <w:rPr>
          <w:lang w:val="pl-PL"/>
        </w:rPr>
        <w:t>poukazu</w:t>
      </w:r>
      <w:proofErr w:type="spellEnd"/>
      <w:r w:rsidRPr="00AD4C67">
        <w:rPr>
          <w:lang w:val="pl-PL"/>
        </w:rPr>
        <w:t xml:space="preserve"> a </w:t>
      </w:r>
      <w:proofErr w:type="spellStart"/>
      <w:r w:rsidRPr="00AD4C67">
        <w:rPr>
          <w:lang w:val="pl-PL"/>
        </w:rPr>
        <w:t>přijatou</w:t>
      </w:r>
      <w:proofErr w:type="spellEnd"/>
      <w:r w:rsidRPr="00AD4C67">
        <w:rPr>
          <w:lang w:val="pl-PL"/>
        </w:rPr>
        <w:t xml:space="preserve"> </w:t>
      </w:r>
      <w:proofErr w:type="spellStart"/>
      <w:r w:rsidRPr="00AD4C67">
        <w:rPr>
          <w:lang w:val="pl-PL"/>
        </w:rPr>
        <w:t>nabídkou</w:t>
      </w:r>
      <w:proofErr w:type="spellEnd"/>
      <w:r w:rsidRPr="00AD4C67">
        <w:rPr>
          <w:lang w:val="pl-PL"/>
        </w:rPr>
        <w:t xml:space="preserve">; </w:t>
      </w:r>
      <w:proofErr w:type="spellStart"/>
      <w:r w:rsidRPr="00AD4C67">
        <w:rPr>
          <w:lang w:val="pl-PL"/>
        </w:rPr>
        <w:t>pozdější</w:t>
      </w:r>
      <w:proofErr w:type="spellEnd"/>
      <w:r w:rsidRPr="00AD4C67">
        <w:rPr>
          <w:lang w:val="pl-PL"/>
        </w:rPr>
        <w:t xml:space="preserve"> </w:t>
      </w:r>
      <w:proofErr w:type="spellStart"/>
      <w:r w:rsidRPr="00AD4C67">
        <w:rPr>
          <w:lang w:val="pl-PL"/>
        </w:rPr>
        <w:t>změna</w:t>
      </w:r>
      <w:proofErr w:type="spellEnd"/>
      <w:r w:rsidRPr="00AD4C67">
        <w:rPr>
          <w:lang w:val="pl-PL"/>
        </w:rPr>
        <w:t xml:space="preserve"> </w:t>
      </w:r>
      <w:proofErr w:type="spellStart"/>
      <w:r w:rsidRPr="00AD4C67">
        <w:rPr>
          <w:lang w:val="pl-PL"/>
        </w:rPr>
        <w:t>ceníku</w:t>
      </w:r>
      <w:proofErr w:type="spellEnd"/>
      <w:r w:rsidRPr="00AD4C67">
        <w:rPr>
          <w:lang w:val="pl-PL"/>
        </w:rPr>
        <w:t xml:space="preserve"> sama o </w:t>
      </w:r>
      <w:proofErr w:type="spellStart"/>
      <w:r w:rsidRPr="00AD4C67">
        <w:rPr>
          <w:lang w:val="pl-PL"/>
        </w:rPr>
        <w:t>sobě</w:t>
      </w:r>
      <w:proofErr w:type="spellEnd"/>
      <w:r w:rsidRPr="00AD4C67">
        <w:rPr>
          <w:lang w:val="pl-PL"/>
        </w:rPr>
        <w:t xml:space="preserve"> </w:t>
      </w:r>
      <w:proofErr w:type="spellStart"/>
      <w:r w:rsidRPr="00AD4C67">
        <w:rPr>
          <w:lang w:val="pl-PL"/>
        </w:rPr>
        <w:t>nemění</w:t>
      </w:r>
      <w:proofErr w:type="spellEnd"/>
      <w:r w:rsidRPr="00AD4C67">
        <w:rPr>
          <w:lang w:val="pl-PL"/>
        </w:rPr>
        <w:t xml:space="preserve"> </w:t>
      </w:r>
      <w:proofErr w:type="spellStart"/>
      <w:r w:rsidRPr="00AD4C67">
        <w:rPr>
          <w:lang w:val="pl-PL"/>
        </w:rPr>
        <w:t>již</w:t>
      </w:r>
      <w:proofErr w:type="spellEnd"/>
      <w:r w:rsidRPr="00AD4C67">
        <w:rPr>
          <w:lang w:val="pl-PL"/>
        </w:rPr>
        <w:t xml:space="preserve"> </w:t>
      </w:r>
      <w:proofErr w:type="spellStart"/>
      <w:r w:rsidRPr="00AD4C67">
        <w:rPr>
          <w:lang w:val="pl-PL"/>
        </w:rPr>
        <w:t>zakoupený</w:t>
      </w:r>
      <w:proofErr w:type="spellEnd"/>
      <w:r w:rsidRPr="00AD4C67">
        <w:rPr>
          <w:lang w:val="pl-PL"/>
        </w:rPr>
        <w:t xml:space="preserve"> </w:t>
      </w:r>
      <w:proofErr w:type="spellStart"/>
      <w:r w:rsidRPr="00AD4C67">
        <w:rPr>
          <w:lang w:val="pl-PL"/>
        </w:rPr>
        <w:t>rozsah</w:t>
      </w:r>
      <w:proofErr w:type="spellEnd"/>
      <w:r w:rsidRPr="00AD4C67">
        <w:rPr>
          <w:lang w:val="pl-PL"/>
        </w:rPr>
        <w:t xml:space="preserve">. </w:t>
      </w:r>
      <w:proofErr w:type="spellStart"/>
      <w:r w:rsidRPr="00AD4C67">
        <w:rPr>
          <w:lang w:val="pl-PL"/>
        </w:rPr>
        <w:t>Sjednání</w:t>
      </w:r>
      <w:proofErr w:type="spellEnd"/>
      <w:r w:rsidRPr="00AD4C67">
        <w:rPr>
          <w:lang w:val="pl-PL"/>
        </w:rPr>
        <w:t xml:space="preserve"> </w:t>
      </w:r>
      <w:proofErr w:type="spellStart"/>
      <w:r w:rsidRPr="00AD4C67">
        <w:rPr>
          <w:lang w:val="pl-PL"/>
        </w:rPr>
        <w:t>závazné</w:t>
      </w:r>
      <w:proofErr w:type="spellEnd"/>
      <w:r w:rsidRPr="00AD4C67">
        <w:rPr>
          <w:lang w:val="pl-PL"/>
        </w:rPr>
        <w:t xml:space="preserve"> </w:t>
      </w:r>
      <w:proofErr w:type="spellStart"/>
      <w:r w:rsidRPr="00AD4C67">
        <w:rPr>
          <w:lang w:val="pl-PL"/>
        </w:rPr>
        <w:t>rezervace</w:t>
      </w:r>
      <w:proofErr w:type="spellEnd"/>
      <w:r w:rsidRPr="00AD4C67">
        <w:rPr>
          <w:lang w:val="pl-PL"/>
        </w:rPr>
        <w:t xml:space="preserve">, </w:t>
      </w:r>
      <w:proofErr w:type="spellStart"/>
      <w:r w:rsidRPr="00AD4C67">
        <w:rPr>
          <w:lang w:val="pl-PL"/>
        </w:rPr>
        <w:t>použití</w:t>
      </w:r>
      <w:proofErr w:type="spellEnd"/>
      <w:r w:rsidRPr="00AD4C67">
        <w:rPr>
          <w:lang w:val="pl-PL"/>
        </w:rPr>
        <w:t xml:space="preserve"> </w:t>
      </w:r>
      <w:proofErr w:type="spellStart"/>
      <w:r w:rsidRPr="00AD4C67">
        <w:rPr>
          <w:lang w:val="pl-PL"/>
        </w:rPr>
        <w:t>poukazu</w:t>
      </w:r>
      <w:proofErr w:type="spellEnd"/>
      <w:r w:rsidRPr="00AD4C67">
        <w:rPr>
          <w:lang w:val="pl-PL"/>
        </w:rPr>
        <w:t xml:space="preserve"> </w:t>
      </w:r>
      <w:proofErr w:type="spellStart"/>
      <w:r w:rsidRPr="00AD4C67">
        <w:rPr>
          <w:lang w:val="pl-PL"/>
        </w:rPr>
        <w:t>místo</w:t>
      </w:r>
      <w:proofErr w:type="spellEnd"/>
      <w:r w:rsidRPr="00AD4C67">
        <w:rPr>
          <w:lang w:val="pl-PL"/>
        </w:rPr>
        <w:t xml:space="preserve"> </w:t>
      </w:r>
      <w:proofErr w:type="spellStart"/>
      <w:r w:rsidRPr="00AD4C67">
        <w:rPr>
          <w:lang w:val="pl-PL"/>
        </w:rPr>
        <w:t>platby</w:t>
      </w:r>
      <w:proofErr w:type="spellEnd"/>
      <w:r w:rsidRPr="00AD4C67">
        <w:rPr>
          <w:lang w:val="pl-PL"/>
        </w:rPr>
        <w:t xml:space="preserve"> </w:t>
      </w:r>
      <w:proofErr w:type="spellStart"/>
      <w:r w:rsidRPr="00AD4C67">
        <w:rPr>
          <w:lang w:val="pl-PL"/>
        </w:rPr>
        <w:t>zálohy</w:t>
      </w:r>
      <w:proofErr w:type="spellEnd"/>
      <w:r w:rsidRPr="00AD4C67">
        <w:rPr>
          <w:lang w:val="pl-PL"/>
        </w:rPr>
        <w:t xml:space="preserve"> a storno </w:t>
      </w:r>
      <w:proofErr w:type="spellStart"/>
      <w:r w:rsidRPr="00AD4C67">
        <w:rPr>
          <w:lang w:val="pl-PL"/>
        </w:rPr>
        <w:t>takové</w:t>
      </w:r>
      <w:proofErr w:type="spellEnd"/>
      <w:r w:rsidRPr="00AD4C67">
        <w:rPr>
          <w:lang w:val="pl-PL"/>
        </w:rPr>
        <w:t xml:space="preserve"> </w:t>
      </w:r>
      <w:proofErr w:type="spellStart"/>
      <w:r w:rsidRPr="00AD4C67">
        <w:rPr>
          <w:lang w:val="pl-PL"/>
        </w:rPr>
        <w:t>rezervace</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výslovně</w:t>
      </w:r>
      <w:proofErr w:type="spellEnd"/>
      <w:r w:rsidRPr="00AD4C67">
        <w:rPr>
          <w:lang w:val="pl-PL"/>
        </w:rPr>
        <w:t xml:space="preserve"> </w:t>
      </w:r>
      <w:proofErr w:type="spellStart"/>
      <w:r w:rsidRPr="00AD4C67">
        <w:rPr>
          <w:lang w:val="pl-PL"/>
        </w:rPr>
        <w:t>popíše</w:t>
      </w:r>
      <w:proofErr w:type="spellEnd"/>
      <w:r w:rsidRPr="00AD4C67">
        <w:rPr>
          <w:lang w:val="pl-PL"/>
        </w:rPr>
        <w:t xml:space="preserve"> </w:t>
      </w:r>
      <w:proofErr w:type="spellStart"/>
      <w:r w:rsidRPr="00AD4C67">
        <w:rPr>
          <w:lang w:val="pl-PL"/>
        </w:rPr>
        <w:t>před</w:t>
      </w:r>
      <w:proofErr w:type="spellEnd"/>
      <w:r w:rsidRPr="00AD4C67">
        <w:rPr>
          <w:lang w:val="pl-PL"/>
        </w:rPr>
        <w:t xml:space="preserve"> </w:t>
      </w:r>
      <w:proofErr w:type="spellStart"/>
      <w:r w:rsidRPr="00AD4C67">
        <w:rPr>
          <w:lang w:val="pl-PL"/>
        </w:rPr>
        <w:t>potvrzením</w:t>
      </w:r>
      <w:proofErr w:type="spellEnd"/>
      <w:r w:rsidRPr="00AD4C67">
        <w:rPr>
          <w:lang w:val="pl-PL"/>
        </w:rPr>
        <w:t xml:space="preserve"> </w:t>
      </w:r>
      <w:proofErr w:type="spellStart"/>
      <w:r w:rsidRPr="00AD4C67">
        <w:rPr>
          <w:lang w:val="pl-PL"/>
        </w:rPr>
        <w:t>termínu</w:t>
      </w:r>
      <w:proofErr w:type="spellEnd"/>
      <w:r w:rsidRPr="00AD4C67">
        <w:rPr>
          <w:lang w:val="pl-PL"/>
        </w:rPr>
        <w:t xml:space="preserve">. </w:t>
      </w:r>
    </w:p>
    <w:p w14:paraId="604FD44C" w14:textId="77777777" w:rsidR="006C464F" w:rsidRPr="00AD4C67" w:rsidRDefault="00000000">
      <w:pPr>
        <w:rPr>
          <w:lang w:val="pl-PL"/>
        </w:rPr>
      </w:pPr>
      <w:r w:rsidRPr="00AD4C67">
        <w:rPr>
          <w:lang w:val="pl-PL"/>
        </w:rPr>
        <w:t xml:space="preserve">15.4. </w:t>
      </w:r>
      <w:proofErr w:type="spellStart"/>
      <w:r w:rsidRPr="00AD4C67">
        <w:rPr>
          <w:lang w:val="pl-PL"/>
        </w:rPr>
        <w:t>Při</w:t>
      </w:r>
      <w:proofErr w:type="spellEnd"/>
      <w:r w:rsidRPr="00AD4C67">
        <w:rPr>
          <w:lang w:val="pl-PL"/>
        </w:rPr>
        <w:t xml:space="preserve"> </w:t>
      </w:r>
      <w:proofErr w:type="spellStart"/>
      <w:r w:rsidRPr="00AD4C67">
        <w:rPr>
          <w:lang w:val="pl-PL"/>
        </w:rPr>
        <w:t>distanční</w:t>
      </w:r>
      <w:proofErr w:type="spellEnd"/>
      <w:r w:rsidRPr="00AD4C67">
        <w:rPr>
          <w:lang w:val="pl-PL"/>
        </w:rPr>
        <w:t xml:space="preserve"> </w:t>
      </w:r>
      <w:proofErr w:type="spellStart"/>
      <w:r w:rsidRPr="00AD4C67">
        <w:rPr>
          <w:lang w:val="pl-PL"/>
        </w:rPr>
        <w:t>koupi</w:t>
      </w:r>
      <w:proofErr w:type="spellEnd"/>
      <w:r w:rsidRPr="00AD4C67">
        <w:rPr>
          <w:lang w:val="pl-PL"/>
        </w:rPr>
        <w:t xml:space="preserve"> </w:t>
      </w:r>
      <w:proofErr w:type="spellStart"/>
      <w:r w:rsidRPr="00AD4C67">
        <w:rPr>
          <w:lang w:val="pl-PL"/>
        </w:rPr>
        <w:t>poukazu</w:t>
      </w:r>
      <w:proofErr w:type="spellEnd"/>
      <w:r w:rsidRPr="00AD4C67">
        <w:rPr>
          <w:lang w:val="pl-PL"/>
        </w:rPr>
        <w:t xml:space="preserve"> bez </w:t>
      </w:r>
      <w:proofErr w:type="spellStart"/>
      <w:r w:rsidRPr="00AD4C67">
        <w:rPr>
          <w:lang w:val="pl-PL"/>
        </w:rPr>
        <w:t>pevně</w:t>
      </w:r>
      <w:proofErr w:type="spellEnd"/>
      <w:r w:rsidRPr="00AD4C67">
        <w:rPr>
          <w:lang w:val="pl-PL"/>
        </w:rPr>
        <w:t xml:space="preserve"> </w:t>
      </w:r>
      <w:proofErr w:type="spellStart"/>
      <w:r w:rsidRPr="00AD4C67">
        <w:rPr>
          <w:lang w:val="pl-PL"/>
        </w:rPr>
        <w:t>sjednaného</w:t>
      </w:r>
      <w:proofErr w:type="spellEnd"/>
      <w:r w:rsidRPr="00AD4C67">
        <w:rPr>
          <w:lang w:val="pl-PL"/>
        </w:rPr>
        <w:t xml:space="preserve"> </w:t>
      </w:r>
      <w:proofErr w:type="spellStart"/>
      <w:r w:rsidRPr="00AD4C67">
        <w:rPr>
          <w:lang w:val="pl-PL"/>
        </w:rPr>
        <w:t>termínu</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spotřebiteli</w:t>
      </w:r>
      <w:proofErr w:type="spellEnd"/>
      <w:r w:rsidRPr="00AD4C67">
        <w:rPr>
          <w:lang w:val="pl-PL"/>
        </w:rPr>
        <w:t xml:space="preserve"> </w:t>
      </w:r>
      <w:proofErr w:type="spellStart"/>
      <w:r w:rsidRPr="00AD4C67">
        <w:rPr>
          <w:lang w:val="pl-PL"/>
        </w:rPr>
        <w:t>přiznává</w:t>
      </w:r>
      <w:proofErr w:type="spellEnd"/>
      <w:r w:rsidRPr="00AD4C67">
        <w:rPr>
          <w:lang w:val="pl-PL"/>
        </w:rPr>
        <w:t xml:space="preserve"> </w:t>
      </w:r>
      <w:proofErr w:type="spellStart"/>
      <w:r w:rsidRPr="00AD4C67">
        <w:rPr>
          <w:lang w:val="pl-PL"/>
        </w:rPr>
        <w:t>právo</w:t>
      </w:r>
      <w:proofErr w:type="spellEnd"/>
      <w:r w:rsidRPr="00AD4C67">
        <w:rPr>
          <w:lang w:val="pl-PL"/>
        </w:rPr>
        <w:t xml:space="preserve"> </w:t>
      </w:r>
      <w:proofErr w:type="spellStart"/>
      <w:r w:rsidRPr="00AD4C67">
        <w:rPr>
          <w:lang w:val="pl-PL"/>
        </w:rPr>
        <w:t>odstoupit</w:t>
      </w:r>
      <w:proofErr w:type="spellEnd"/>
      <w:r w:rsidRPr="00AD4C67">
        <w:rPr>
          <w:lang w:val="pl-PL"/>
        </w:rPr>
        <w:t xml:space="preserve"> bez </w:t>
      </w:r>
      <w:proofErr w:type="spellStart"/>
      <w:r w:rsidRPr="00AD4C67">
        <w:rPr>
          <w:lang w:val="pl-PL"/>
        </w:rPr>
        <w:t>udání</w:t>
      </w:r>
      <w:proofErr w:type="spellEnd"/>
      <w:r w:rsidRPr="00AD4C67">
        <w:rPr>
          <w:lang w:val="pl-PL"/>
        </w:rPr>
        <w:t xml:space="preserve"> </w:t>
      </w:r>
      <w:proofErr w:type="spellStart"/>
      <w:r w:rsidRPr="00AD4C67">
        <w:rPr>
          <w:lang w:val="pl-PL"/>
        </w:rPr>
        <w:t>důvodu</w:t>
      </w:r>
      <w:proofErr w:type="spellEnd"/>
      <w:r w:rsidRPr="00AD4C67">
        <w:rPr>
          <w:lang w:val="pl-PL"/>
        </w:rPr>
        <w:t xml:space="preserve"> do 14 </w:t>
      </w:r>
      <w:proofErr w:type="spellStart"/>
      <w:r w:rsidRPr="00AD4C67">
        <w:rPr>
          <w:lang w:val="pl-PL"/>
        </w:rPr>
        <w:t>dnů</w:t>
      </w:r>
      <w:proofErr w:type="spellEnd"/>
      <w:r w:rsidRPr="00AD4C67">
        <w:rPr>
          <w:lang w:val="pl-PL"/>
        </w:rPr>
        <w:t xml:space="preserve"> od </w:t>
      </w:r>
      <w:proofErr w:type="spellStart"/>
      <w:r w:rsidRPr="00AD4C67">
        <w:rPr>
          <w:lang w:val="pl-PL"/>
        </w:rPr>
        <w:t>uzavření</w:t>
      </w:r>
      <w:proofErr w:type="spellEnd"/>
      <w:r w:rsidRPr="00AD4C67">
        <w:rPr>
          <w:lang w:val="pl-PL"/>
        </w:rPr>
        <w:t xml:space="preserve"> </w:t>
      </w:r>
      <w:proofErr w:type="spellStart"/>
      <w:r w:rsidRPr="00AD4C67">
        <w:rPr>
          <w:lang w:val="pl-PL"/>
        </w:rPr>
        <w:t>smlouvy</w:t>
      </w:r>
      <w:proofErr w:type="spellEnd"/>
      <w:r w:rsidRPr="00AD4C67">
        <w:rPr>
          <w:lang w:val="pl-PL"/>
        </w:rPr>
        <w:t xml:space="preserve">. </w:t>
      </w:r>
      <w:proofErr w:type="spellStart"/>
      <w:r w:rsidRPr="00AD4C67">
        <w:rPr>
          <w:lang w:val="pl-PL"/>
        </w:rPr>
        <w:t>Elektronické</w:t>
      </w:r>
      <w:proofErr w:type="spellEnd"/>
      <w:r w:rsidRPr="00AD4C67">
        <w:rPr>
          <w:lang w:val="pl-PL"/>
        </w:rPr>
        <w:t xml:space="preserve"> </w:t>
      </w:r>
      <w:proofErr w:type="spellStart"/>
      <w:r w:rsidRPr="00AD4C67">
        <w:rPr>
          <w:lang w:val="pl-PL"/>
        </w:rPr>
        <w:t>zaslání</w:t>
      </w:r>
      <w:proofErr w:type="spellEnd"/>
      <w:r w:rsidRPr="00AD4C67">
        <w:rPr>
          <w:lang w:val="pl-PL"/>
        </w:rPr>
        <w:t xml:space="preserve"> </w:t>
      </w:r>
      <w:proofErr w:type="spellStart"/>
      <w:r w:rsidRPr="00AD4C67">
        <w:rPr>
          <w:lang w:val="pl-PL"/>
        </w:rPr>
        <w:t>samotného</w:t>
      </w:r>
      <w:proofErr w:type="spellEnd"/>
      <w:r w:rsidRPr="00AD4C67">
        <w:rPr>
          <w:lang w:val="pl-PL"/>
        </w:rPr>
        <w:t xml:space="preserve"> </w:t>
      </w:r>
      <w:proofErr w:type="spellStart"/>
      <w:r w:rsidRPr="00AD4C67">
        <w:rPr>
          <w:lang w:val="pl-PL"/>
        </w:rPr>
        <w:t>poukazu</w:t>
      </w:r>
      <w:proofErr w:type="spellEnd"/>
      <w:r w:rsidRPr="00AD4C67">
        <w:rPr>
          <w:lang w:val="pl-PL"/>
        </w:rPr>
        <w:t xml:space="preserve"> toto </w:t>
      </w:r>
      <w:proofErr w:type="spellStart"/>
      <w:r w:rsidRPr="00AD4C67">
        <w:rPr>
          <w:lang w:val="pl-PL"/>
        </w:rPr>
        <w:t>právo</w:t>
      </w:r>
      <w:proofErr w:type="spellEnd"/>
      <w:r w:rsidRPr="00AD4C67">
        <w:rPr>
          <w:lang w:val="pl-PL"/>
        </w:rPr>
        <w:t xml:space="preserve"> </w:t>
      </w:r>
      <w:proofErr w:type="spellStart"/>
      <w:r w:rsidRPr="00AD4C67">
        <w:rPr>
          <w:lang w:val="pl-PL"/>
        </w:rPr>
        <w:t>neruší</w:t>
      </w:r>
      <w:proofErr w:type="spellEnd"/>
      <w:r w:rsidRPr="00AD4C67">
        <w:rPr>
          <w:lang w:val="pl-PL"/>
        </w:rPr>
        <w:t xml:space="preserve">. U </w:t>
      </w:r>
      <w:proofErr w:type="spellStart"/>
      <w:r w:rsidRPr="00AD4C67">
        <w:rPr>
          <w:lang w:val="pl-PL"/>
        </w:rPr>
        <w:t>poukazu</w:t>
      </w:r>
      <w:proofErr w:type="spellEnd"/>
      <w:r w:rsidRPr="00AD4C67">
        <w:rPr>
          <w:lang w:val="pl-PL"/>
        </w:rPr>
        <w:t xml:space="preserve">, </w:t>
      </w:r>
      <w:proofErr w:type="spellStart"/>
      <w:r w:rsidRPr="00AD4C67">
        <w:rPr>
          <w:lang w:val="pl-PL"/>
        </w:rPr>
        <w:t>kterým</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již</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koupi</w:t>
      </w:r>
      <w:proofErr w:type="spellEnd"/>
      <w:r w:rsidRPr="00AD4C67">
        <w:rPr>
          <w:lang w:val="pl-PL"/>
        </w:rPr>
        <w:t xml:space="preserve"> </w:t>
      </w:r>
      <w:proofErr w:type="spellStart"/>
      <w:r w:rsidRPr="00AD4C67">
        <w:rPr>
          <w:lang w:val="pl-PL"/>
        </w:rPr>
        <w:t>závazně</w:t>
      </w:r>
      <w:proofErr w:type="spellEnd"/>
      <w:r w:rsidRPr="00AD4C67">
        <w:rPr>
          <w:lang w:val="pl-PL"/>
        </w:rPr>
        <w:t xml:space="preserve"> </w:t>
      </w:r>
      <w:proofErr w:type="spellStart"/>
      <w:r w:rsidRPr="00AD4C67">
        <w:rPr>
          <w:lang w:val="pl-PL"/>
        </w:rPr>
        <w:t>sjednává</w:t>
      </w:r>
      <w:proofErr w:type="spellEnd"/>
      <w:r w:rsidRPr="00AD4C67">
        <w:rPr>
          <w:lang w:val="pl-PL"/>
        </w:rPr>
        <w:t xml:space="preserve"> </w:t>
      </w:r>
      <w:proofErr w:type="spellStart"/>
      <w:r w:rsidRPr="00AD4C67">
        <w:rPr>
          <w:lang w:val="pl-PL"/>
        </w:rPr>
        <w:t>konkrétní</w:t>
      </w:r>
      <w:proofErr w:type="spellEnd"/>
      <w:r w:rsidRPr="00AD4C67">
        <w:rPr>
          <w:lang w:val="pl-PL"/>
        </w:rPr>
        <w:t xml:space="preserve"> </w:t>
      </w:r>
      <w:proofErr w:type="spellStart"/>
      <w:r w:rsidRPr="00AD4C67">
        <w:rPr>
          <w:lang w:val="pl-PL"/>
        </w:rPr>
        <w:t>termín</w:t>
      </w:r>
      <w:proofErr w:type="spellEnd"/>
      <w:r w:rsidRPr="00AD4C67">
        <w:rPr>
          <w:lang w:val="pl-PL"/>
        </w:rPr>
        <w:t xml:space="preserve"> </w:t>
      </w:r>
      <w:proofErr w:type="spellStart"/>
      <w:r w:rsidRPr="00AD4C67">
        <w:rPr>
          <w:lang w:val="pl-PL"/>
        </w:rPr>
        <w:t>služby</w:t>
      </w:r>
      <w:proofErr w:type="spellEnd"/>
      <w:r w:rsidRPr="00AD4C67">
        <w:rPr>
          <w:lang w:val="pl-PL"/>
        </w:rPr>
        <w:t xml:space="preserve"> </w:t>
      </w:r>
      <w:proofErr w:type="spellStart"/>
      <w:r w:rsidRPr="00AD4C67">
        <w:rPr>
          <w:lang w:val="pl-PL"/>
        </w:rPr>
        <w:t>spadající</w:t>
      </w:r>
      <w:proofErr w:type="spellEnd"/>
      <w:r w:rsidRPr="00AD4C67">
        <w:rPr>
          <w:lang w:val="pl-PL"/>
        </w:rPr>
        <w:t xml:space="preserve"> do </w:t>
      </w:r>
      <w:proofErr w:type="spellStart"/>
      <w:r w:rsidRPr="00AD4C67">
        <w:rPr>
          <w:lang w:val="pl-PL"/>
        </w:rPr>
        <w:t>zákonné</w:t>
      </w:r>
      <w:proofErr w:type="spellEnd"/>
      <w:r w:rsidRPr="00AD4C67">
        <w:rPr>
          <w:lang w:val="pl-PL"/>
        </w:rPr>
        <w:t xml:space="preserve"> </w:t>
      </w:r>
      <w:proofErr w:type="spellStart"/>
      <w:r w:rsidRPr="00AD4C67">
        <w:rPr>
          <w:lang w:val="pl-PL"/>
        </w:rPr>
        <w:t>výjimky</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před</w:t>
      </w:r>
      <w:proofErr w:type="spellEnd"/>
      <w:r w:rsidRPr="00AD4C67">
        <w:rPr>
          <w:lang w:val="pl-PL"/>
        </w:rPr>
        <w:t xml:space="preserve"> </w:t>
      </w:r>
      <w:proofErr w:type="spellStart"/>
      <w:r w:rsidRPr="00AD4C67">
        <w:rPr>
          <w:lang w:val="pl-PL"/>
        </w:rPr>
        <w:t>koupí</w:t>
      </w:r>
      <w:proofErr w:type="spellEnd"/>
      <w:r w:rsidRPr="00AD4C67">
        <w:rPr>
          <w:lang w:val="pl-PL"/>
        </w:rPr>
        <w:t xml:space="preserve"> </w:t>
      </w:r>
      <w:proofErr w:type="spellStart"/>
      <w:r w:rsidRPr="00AD4C67">
        <w:rPr>
          <w:lang w:val="pl-PL"/>
        </w:rPr>
        <w:t>výslovně</w:t>
      </w:r>
      <w:proofErr w:type="spellEnd"/>
      <w:r w:rsidRPr="00AD4C67">
        <w:rPr>
          <w:lang w:val="pl-PL"/>
        </w:rPr>
        <w:t xml:space="preserve"> </w:t>
      </w:r>
      <w:proofErr w:type="spellStart"/>
      <w:r w:rsidRPr="00AD4C67">
        <w:rPr>
          <w:lang w:val="pl-PL"/>
        </w:rPr>
        <w:t>uvede</w:t>
      </w:r>
      <w:proofErr w:type="spellEnd"/>
      <w:r w:rsidRPr="00AD4C67">
        <w:rPr>
          <w:lang w:val="pl-PL"/>
        </w:rPr>
        <w:t xml:space="preserve"> </w:t>
      </w:r>
      <w:proofErr w:type="spellStart"/>
      <w:r w:rsidRPr="00AD4C67">
        <w:rPr>
          <w:lang w:val="pl-PL"/>
        </w:rPr>
        <w:t>důvod</w:t>
      </w:r>
      <w:proofErr w:type="spellEnd"/>
      <w:r w:rsidRPr="00AD4C67">
        <w:rPr>
          <w:lang w:val="pl-PL"/>
        </w:rPr>
        <w:t xml:space="preserve"> </w:t>
      </w:r>
      <w:proofErr w:type="spellStart"/>
      <w:r w:rsidRPr="00AD4C67">
        <w:rPr>
          <w:lang w:val="pl-PL"/>
        </w:rPr>
        <w:t>neuplatnění</w:t>
      </w:r>
      <w:proofErr w:type="spellEnd"/>
      <w:r w:rsidRPr="00AD4C67">
        <w:rPr>
          <w:lang w:val="pl-PL"/>
        </w:rPr>
        <w:t xml:space="preserve"> </w:t>
      </w:r>
      <w:proofErr w:type="spellStart"/>
      <w:r w:rsidRPr="00AD4C67">
        <w:rPr>
          <w:lang w:val="pl-PL"/>
        </w:rPr>
        <w:t>tohoto</w:t>
      </w:r>
      <w:proofErr w:type="spellEnd"/>
      <w:r w:rsidRPr="00AD4C67">
        <w:rPr>
          <w:lang w:val="pl-PL"/>
        </w:rPr>
        <w:t xml:space="preserve"> </w:t>
      </w:r>
      <w:proofErr w:type="spellStart"/>
      <w:r w:rsidRPr="00AD4C67">
        <w:rPr>
          <w:lang w:val="pl-PL"/>
        </w:rPr>
        <w:t>práva</w:t>
      </w:r>
      <w:proofErr w:type="spellEnd"/>
      <w:r w:rsidRPr="00AD4C67">
        <w:rPr>
          <w:lang w:val="pl-PL"/>
        </w:rPr>
        <w:t xml:space="preserve">. </w:t>
      </w:r>
      <w:proofErr w:type="spellStart"/>
      <w:r w:rsidRPr="00AD4C67">
        <w:rPr>
          <w:lang w:val="pl-PL"/>
        </w:rPr>
        <w:t>Uplatnění</w:t>
      </w:r>
      <w:proofErr w:type="spellEnd"/>
      <w:r w:rsidRPr="00AD4C67">
        <w:rPr>
          <w:lang w:val="pl-PL"/>
        </w:rPr>
        <w:t xml:space="preserve"> </w:t>
      </w:r>
      <w:proofErr w:type="spellStart"/>
      <w:r w:rsidRPr="00AD4C67">
        <w:rPr>
          <w:lang w:val="pl-PL"/>
        </w:rPr>
        <w:t>služby</w:t>
      </w:r>
      <w:proofErr w:type="spellEnd"/>
      <w:r w:rsidRPr="00AD4C67">
        <w:rPr>
          <w:lang w:val="pl-PL"/>
        </w:rPr>
        <w:t xml:space="preserve"> </w:t>
      </w:r>
      <w:proofErr w:type="spellStart"/>
      <w:r w:rsidRPr="00AD4C67">
        <w:rPr>
          <w:lang w:val="pl-PL"/>
        </w:rPr>
        <w:t>během</w:t>
      </w:r>
      <w:proofErr w:type="spellEnd"/>
      <w:r w:rsidRPr="00AD4C67">
        <w:rPr>
          <w:lang w:val="pl-PL"/>
        </w:rPr>
        <w:t xml:space="preserve"> </w:t>
      </w:r>
      <w:proofErr w:type="spellStart"/>
      <w:r w:rsidRPr="00AD4C67">
        <w:rPr>
          <w:lang w:val="pl-PL"/>
        </w:rPr>
        <w:t>lhůty</w:t>
      </w:r>
      <w:proofErr w:type="spellEnd"/>
      <w:r w:rsidRPr="00AD4C67">
        <w:rPr>
          <w:lang w:val="pl-PL"/>
        </w:rPr>
        <w:t xml:space="preserve"> pro </w:t>
      </w:r>
      <w:proofErr w:type="spellStart"/>
      <w:r w:rsidRPr="00AD4C67">
        <w:rPr>
          <w:lang w:val="pl-PL"/>
        </w:rPr>
        <w:t>odstoupení</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musí</w:t>
      </w:r>
      <w:proofErr w:type="spellEnd"/>
      <w:r w:rsidRPr="00AD4C67">
        <w:rPr>
          <w:lang w:val="pl-PL"/>
        </w:rPr>
        <w:t xml:space="preserve"> </w:t>
      </w:r>
      <w:proofErr w:type="spellStart"/>
      <w:r w:rsidRPr="00AD4C67">
        <w:rPr>
          <w:lang w:val="pl-PL"/>
        </w:rPr>
        <w:t>vyřešit</w:t>
      </w:r>
      <w:proofErr w:type="spellEnd"/>
      <w:r w:rsidRPr="00AD4C67">
        <w:rPr>
          <w:lang w:val="pl-PL"/>
        </w:rPr>
        <w:t xml:space="preserve"> podle </w:t>
      </w:r>
      <w:proofErr w:type="spellStart"/>
      <w:r w:rsidRPr="00AD4C67">
        <w:rPr>
          <w:lang w:val="pl-PL"/>
        </w:rPr>
        <w:t>povahy</w:t>
      </w:r>
      <w:proofErr w:type="spellEnd"/>
      <w:r w:rsidRPr="00AD4C67">
        <w:rPr>
          <w:lang w:val="pl-PL"/>
        </w:rPr>
        <w:t xml:space="preserve"> </w:t>
      </w:r>
      <w:proofErr w:type="spellStart"/>
      <w:r w:rsidRPr="00AD4C67">
        <w:rPr>
          <w:lang w:val="pl-PL"/>
        </w:rPr>
        <w:t>skutečného</w:t>
      </w:r>
      <w:proofErr w:type="spellEnd"/>
      <w:r w:rsidRPr="00AD4C67">
        <w:rPr>
          <w:lang w:val="pl-PL"/>
        </w:rPr>
        <w:t xml:space="preserve"> </w:t>
      </w:r>
      <w:proofErr w:type="spellStart"/>
      <w:r w:rsidRPr="00AD4C67">
        <w:rPr>
          <w:lang w:val="pl-PL"/>
        </w:rPr>
        <w:t>plnění</w:t>
      </w:r>
      <w:proofErr w:type="spellEnd"/>
      <w:r w:rsidRPr="00AD4C67">
        <w:rPr>
          <w:lang w:val="pl-PL"/>
        </w:rPr>
        <w:t xml:space="preserve"> a </w:t>
      </w:r>
      <w:proofErr w:type="spellStart"/>
      <w:r w:rsidRPr="00AD4C67">
        <w:rPr>
          <w:lang w:val="pl-PL"/>
        </w:rPr>
        <w:t>zákona</w:t>
      </w:r>
      <w:proofErr w:type="spellEnd"/>
      <w:r w:rsidRPr="00AD4C67">
        <w:rPr>
          <w:lang w:val="pl-PL"/>
        </w:rPr>
        <w:t xml:space="preserve">; </w:t>
      </w:r>
      <w:proofErr w:type="spellStart"/>
      <w:r w:rsidRPr="00AD4C67">
        <w:rPr>
          <w:lang w:val="pl-PL"/>
        </w:rPr>
        <w:t>pouhé</w:t>
      </w:r>
      <w:proofErr w:type="spellEnd"/>
      <w:r w:rsidRPr="00AD4C67">
        <w:rPr>
          <w:lang w:val="pl-PL"/>
        </w:rPr>
        <w:t xml:space="preserve"> </w:t>
      </w:r>
      <w:proofErr w:type="spellStart"/>
      <w:r w:rsidRPr="00AD4C67">
        <w:rPr>
          <w:lang w:val="pl-PL"/>
        </w:rPr>
        <w:t>zaškrtnutí</w:t>
      </w:r>
      <w:proofErr w:type="spellEnd"/>
      <w:r w:rsidRPr="00AD4C67">
        <w:rPr>
          <w:lang w:val="pl-PL"/>
        </w:rPr>
        <w:t xml:space="preserve"> </w:t>
      </w:r>
      <w:proofErr w:type="spellStart"/>
      <w:r w:rsidRPr="00AD4C67">
        <w:rPr>
          <w:lang w:val="pl-PL"/>
        </w:rPr>
        <w:t>souhlasu</w:t>
      </w:r>
      <w:proofErr w:type="spellEnd"/>
      <w:r w:rsidRPr="00AD4C67">
        <w:rPr>
          <w:lang w:val="pl-PL"/>
        </w:rPr>
        <w:t xml:space="preserve"> s </w:t>
      </w:r>
      <w:proofErr w:type="spellStart"/>
      <w:r w:rsidRPr="00AD4C67">
        <w:rPr>
          <w:lang w:val="pl-PL"/>
        </w:rPr>
        <w:t>doručením</w:t>
      </w:r>
      <w:proofErr w:type="spellEnd"/>
      <w:r w:rsidRPr="00AD4C67">
        <w:rPr>
          <w:lang w:val="pl-PL"/>
        </w:rPr>
        <w:t xml:space="preserve"> </w:t>
      </w:r>
      <w:proofErr w:type="spellStart"/>
      <w:r w:rsidRPr="00AD4C67">
        <w:rPr>
          <w:lang w:val="pl-PL"/>
        </w:rPr>
        <w:t>poukazu</w:t>
      </w:r>
      <w:proofErr w:type="spellEnd"/>
      <w:r w:rsidRPr="00AD4C67">
        <w:rPr>
          <w:lang w:val="pl-PL"/>
        </w:rPr>
        <w:t xml:space="preserve"> </w:t>
      </w:r>
      <w:proofErr w:type="spellStart"/>
      <w:r w:rsidRPr="00AD4C67">
        <w:rPr>
          <w:lang w:val="pl-PL"/>
        </w:rPr>
        <w:t>nestačí</w:t>
      </w:r>
      <w:proofErr w:type="spellEnd"/>
      <w:r w:rsidRPr="00AD4C67">
        <w:rPr>
          <w:lang w:val="pl-PL"/>
        </w:rPr>
        <w:t>.</w:t>
      </w:r>
    </w:p>
    <w:p w14:paraId="493C6725" w14:textId="77777777" w:rsidR="006C464F" w:rsidRPr="00AD4C67" w:rsidRDefault="00000000">
      <w:pPr>
        <w:rPr>
          <w:lang w:val="pl-PL"/>
        </w:rPr>
      </w:pPr>
      <w:r w:rsidRPr="00AD4C67">
        <w:rPr>
          <w:lang w:val="pl-PL"/>
        </w:rPr>
        <w:t xml:space="preserve">15.5. </w:t>
      </w:r>
      <w:proofErr w:type="spellStart"/>
      <w:r w:rsidRPr="00AD4C67">
        <w:rPr>
          <w:lang w:val="pl-PL"/>
        </w:rPr>
        <w:t>Odstoupení</w:t>
      </w:r>
      <w:proofErr w:type="spellEnd"/>
      <w:r w:rsidRPr="00AD4C67">
        <w:rPr>
          <w:lang w:val="pl-PL"/>
        </w:rPr>
        <w:t xml:space="preserve"> </w:t>
      </w:r>
      <w:proofErr w:type="spellStart"/>
      <w:r w:rsidRPr="00AD4C67">
        <w:rPr>
          <w:lang w:val="pl-PL"/>
        </w:rPr>
        <w:t>lze</w:t>
      </w:r>
      <w:proofErr w:type="spellEnd"/>
      <w:r w:rsidRPr="00AD4C67">
        <w:rPr>
          <w:lang w:val="pl-PL"/>
        </w:rPr>
        <w:t xml:space="preserve"> </w:t>
      </w:r>
      <w:proofErr w:type="spellStart"/>
      <w:r w:rsidRPr="00AD4C67">
        <w:rPr>
          <w:lang w:val="pl-PL"/>
        </w:rPr>
        <w:t>oznámit</w:t>
      </w:r>
      <w:proofErr w:type="spellEnd"/>
      <w:r w:rsidRPr="00AD4C67">
        <w:rPr>
          <w:lang w:val="pl-PL"/>
        </w:rPr>
        <w:t xml:space="preserve"> </w:t>
      </w:r>
      <w:proofErr w:type="spellStart"/>
      <w:r w:rsidRPr="00AD4C67">
        <w:rPr>
          <w:lang w:val="pl-PL"/>
        </w:rPr>
        <w:t>jednoznačným</w:t>
      </w:r>
      <w:proofErr w:type="spellEnd"/>
      <w:r w:rsidRPr="00AD4C67">
        <w:rPr>
          <w:lang w:val="pl-PL"/>
        </w:rPr>
        <w:t xml:space="preserve"> </w:t>
      </w:r>
      <w:proofErr w:type="spellStart"/>
      <w:r w:rsidRPr="00AD4C67">
        <w:rPr>
          <w:lang w:val="pl-PL"/>
        </w:rPr>
        <w:t>prohlášením</w:t>
      </w:r>
      <w:proofErr w:type="spellEnd"/>
      <w:r w:rsidRPr="00AD4C67">
        <w:rPr>
          <w:lang w:val="pl-PL"/>
        </w:rPr>
        <w:t xml:space="preserve"> na info@praguestream.com </w:t>
      </w:r>
      <w:proofErr w:type="spellStart"/>
      <w:r w:rsidRPr="00AD4C67">
        <w:rPr>
          <w:lang w:val="pl-PL"/>
        </w:rPr>
        <w:t>nebo</w:t>
      </w:r>
      <w:proofErr w:type="spellEnd"/>
      <w:r w:rsidRPr="00AD4C67">
        <w:rPr>
          <w:lang w:val="pl-PL"/>
        </w:rPr>
        <w:t xml:space="preserve"> </w:t>
      </w:r>
      <w:proofErr w:type="spellStart"/>
      <w:r w:rsidRPr="00AD4C67">
        <w:rPr>
          <w:lang w:val="pl-PL"/>
        </w:rPr>
        <w:t>písemně</w:t>
      </w:r>
      <w:proofErr w:type="spellEnd"/>
      <w:r w:rsidRPr="00AD4C67">
        <w:rPr>
          <w:lang w:val="pl-PL"/>
        </w:rPr>
        <w:t xml:space="preserve"> do </w:t>
      </w:r>
      <w:proofErr w:type="spellStart"/>
      <w:r w:rsidRPr="00AD4C67">
        <w:rPr>
          <w:lang w:val="pl-PL"/>
        </w:rPr>
        <w:t>sídla</w:t>
      </w:r>
      <w:proofErr w:type="spellEnd"/>
      <w:r w:rsidRPr="00AD4C67">
        <w:rPr>
          <w:lang w:val="pl-PL"/>
        </w:rPr>
        <w:t xml:space="preserve">. </w:t>
      </w:r>
      <w:proofErr w:type="spellStart"/>
      <w:r w:rsidRPr="00AD4C67">
        <w:rPr>
          <w:lang w:val="pl-PL"/>
        </w:rPr>
        <w:t>Stačí</w:t>
      </w:r>
      <w:proofErr w:type="spellEnd"/>
      <w:r w:rsidRPr="00AD4C67">
        <w:rPr>
          <w:lang w:val="pl-PL"/>
        </w:rPr>
        <w:t xml:space="preserve"> je </w:t>
      </w:r>
      <w:proofErr w:type="spellStart"/>
      <w:r w:rsidRPr="00AD4C67">
        <w:rPr>
          <w:lang w:val="pl-PL"/>
        </w:rPr>
        <w:t>odeslat</w:t>
      </w:r>
      <w:proofErr w:type="spellEnd"/>
      <w:r w:rsidRPr="00AD4C67">
        <w:rPr>
          <w:lang w:val="pl-PL"/>
        </w:rPr>
        <w:t xml:space="preserve"> v </w:t>
      </w:r>
      <w:proofErr w:type="spellStart"/>
      <w:r w:rsidRPr="00AD4C67">
        <w:rPr>
          <w:lang w:val="pl-PL"/>
        </w:rPr>
        <w:t>zákonné</w:t>
      </w:r>
      <w:proofErr w:type="spellEnd"/>
      <w:r w:rsidRPr="00AD4C67">
        <w:rPr>
          <w:lang w:val="pl-PL"/>
        </w:rPr>
        <w:t xml:space="preserve"> </w:t>
      </w:r>
      <w:proofErr w:type="spellStart"/>
      <w:r w:rsidRPr="00AD4C67">
        <w:rPr>
          <w:lang w:val="pl-PL"/>
        </w:rPr>
        <w:t>lhůtě</w:t>
      </w:r>
      <w:proofErr w:type="spellEnd"/>
      <w:r w:rsidRPr="00AD4C67">
        <w:rPr>
          <w:lang w:val="pl-PL"/>
        </w:rPr>
        <w:t xml:space="preserve">. </w:t>
      </w:r>
      <w:proofErr w:type="spellStart"/>
      <w:r w:rsidRPr="00AD4C67">
        <w:rPr>
          <w:lang w:val="pl-PL"/>
        </w:rPr>
        <w:t>Spotřebitel</w:t>
      </w:r>
      <w:proofErr w:type="spellEnd"/>
      <w:r w:rsidRPr="00AD4C67">
        <w:rPr>
          <w:lang w:val="pl-PL"/>
        </w:rPr>
        <w:t xml:space="preserve"> </w:t>
      </w:r>
      <w:proofErr w:type="spellStart"/>
      <w:r w:rsidRPr="00AD4C67">
        <w:rPr>
          <w:lang w:val="pl-PL"/>
        </w:rPr>
        <w:t>může</w:t>
      </w:r>
      <w:proofErr w:type="spellEnd"/>
      <w:r w:rsidRPr="00AD4C67">
        <w:rPr>
          <w:lang w:val="pl-PL"/>
        </w:rPr>
        <w:t xml:space="preserve"> </w:t>
      </w:r>
      <w:proofErr w:type="spellStart"/>
      <w:r w:rsidRPr="00AD4C67">
        <w:rPr>
          <w:lang w:val="pl-PL"/>
        </w:rPr>
        <w:t>použít</w:t>
      </w:r>
      <w:proofErr w:type="spellEnd"/>
      <w:r w:rsidRPr="00AD4C67">
        <w:rPr>
          <w:lang w:val="pl-PL"/>
        </w:rPr>
        <w:t xml:space="preserve"> </w:t>
      </w:r>
      <w:proofErr w:type="spellStart"/>
      <w:r w:rsidRPr="00AD4C67">
        <w:rPr>
          <w:lang w:val="pl-PL"/>
        </w:rPr>
        <w:t>tento</w:t>
      </w:r>
      <w:proofErr w:type="spellEnd"/>
      <w:r w:rsidRPr="00AD4C67">
        <w:rPr>
          <w:lang w:val="pl-PL"/>
        </w:rPr>
        <w:t xml:space="preserve"> </w:t>
      </w:r>
      <w:proofErr w:type="spellStart"/>
      <w:r w:rsidRPr="00AD4C67">
        <w:rPr>
          <w:lang w:val="pl-PL"/>
        </w:rPr>
        <w:t>formulář</w:t>
      </w:r>
      <w:proofErr w:type="spellEnd"/>
      <w:r w:rsidRPr="00AD4C67">
        <w:rPr>
          <w:lang w:val="pl-PL"/>
        </w:rPr>
        <w:t xml:space="preserve">, </w:t>
      </w:r>
      <w:proofErr w:type="spellStart"/>
      <w:r w:rsidRPr="00AD4C67">
        <w:rPr>
          <w:lang w:val="pl-PL"/>
        </w:rPr>
        <w:t>jeho</w:t>
      </w:r>
      <w:proofErr w:type="spellEnd"/>
      <w:r w:rsidRPr="00AD4C67">
        <w:rPr>
          <w:lang w:val="pl-PL"/>
        </w:rPr>
        <w:t xml:space="preserve"> </w:t>
      </w:r>
      <w:proofErr w:type="spellStart"/>
      <w:r w:rsidRPr="00AD4C67">
        <w:rPr>
          <w:lang w:val="pl-PL"/>
        </w:rPr>
        <w:t>použití</w:t>
      </w:r>
      <w:proofErr w:type="spellEnd"/>
      <w:r w:rsidRPr="00AD4C67">
        <w:rPr>
          <w:lang w:val="pl-PL"/>
        </w:rPr>
        <w:t xml:space="preserve"> </w:t>
      </w:r>
      <w:proofErr w:type="spellStart"/>
      <w:r w:rsidRPr="00AD4C67">
        <w:rPr>
          <w:lang w:val="pl-PL"/>
        </w:rPr>
        <w:t>není</w:t>
      </w:r>
      <w:proofErr w:type="spellEnd"/>
      <w:r w:rsidRPr="00AD4C67">
        <w:rPr>
          <w:lang w:val="pl-PL"/>
        </w:rPr>
        <w:t xml:space="preserve"> </w:t>
      </w:r>
      <w:proofErr w:type="spellStart"/>
      <w:r w:rsidRPr="00AD4C67">
        <w:rPr>
          <w:lang w:val="pl-PL"/>
        </w:rPr>
        <w:t>povinné</w:t>
      </w:r>
      <w:proofErr w:type="spellEnd"/>
      <w:r w:rsidRPr="00AD4C67">
        <w:rPr>
          <w:lang w:val="pl-PL"/>
        </w:rPr>
        <w:t>: „</w:t>
      </w:r>
      <w:proofErr w:type="spellStart"/>
      <w:r w:rsidRPr="00AD4C67">
        <w:rPr>
          <w:lang w:val="pl-PL"/>
        </w:rPr>
        <w:t>Adresát</w:t>
      </w:r>
      <w:proofErr w:type="spellEnd"/>
      <w:r w:rsidRPr="00AD4C67">
        <w:rPr>
          <w:lang w:val="pl-PL"/>
        </w:rPr>
        <w:t xml:space="preserve">: Prague </w:t>
      </w:r>
      <w:proofErr w:type="spellStart"/>
      <w:r w:rsidRPr="00AD4C67">
        <w:rPr>
          <w:lang w:val="pl-PL"/>
        </w:rPr>
        <w:t>Stream</w:t>
      </w:r>
      <w:proofErr w:type="spellEnd"/>
      <w:r w:rsidRPr="00AD4C67">
        <w:rPr>
          <w:lang w:val="pl-PL"/>
        </w:rPr>
        <w:t xml:space="preserve"> s.r.o., </w:t>
      </w:r>
      <w:proofErr w:type="spellStart"/>
      <w:r w:rsidRPr="00AD4C67">
        <w:rPr>
          <w:lang w:val="pl-PL"/>
        </w:rPr>
        <w:t>Perucká</w:t>
      </w:r>
      <w:proofErr w:type="spellEnd"/>
      <w:r w:rsidRPr="00AD4C67">
        <w:rPr>
          <w:lang w:val="pl-PL"/>
        </w:rPr>
        <w:t xml:space="preserve"> 2481/5, 120 00 </w:t>
      </w:r>
      <w:proofErr w:type="spellStart"/>
      <w:r w:rsidRPr="00AD4C67">
        <w:rPr>
          <w:lang w:val="pl-PL"/>
        </w:rPr>
        <w:t>Praha</w:t>
      </w:r>
      <w:proofErr w:type="spellEnd"/>
      <w:r w:rsidRPr="00AD4C67">
        <w:rPr>
          <w:lang w:val="pl-PL"/>
        </w:rPr>
        <w:t xml:space="preserve"> 2, info@praguestream.com. </w:t>
      </w:r>
      <w:proofErr w:type="spellStart"/>
      <w:r w:rsidRPr="00AD4C67">
        <w:rPr>
          <w:lang w:val="pl-PL"/>
        </w:rPr>
        <w:t>Oznamuji</w:t>
      </w:r>
      <w:proofErr w:type="spellEnd"/>
      <w:r w:rsidRPr="00AD4C67">
        <w:rPr>
          <w:lang w:val="pl-PL"/>
        </w:rPr>
        <w:t xml:space="preserve">, </w:t>
      </w:r>
      <w:proofErr w:type="spellStart"/>
      <w:r w:rsidRPr="00AD4C67">
        <w:rPr>
          <w:lang w:val="pl-PL"/>
        </w:rPr>
        <w:t>že</w:t>
      </w:r>
      <w:proofErr w:type="spellEnd"/>
      <w:r w:rsidRPr="00AD4C67">
        <w:rPr>
          <w:lang w:val="pl-PL"/>
        </w:rPr>
        <w:t xml:space="preserve"> </w:t>
      </w:r>
      <w:proofErr w:type="spellStart"/>
      <w:r w:rsidRPr="00AD4C67">
        <w:rPr>
          <w:lang w:val="pl-PL"/>
        </w:rPr>
        <w:t>odstupuji</w:t>
      </w:r>
      <w:proofErr w:type="spellEnd"/>
      <w:r w:rsidRPr="00AD4C67">
        <w:rPr>
          <w:lang w:val="pl-PL"/>
        </w:rPr>
        <w:t xml:space="preserve"> od </w:t>
      </w:r>
      <w:proofErr w:type="spellStart"/>
      <w:r w:rsidRPr="00AD4C67">
        <w:rPr>
          <w:lang w:val="pl-PL"/>
        </w:rPr>
        <w:t>smlouvy</w:t>
      </w:r>
      <w:proofErr w:type="spellEnd"/>
      <w:r w:rsidRPr="00AD4C67">
        <w:rPr>
          <w:lang w:val="pl-PL"/>
        </w:rPr>
        <w:t xml:space="preserve"> o </w:t>
      </w:r>
      <w:proofErr w:type="spellStart"/>
      <w:r w:rsidRPr="00AD4C67">
        <w:rPr>
          <w:lang w:val="pl-PL"/>
        </w:rPr>
        <w:t>koupi</w:t>
      </w:r>
      <w:proofErr w:type="spellEnd"/>
      <w:r w:rsidRPr="00AD4C67">
        <w:rPr>
          <w:lang w:val="pl-PL"/>
        </w:rPr>
        <w:t xml:space="preserve"> </w:t>
      </w:r>
      <w:proofErr w:type="spellStart"/>
      <w:r w:rsidRPr="00AD4C67">
        <w:rPr>
          <w:lang w:val="pl-PL"/>
        </w:rPr>
        <w:t>poukazu</w:t>
      </w:r>
      <w:proofErr w:type="spellEnd"/>
      <w:r w:rsidRPr="00AD4C67">
        <w:rPr>
          <w:lang w:val="pl-PL"/>
        </w:rPr>
        <w:t xml:space="preserve"> [</w:t>
      </w:r>
      <w:proofErr w:type="spellStart"/>
      <w:r w:rsidRPr="00AD4C67">
        <w:rPr>
          <w:lang w:val="pl-PL"/>
        </w:rPr>
        <w:t>označení</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číslo</w:t>
      </w:r>
      <w:proofErr w:type="spellEnd"/>
      <w:r w:rsidRPr="00AD4C67">
        <w:rPr>
          <w:lang w:val="pl-PL"/>
        </w:rPr>
        <w:t xml:space="preserve">], </w:t>
      </w:r>
      <w:proofErr w:type="spellStart"/>
      <w:r w:rsidRPr="00AD4C67">
        <w:rPr>
          <w:lang w:val="pl-PL"/>
        </w:rPr>
        <w:t>uzavřené</w:t>
      </w:r>
      <w:proofErr w:type="spellEnd"/>
      <w:r w:rsidRPr="00AD4C67">
        <w:rPr>
          <w:lang w:val="pl-PL"/>
        </w:rPr>
        <w:t xml:space="preserve"> </w:t>
      </w:r>
      <w:proofErr w:type="spellStart"/>
      <w:r w:rsidRPr="00AD4C67">
        <w:rPr>
          <w:lang w:val="pl-PL"/>
        </w:rPr>
        <w:t>dne</w:t>
      </w:r>
      <w:proofErr w:type="spellEnd"/>
      <w:r w:rsidRPr="00AD4C67">
        <w:rPr>
          <w:lang w:val="pl-PL"/>
        </w:rPr>
        <w:t xml:space="preserve"> [</w:t>
      </w:r>
      <w:proofErr w:type="spellStart"/>
      <w:r w:rsidRPr="00AD4C67">
        <w:rPr>
          <w:lang w:val="pl-PL"/>
        </w:rPr>
        <w:t>datum</w:t>
      </w:r>
      <w:proofErr w:type="spellEnd"/>
      <w:r w:rsidRPr="00AD4C67">
        <w:rPr>
          <w:lang w:val="pl-PL"/>
        </w:rPr>
        <w:t xml:space="preserve">]. </w:t>
      </w:r>
      <w:proofErr w:type="spellStart"/>
      <w:r w:rsidRPr="00AD4C67">
        <w:rPr>
          <w:lang w:val="pl-PL"/>
        </w:rPr>
        <w:t>Jméno</w:t>
      </w:r>
      <w:proofErr w:type="spellEnd"/>
      <w:r w:rsidRPr="00AD4C67">
        <w:rPr>
          <w:lang w:val="pl-PL"/>
        </w:rPr>
        <w:t xml:space="preserve"> a </w:t>
      </w:r>
      <w:proofErr w:type="spellStart"/>
      <w:r w:rsidRPr="00AD4C67">
        <w:rPr>
          <w:lang w:val="pl-PL"/>
        </w:rPr>
        <w:t>příjmení</w:t>
      </w:r>
      <w:proofErr w:type="spellEnd"/>
      <w:r w:rsidRPr="00AD4C67">
        <w:rPr>
          <w:lang w:val="pl-PL"/>
        </w:rPr>
        <w:t xml:space="preserve"> </w:t>
      </w:r>
      <w:proofErr w:type="spellStart"/>
      <w:r w:rsidRPr="00AD4C67">
        <w:rPr>
          <w:lang w:val="pl-PL"/>
        </w:rPr>
        <w:t>spotřebitele</w:t>
      </w:r>
      <w:proofErr w:type="spellEnd"/>
      <w:r w:rsidRPr="00AD4C67">
        <w:rPr>
          <w:lang w:val="pl-PL"/>
        </w:rPr>
        <w:t>: [</w:t>
      </w:r>
      <w:proofErr w:type="spellStart"/>
      <w:r w:rsidRPr="00AD4C67">
        <w:rPr>
          <w:lang w:val="pl-PL"/>
        </w:rPr>
        <w:t>doplnit</w:t>
      </w:r>
      <w:proofErr w:type="spellEnd"/>
      <w:r w:rsidRPr="00AD4C67">
        <w:rPr>
          <w:lang w:val="pl-PL"/>
        </w:rPr>
        <w:t xml:space="preserve">]. </w:t>
      </w:r>
      <w:proofErr w:type="spellStart"/>
      <w:r w:rsidRPr="00AD4C67">
        <w:rPr>
          <w:lang w:val="pl-PL"/>
        </w:rPr>
        <w:t>Adresa</w:t>
      </w:r>
      <w:proofErr w:type="spellEnd"/>
      <w:r w:rsidRPr="00AD4C67">
        <w:rPr>
          <w:lang w:val="pl-PL"/>
        </w:rPr>
        <w:t>: [</w:t>
      </w:r>
      <w:proofErr w:type="spellStart"/>
      <w:r w:rsidRPr="00AD4C67">
        <w:rPr>
          <w:lang w:val="pl-PL"/>
        </w:rPr>
        <w:t>doplnit</w:t>
      </w:r>
      <w:proofErr w:type="spellEnd"/>
      <w:r w:rsidRPr="00AD4C67">
        <w:rPr>
          <w:lang w:val="pl-PL"/>
        </w:rPr>
        <w:t xml:space="preserve">]. </w:t>
      </w:r>
      <w:proofErr w:type="spellStart"/>
      <w:r w:rsidRPr="00AD4C67">
        <w:rPr>
          <w:lang w:val="pl-PL"/>
        </w:rPr>
        <w:t>Datum</w:t>
      </w:r>
      <w:proofErr w:type="spellEnd"/>
      <w:r w:rsidRPr="00AD4C67">
        <w:rPr>
          <w:lang w:val="pl-PL"/>
        </w:rPr>
        <w:t>: [</w:t>
      </w:r>
      <w:proofErr w:type="spellStart"/>
      <w:r w:rsidRPr="00AD4C67">
        <w:rPr>
          <w:lang w:val="pl-PL"/>
        </w:rPr>
        <w:t>doplnit</w:t>
      </w:r>
      <w:proofErr w:type="spellEnd"/>
      <w:r w:rsidRPr="00AD4C67">
        <w:rPr>
          <w:lang w:val="pl-PL"/>
        </w:rPr>
        <w:t xml:space="preserve">]. Podpis </w:t>
      </w:r>
      <w:proofErr w:type="spellStart"/>
      <w:r w:rsidRPr="00AD4C67">
        <w:rPr>
          <w:lang w:val="pl-PL"/>
        </w:rPr>
        <w:t>spotřebitele</w:t>
      </w:r>
      <w:proofErr w:type="spellEnd"/>
      <w:r w:rsidRPr="00AD4C67">
        <w:rPr>
          <w:lang w:val="pl-PL"/>
        </w:rPr>
        <w:t xml:space="preserve">, </w:t>
      </w:r>
      <w:proofErr w:type="spellStart"/>
      <w:r w:rsidRPr="00AD4C67">
        <w:rPr>
          <w:lang w:val="pl-PL"/>
        </w:rPr>
        <w:t>pouze</w:t>
      </w:r>
      <w:proofErr w:type="spellEnd"/>
      <w:r w:rsidRPr="00AD4C67">
        <w:rPr>
          <w:lang w:val="pl-PL"/>
        </w:rPr>
        <w:t xml:space="preserve"> </w:t>
      </w:r>
      <w:proofErr w:type="spellStart"/>
      <w:r w:rsidRPr="00AD4C67">
        <w:rPr>
          <w:lang w:val="pl-PL"/>
        </w:rPr>
        <w:t>při</w:t>
      </w:r>
      <w:proofErr w:type="spellEnd"/>
      <w:r w:rsidRPr="00AD4C67">
        <w:rPr>
          <w:lang w:val="pl-PL"/>
        </w:rPr>
        <w:t xml:space="preserve"> </w:t>
      </w:r>
      <w:proofErr w:type="spellStart"/>
      <w:r w:rsidRPr="00AD4C67">
        <w:rPr>
          <w:lang w:val="pl-PL"/>
        </w:rPr>
        <w:t>listinném</w:t>
      </w:r>
      <w:proofErr w:type="spellEnd"/>
      <w:r w:rsidRPr="00AD4C67">
        <w:rPr>
          <w:lang w:val="pl-PL"/>
        </w:rPr>
        <w:t xml:space="preserve"> </w:t>
      </w:r>
      <w:proofErr w:type="spellStart"/>
      <w:r w:rsidRPr="00AD4C67">
        <w:rPr>
          <w:lang w:val="pl-PL"/>
        </w:rPr>
        <w:t>podání</w:t>
      </w:r>
      <w:proofErr w:type="spellEnd"/>
      <w:r w:rsidRPr="00AD4C67">
        <w:rPr>
          <w:lang w:val="pl-PL"/>
        </w:rPr>
        <w:t>: [</w:t>
      </w:r>
      <w:proofErr w:type="spellStart"/>
      <w:r w:rsidRPr="00AD4C67">
        <w:rPr>
          <w:lang w:val="pl-PL"/>
        </w:rPr>
        <w:t>doplnit</w:t>
      </w:r>
      <w:proofErr w:type="spellEnd"/>
      <w:r w:rsidRPr="00AD4C67">
        <w:rPr>
          <w:lang w:val="pl-PL"/>
        </w:rPr>
        <w:t>].“</w:t>
      </w:r>
    </w:p>
    <w:p w14:paraId="2D4DC365" w14:textId="77777777" w:rsidR="006C464F" w:rsidRPr="00AD4C67" w:rsidRDefault="00000000">
      <w:pPr>
        <w:rPr>
          <w:lang w:val="pl-PL"/>
        </w:rPr>
      </w:pPr>
      <w:r w:rsidRPr="00AD4C67">
        <w:rPr>
          <w:lang w:val="pl-PL"/>
        </w:rPr>
        <w:t xml:space="preserve">15.6. </w:t>
      </w:r>
      <w:proofErr w:type="spellStart"/>
      <w:r w:rsidRPr="00AD4C67">
        <w:rPr>
          <w:lang w:val="pl-PL"/>
        </w:rPr>
        <w:t>Při</w:t>
      </w:r>
      <w:proofErr w:type="spellEnd"/>
      <w:r w:rsidRPr="00AD4C67">
        <w:rPr>
          <w:lang w:val="pl-PL"/>
        </w:rPr>
        <w:t xml:space="preserve"> </w:t>
      </w:r>
      <w:proofErr w:type="spellStart"/>
      <w:r w:rsidRPr="00AD4C67">
        <w:rPr>
          <w:lang w:val="pl-PL"/>
        </w:rPr>
        <w:t>platném</w:t>
      </w:r>
      <w:proofErr w:type="spellEnd"/>
      <w:r w:rsidRPr="00AD4C67">
        <w:rPr>
          <w:lang w:val="pl-PL"/>
        </w:rPr>
        <w:t xml:space="preserve"> </w:t>
      </w:r>
      <w:proofErr w:type="spellStart"/>
      <w:r w:rsidRPr="00AD4C67">
        <w:rPr>
          <w:lang w:val="pl-PL"/>
        </w:rPr>
        <w:t>odstoupení</w:t>
      </w:r>
      <w:proofErr w:type="spellEnd"/>
      <w:r w:rsidRPr="00AD4C67">
        <w:rPr>
          <w:lang w:val="pl-PL"/>
        </w:rPr>
        <w:t xml:space="preserve"> </w:t>
      </w:r>
      <w:proofErr w:type="spellStart"/>
      <w:r w:rsidRPr="00AD4C67">
        <w:rPr>
          <w:lang w:val="pl-PL"/>
        </w:rPr>
        <w:t>poskytovatel</w:t>
      </w:r>
      <w:proofErr w:type="spellEnd"/>
      <w:r w:rsidRPr="00AD4C67">
        <w:rPr>
          <w:lang w:val="pl-PL"/>
        </w:rPr>
        <w:t xml:space="preserve"> </w:t>
      </w:r>
      <w:proofErr w:type="spellStart"/>
      <w:r w:rsidRPr="00AD4C67">
        <w:rPr>
          <w:lang w:val="pl-PL"/>
        </w:rPr>
        <w:t>vrátí</w:t>
      </w:r>
      <w:proofErr w:type="spellEnd"/>
      <w:r w:rsidRPr="00AD4C67">
        <w:rPr>
          <w:lang w:val="pl-PL"/>
        </w:rPr>
        <w:t xml:space="preserve"> </w:t>
      </w:r>
      <w:proofErr w:type="spellStart"/>
      <w:r w:rsidRPr="00AD4C67">
        <w:rPr>
          <w:lang w:val="pl-PL"/>
        </w:rPr>
        <w:t>přijaté</w:t>
      </w:r>
      <w:proofErr w:type="spellEnd"/>
      <w:r w:rsidRPr="00AD4C67">
        <w:rPr>
          <w:lang w:val="pl-PL"/>
        </w:rPr>
        <w:t xml:space="preserve"> </w:t>
      </w:r>
      <w:proofErr w:type="spellStart"/>
      <w:r w:rsidRPr="00AD4C67">
        <w:rPr>
          <w:lang w:val="pl-PL"/>
        </w:rPr>
        <w:t>peníze</w:t>
      </w:r>
      <w:proofErr w:type="spellEnd"/>
      <w:r w:rsidRPr="00AD4C67">
        <w:rPr>
          <w:lang w:val="pl-PL"/>
        </w:rPr>
        <w:t xml:space="preserve"> </w:t>
      </w:r>
      <w:proofErr w:type="spellStart"/>
      <w:r w:rsidRPr="00AD4C67">
        <w:rPr>
          <w:lang w:val="pl-PL"/>
        </w:rPr>
        <w:t>nejpozději</w:t>
      </w:r>
      <w:proofErr w:type="spellEnd"/>
      <w:r w:rsidRPr="00AD4C67">
        <w:rPr>
          <w:lang w:val="pl-PL"/>
        </w:rPr>
        <w:t xml:space="preserve"> do 14 </w:t>
      </w:r>
      <w:proofErr w:type="spellStart"/>
      <w:r w:rsidRPr="00AD4C67">
        <w:rPr>
          <w:lang w:val="pl-PL"/>
        </w:rPr>
        <w:t>dnů</w:t>
      </w:r>
      <w:proofErr w:type="spellEnd"/>
      <w:r w:rsidRPr="00AD4C67">
        <w:rPr>
          <w:lang w:val="pl-PL"/>
        </w:rPr>
        <w:t xml:space="preserve"> od </w:t>
      </w:r>
      <w:proofErr w:type="spellStart"/>
      <w:r w:rsidRPr="00AD4C67">
        <w:rPr>
          <w:lang w:val="pl-PL"/>
        </w:rPr>
        <w:t>doručení</w:t>
      </w:r>
      <w:proofErr w:type="spellEnd"/>
      <w:r w:rsidRPr="00AD4C67">
        <w:rPr>
          <w:lang w:val="pl-PL"/>
        </w:rPr>
        <w:t xml:space="preserve"> </w:t>
      </w:r>
      <w:proofErr w:type="spellStart"/>
      <w:r w:rsidRPr="00AD4C67">
        <w:rPr>
          <w:lang w:val="pl-PL"/>
        </w:rPr>
        <w:t>odstoupení</w:t>
      </w:r>
      <w:proofErr w:type="spellEnd"/>
      <w:r w:rsidRPr="00AD4C67">
        <w:rPr>
          <w:lang w:val="pl-PL"/>
        </w:rPr>
        <w:t xml:space="preserve"> </w:t>
      </w:r>
      <w:proofErr w:type="spellStart"/>
      <w:r w:rsidRPr="00AD4C67">
        <w:rPr>
          <w:lang w:val="pl-PL"/>
        </w:rPr>
        <w:t>stejným</w:t>
      </w:r>
      <w:proofErr w:type="spellEnd"/>
      <w:r w:rsidRPr="00AD4C67">
        <w:rPr>
          <w:lang w:val="pl-PL"/>
        </w:rPr>
        <w:t xml:space="preserve"> </w:t>
      </w:r>
      <w:proofErr w:type="spellStart"/>
      <w:r w:rsidRPr="00AD4C67">
        <w:rPr>
          <w:lang w:val="pl-PL"/>
        </w:rPr>
        <w:t>platebním</w:t>
      </w:r>
      <w:proofErr w:type="spellEnd"/>
      <w:r w:rsidRPr="00AD4C67">
        <w:rPr>
          <w:lang w:val="pl-PL"/>
        </w:rPr>
        <w:t xml:space="preserve"> </w:t>
      </w:r>
      <w:proofErr w:type="spellStart"/>
      <w:r w:rsidRPr="00AD4C67">
        <w:rPr>
          <w:lang w:val="pl-PL"/>
        </w:rPr>
        <w:t>prostředkem</w:t>
      </w:r>
      <w:proofErr w:type="spellEnd"/>
      <w:r w:rsidRPr="00AD4C67">
        <w:rPr>
          <w:lang w:val="pl-PL"/>
        </w:rPr>
        <w:t xml:space="preserve">, </w:t>
      </w:r>
      <w:proofErr w:type="spellStart"/>
      <w:r w:rsidRPr="00AD4C67">
        <w:rPr>
          <w:lang w:val="pl-PL"/>
        </w:rPr>
        <w:t>ledaže</w:t>
      </w:r>
      <w:proofErr w:type="spellEnd"/>
      <w:r w:rsidRPr="00AD4C67">
        <w:rPr>
          <w:lang w:val="pl-PL"/>
        </w:rPr>
        <w:t xml:space="preserve"> </w:t>
      </w:r>
      <w:proofErr w:type="spellStart"/>
      <w:r w:rsidRPr="00AD4C67">
        <w:rPr>
          <w:lang w:val="pl-PL"/>
        </w:rPr>
        <w:t>spotřebitel</w:t>
      </w:r>
      <w:proofErr w:type="spellEnd"/>
      <w:r w:rsidRPr="00AD4C67">
        <w:rPr>
          <w:lang w:val="pl-PL"/>
        </w:rPr>
        <w:t xml:space="preserve"> </w:t>
      </w:r>
      <w:proofErr w:type="spellStart"/>
      <w:r w:rsidRPr="00AD4C67">
        <w:rPr>
          <w:lang w:val="pl-PL"/>
        </w:rPr>
        <w:t>výslovně</w:t>
      </w:r>
      <w:proofErr w:type="spellEnd"/>
      <w:r w:rsidRPr="00AD4C67">
        <w:rPr>
          <w:lang w:val="pl-PL"/>
        </w:rPr>
        <w:t xml:space="preserve"> </w:t>
      </w:r>
      <w:proofErr w:type="spellStart"/>
      <w:r w:rsidRPr="00AD4C67">
        <w:rPr>
          <w:lang w:val="pl-PL"/>
        </w:rPr>
        <w:t>souhlasí</w:t>
      </w:r>
      <w:proofErr w:type="spellEnd"/>
      <w:r w:rsidRPr="00AD4C67">
        <w:rPr>
          <w:lang w:val="pl-PL"/>
        </w:rPr>
        <w:t xml:space="preserve"> s </w:t>
      </w:r>
      <w:proofErr w:type="spellStart"/>
      <w:r w:rsidRPr="00AD4C67">
        <w:rPr>
          <w:lang w:val="pl-PL"/>
        </w:rPr>
        <w:t>jiným</w:t>
      </w:r>
      <w:proofErr w:type="spellEnd"/>
      <w:r w:rsidRPr="00AD4C67">
        <w:rPr>
          <w:lang w:val="pl-PL"/>
        </w:rPr>
        <w:t xml:space="preserve"> </w:t>
      </w:r>
      <w:proofErr w:type="spellStart"/>
      <w:r w:rsidRPr="00AD4C67">
        <w:rPr>
          <w:lang w:val="pl-PL"/>
        </w:rPr>
        <w:t>způsobem</w:t>
      </w:r>
      <w:proofErr w:type="spellEnd"/>
      <w:r w:rsidRPr="00AD4C67">
        <w:rPr>
          <w:lang w:val="pl-PL"/>
        </w:rPr>
        <w:t xml:space="preserve"> bez </w:t>
      </w:r>
      <w:proofErr w:type="spellStart"/>
      <w:r w:rsidRPr="00AD4C67">
        <w:rPr>
          <w:lang w:val="pl-PL"/>
        </w:rPr>
        <w:t>dalších</w:t>
      </w:r>
      <w:proofErr w:type="spellEnd"/>
      <w:r w:rsidRPr="00AD4C67">
        <w:rPr>
          <w:lang w:val="pl-PL"/>
        </w:rPr>
        <w:t xml:space="preserve"> </w:t>
      </w:r>
      <w:proofErr w:type="spellStart"/>
      <w:r w:rsidRPr="00AD4C67">
        <w:rPr>
          <w:lang w:val="pl-PL"/>
        </w:rPr>
        <w:t>nákladů</w:t>
      </w:r>
      <w:proofErr w:type="spellEnd"/>
      <w:r w:rsidRPr="00AD4C67">
        <w:rPr>
          <w:lang w:val="pl-PL"/>
        </w:rPr>
        <w:t xml:space="preserve">. </w:t>
      </w:r>
      <w:proofErr w:type="spellStart"/>
      <w:r w:rsidRPr="00AD4C67">
        <w:rPr>
          <w:lang w:val="pl-PL"/>
        </w:rPr>
        <w:t>Poukaz</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zneplatní</w:t>
      </w:r>
      <w:proofErr w:type="spellEnd"/>
      <w:r w:rsidRPr="00AD4C67">
        <w:rPr>
          <w:lang w:val="pl-PL"/>
        </w:rPr>
        <w:t xml:space="preserve">. Mimo </w:t>
      </w:r>
      <w:proofErr w:type="spellStart"/>
      <w:r w:rsidRPr="00AD4C67">
        <w:rPr>
          <w:lang w:val="pl-PL"/>
        </w:rPr>
        <w:t>zákonné</w:t>
      </w:r>
      <w:proofErr w:type="spellEnd"/>
      <w:r w:rsidRPr="00AD4C67">
        <w:rPr>
          <w:lang w:val="pl-PL"/>
        </w:rPr>
        <w:t xml:space="preserve"> </w:t>
      </w:r>
      <w:proofErr w:type="spellStart"/>
      <w:r w:rsidRPr="00AD4C67">
        <w:rPr>
          <w:lang w:val="pl-PL"/>
        </w:rPr>
        <w:t>odstoupení</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možnost</w:t>
      </w:r>
      <w:proofErr w:type="spellEnd"/>
      <w:r w:rsidRPr="00AD4C67">
        <w:rPr>
          <w:lang w:val="pl-PL"/>
        </w:rPr>
        <w:t xml:space="preserve"> </w:t>
      </w:r>
      <w:proofErr w:type="spellStart"/>
      <w:r w:rsidRPr="00AD4C67">
        <w:rPr>
          <w:lang w:val="pl-PL"/>
        </w:rPr>
        <w:t>výměny</w:t>
      </w:r>
      <w:proofErr w:type="spellEnd"/>
      <w:r w:rsidRPr="00AD4C67">
        <w:rPr>
          <w:lang w:val="pl-PL"/>
        </w:rPr>
        <w:t xml:space="preserve"> </w:t>
      </w:r>
      <w:proofErr w:type="spellStart"/>
      <w:r w:rsidRPr="00AD4C67">
        <w:rPr>
          <w:lang w:val="pl-PL"/>
        </w:rPr>
        <w:t>či</w:t>
      </w:r>
      <w:proofErr w:type="spellEnd"/>
      <w:r w:rsidRPr="00AD4C67">
        <w:rPr>
          <w:lang w:val="pl-PL"/>
        </w:rPr>
        <w:t xml:space="preserve"> </w:t>
      </w:r>
      <w:proofErr w:type="spellStart"/>
      <w:r w:rsidRPr="00AD4C67">
        <w:rPr>
          <w:lang w:val="pl-PL"/>
        </w:rPr>
        <w:t>vrácení</w:t>
      </w:r>
      <w:proofErr w:type="spellEnd"/>
      <w:r w:rsidRPr="00AD4C67">
        <w:rPr>
          <w:lang w:val="pl-PL"/>
        </w:rPr>
        <w:t xml:space="preserve"> </w:t>
      </w:r>
      <w:proofErr w:type="spellStart"/>
      <w:r w:rsidRPr="00AD4C67">
        <w:rPr>
          <w:lang w:val="pl-PL"/>
        </w:rPr>
        <w:t>řídí</w:t>
      </w:r>
      <w:proofErr w:type="spellEnd"/>
      <w:r w:rsidRPr="00AD4C67">
        <w:rPr>
          <w:lang w:val="pl-PL"/>
        </w:rPr>
        <w:t xml:space="preserve"> </w:t>
      </w:r>
      <w:proofErr w:type="spellStart"/>
      <w:r w:rsidRPr="00AD4C67">
        <w:rPr>
          <w:lang w:val="pl-PL"/>
        </w:rPr>
        <w:t>předem</w:t>
      </w:r>
      <w:proofErr w:type="spellEnd"/>
      <w:r w:rsidRPr="00AD4C67">
        <w:rPr>
          <w:lang w:val="pl-PL"/>
        </w:rPr>
        <w:t xml:space="preserve"> </w:t>
      </w:r>
      <w:proofErr w:type="spellStart"/>
      <w:r w:rsidRPr="00AD4C67">
        <w:rPr>
          <w:lang w:val="pl-PL"/>
        </w:rPr>
        <w:t>sdělenými</w:t>
      </w:r>
      <w:proofErr w:type="spellEnd"/>
      <w:r w:rsidRPr="00AD4C67">
        <w:rPr>
          <w:lang w:val="pl-PL"/>
        </w:rPr>
        <w:t xml:space="preserve"> </w:t>
      </w:r>
      <w:proofErr w:type="spellStart"/>
      <w:r w:rsidRPr="00AD4C67">
        <w:rPr>
          <w:lang w:val="pl-PL"/>
        </w:rPr>
        <w:t>podmínkami</w:t>
      </w:r>
      <w:proofErr w:type="spellEnd"/>
      <w:r w:rsidRPr="00AD4C67">
        <w:rPr>
          <w:lang w:val="pl-PL"/>
        </w:rPr>
        <w:t xml:space="preserve"> a </w:t>
      </w:r>
      <w:proofErr w:type="spellStart"/>
      <w:r w:rsidRPr="00AD4C67">
        <w:rPr>
          <w:lang w:val="pl-PL"/>
        </w:rPr>
        <w:t>dohodou</w:t>
      </w:r>
      <w:proofErr w:type="spellEnd"/>
      <w:r w:rsidRPr="00AD4C67">
        <w:rPr>
          <w:lang w:val="pl-PL"/>
        </w:rPr>
        <w:t xml:space="preserve">; </w:t>
      </w:r>
      <w:proofErr w:type="spellStart"/>
      <w:r w:rsidRPr="00AD4C67">
        <w:rPr>
          <w:lang w:val="pl-PL"/>
        </w:rPr>
        <w:t>nelze</w:t>
      </w:r>
      <w:proofErr w:type="spellEnd"/>
      <w:r w:rsidRPr="00AD4C67">
        <w:rPr>
          <w:lang w:val="pl-PL"/>
        </w:rPr>
        <w:t xml:space="preserve"> </w:t>
      </w:r>
      <w:proofErr w:type="spellStart"/>
      <w:r w:rsidRPr="00AD4C67">
        <w:rPr>
          <w:lang w:val="pl-PL"/>
        </w:rPr>
        <w:t>odmítnout</w:t>
      </w:r>
      <w:proofErr w:type="spellEnd"/>
      <w:r w:rsidRPr="00AD4C67">
        <w:rPr>
          <w:lang w:val="pl-PL"/>
        </w:rPr>
        <w:t xml:space="preserve"> </w:t>
      </w:r>
      <w:proofErr w:type="spellStart"/>
      <w:r w:rsidRPr="00AD4C67">
        <w:rPr>
          <w:lang w:val="pl-PL"/>
        </w:rPr>
        <w:t>vrácení</w:t>
      </w:r>
      <w:proofErr w:type="spellEnd"/>
      <w:r w:rsidRPr="00AD4C67">
        <w:rPr>
          <w:lang w:val="pl-PL"/>
        </w:rPr>
        <w:t xml:space="preserve">, </w:t>
      </w:r>
      <w:proofErr w:type="spellStart"/>
      <w:r w:rsidRPr="00AD4C67">
        <w:rPr>
          <w:lang w:val="pl-PL"/>
        </w:rPr>
        <w:t>které</w:t>
      </w:r>
      <w:proofErr w:type="spellEnd"/>
      <w:r w:rsidRPr="00AD4C67">
        <w:rPr>
          <w:lang w:val="pl-PL"/>
        </w:rPr>
        <w:t xml:space="preserve"> </w:t>
      </w:r>
      <w:proofErr w:type="spellStart"/>
      <w:r w:rsidRPr="00AD4C67">
        <w:rPr>
          <w:lang w:val="pl-PL"/>
        </w:rPr>
        <w:t>zákazníkovi</w:t>
      </w:r>
      <w:proofErr w:type="spellEnd"/>
      <w:r w:rsidRPr="00AD4C67">
        <w:rPr>
          <w:lang w:val="pl-PL"/>
        </w:rPr>
        <w:t xml:space="preserve"> </w:t>
      </w:r>
      <w:proofErr w:type="spellStart"/>
      <w:r w:rsidRPr="00AD4C67">
        <w:rPr>
          <w:lang w:val="pl-PL"/>
        </w:rPr>
        <w:t>náleží</w:t>
      </w:r>
      <w:proofErr w:type="spellEnd"/>
      <w:r w:rsidRPr="00AD4C67">
        <w:rPr>
          <w:lang w:val="pl-PL"/>
        </w:rPr>
        <w:t xml:space="preserve"> podle </w:t>
      </w:r>
      <w:proofErr w:type="spellStart"/>
      <w:r w:rsidRPr="00AD4C67">
        <w:rPr>
          <w:lang w:val="pl-PL"/>
        </w:rPr>
        <w:t>zákona</w:t>
      </w:r>
      <w:proofErr w:type="spellEnd"/>
      <w:r w:rsidRPr="00AD4C67">
        <w:rPr>
          <w:lang w:val="pl-PL"/>
        </w:rPr>
        <w:t>.</w:t>
      </w:r>
    </w:p>
    <w:p w14:paraId="1B4DC213" w14:textId="77777777" w:rsidR="006C464F" w:rsidRPr="00AD4C67" w:rsidRDefault="00000000">
      <w:pPr>
        <w:rPr>
          <w:lang w:val="pl-PL"/>
        </w:rPr>
      </w:pPr>
      <w:r w:rsidRPr="00AD4C67">
        <w:rPr>
          <w:lang w:val="pl-PL"/>
        </w:rPr>
        <w:lastRenderedPageBreak/>
        <w:br w:type="page"/>
      </w:r>
    </w:p>
    <w:p w14:paraId="111B1837" w14:textId="77777777" w:rsidR="006C464F" w:rsidRPr="00AD4C67" w:rsidRDefault="00000000">
      <w:pPr>
        <w:pStyle w:val="Nadpis1"/>
        <w:rPr>
          <w:lang w:val="pl-PL"/>
        </w:rPr>
      </w:pPr>
      <w:proofErr w:type="spellStart"/>
      <w:r w:rsidRPr="00AD4C67">
        <w:rPr>
          <w:lang w:val="pl-PL"/>
        </w:rPr>
        <w:lastRenderedPageBreak/>
        <w:t>Příloha</w:t>
      </w:r>
      <w:proofErr w:type="spellEnd"/>
      <w:r w:rsidRPr="00AD4C67">
        <w:rPr>
          <w:lang w:val="pl-PL"/>
        </w:rPr>
        <w:t xml:space="preserve"> 1 </w:t>
      </w:r>
      <w:proofErr w:type="spellStart"/>
      <w:r w:rsidRPr="00AD4C67">
        <w:rPr>
          <w:lang w:val="pl-PL"/>
        </w:rPr>
        <w:t>Ceník</w:t>
      </w:r>
      <w:proofErr w:type="spellEnd"/>
      <w:r w:rsidRPr="00AD4C67">
        <w:rPr>
          <w:lang w:val="pl-PL"/>
        </w:rPr>
        <w:t xml:space="preserve"> </w:t>
      </w:r>
      <w:proofErr w:type="spellStart"/>
      <w:r w:rsidRPr="00AD4C67">
        <w:rPr>
          <w:lang w:val="pl-PL"/>
        </w:rPr>
        <w:t>náhrad</w:t>
      </w:r>
      <w:proofErr w:type="spellEnd"/>
      <w:r w:rsidRPr="00AD4C67">
        <w:rPr>
          <w:lang w:val="pl-PL"/>
        </w:rPr>
        <w:t xml:space="preserve"> za </w:t>
      </w:r>
      <w:proofErr w:type="spellStart"/>
      <w:r w:rsidRPr="00AD4C67">
        <w:rPr>
          <w:lang w:val="pl-PL"/>
        </w:rPr>
        <w:t>vybavení</w:t>
      </w:r>
      <w:proofErr w:type="spellEnd"/>
      <w:r w:rsidRPr="00AD4C67">
        <w:rPr>
          <w:lang w:val="pl-PL"/>
        </w:rPr>
        <w:t xml:space="preserve"> a </w:t>
      </w:r>
      <w:proofErr w:type="spellStart"/>
      <w:r w:rsidRPr="00AD4C67">
        <w:rPr>
          <w:lang w:val="pl-PL"/>
        </w:rPr>
        <w:t>mimořádného</w:t>
      </w:r>
      <w:proofErr w:type="spellEnd"/>
      <w:r w:rsidRPr="00AD4C67">
        <w:rPr>
          <w:lang w:val="pl-PL"/>
        </w:rPr>
        <w:t xml:space="preserve"> </w:t>
      </w:r>
      <w:proofErr w:type="spellStart"/>
      <w:r w:rsidRPr="00AD4C67">
        <w:rPr>
          <w:lang w:val="pl-PL"/>
        </w:rPr>
        <w:t>úklidu</w:t>
      </w:r>
      <w:proofErr w:type="spellEnd"/>
    </w:p>
    <w:p w14:paraId="577CAA21" w14:textId="77777777" w:rsidR="006C464F" w:rsidRPr="00AD4C67" w:rsidRDefault="00000000">
      <w:pPr>
        <w:rPr>
          <w:lang w:val="pl-PL"/>
        </w:rPr>
      </w:pPr>
      <w:proofErr w:type="spellStart"/>
      <w:r w:rsidRPr="00AD4C67">
        <w:rPr>
          <w:lang w:val="pl-PL"/>
        </w:rPr>
        <w:t>Příloha</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poskytuje</w:t>
      </w:r>
      <w:proofErr w:type="spellEnd"/>
      <w:r w:rsidRPr="00AD4C67">
        <w:rPr>
          <w:lang w:val="pl-PL"/>
        </w:rPr>
        <w:t xml:space="preserve"> </w:t>
      </w:r>
      <w:proofErr w:type="spellStart"/>
      <w:r w:rsidRPr="00AD4C67">
        <w:rPr>
          <w:lang w:val="pl-PL"/>
        </w:rPr>
        <w:t>zákazníkovi</w:t>
      </w:r>
      <w:proofErr w:type="spellEnd"/>
      <w:r w:rsidRPr="00AD4C67">
        <w:rPr>
          <w:lang w:val="pl-PL"/>
        </w:rPr>
        <w:t xml:space="preserve"> </w:t>
      </w:r>
      <w:proofErr w:type="spellStart"/>
      <w:r w:rsidRPr="00AD4C67">
        <w:rPr>
          <w:lang w:val="pl-PL"/>
        </w:rPr>
        <w:t>spolu</w:t>
      </w:r>
      <w:proofErr w:type="spellEnd"/>
      <w:r w:rsidRPr="00AD4C67">
        <w:rPr>
          <w:lang w:val="pl-PL"/>
        </w:rPr>
        <w:t xml:space="preserve"> s VOP </w:t>
      </w:r>
      <w:proofErr w:type="spellStart"/>
      <w:r w:rsidRPr="00AD4C67">
        <w:rPr>
          <w:lang w:val="pl-PL"/>
        </w:rPr>
        <w:t>před</w:t>
      </w:r>
      <w:proofErr w:type="spellEnd"/>
      <w:r w:rsidRPr="00AD4C67">
        <w:rPr>
          <w:lang w:val="pl-PL"/>
        </w:rPr>
        <w:t xml:space="preserve"> </w:t>
      </w:r>
      <w:proofErr w:type="spellStart"/>
      <w:r w:rsidRPr="00AD4C67">
        <w:rPr>
          <w:lang w:val="pl-PL"/>
        </w:rPr>
        <w:t>uzavřením</w:t>
      </w:r>
      <w:proofErr w:type="spellEnd"/>
      <w:r w:rsidRPr="00AD4C67">
        <w:rPr>
          <w:lang w:val="pl-PL"/>
        </w:rPr>
        <w:t xml:space="preserve"> </w:t>
      </w:r>
      <w:proofErr w:type="spellStart"/>
      <w:r w:rsidRPr="00AD4C67">
        <w:rPr>
          <w:lang w:val="pl-PL"/>
        </w:rPr>
        <w:t>smlouvy</w:t>
      </w:r>
      <w:proofErr w:type="spellEnd"/>
      <w:r w:rsidRPr="00AD4C67">
        <w:rPr>
          <w:lang w:val="pl-PL"/>
        </w:rPr>
        <w:t xml:space="preserve">. </w:t>
      </w:r>
      <w:proofErr w:type="spellStart"/>
      <w:r w:rsidRPr="00AD4C67">
        <w:rPr>
          <w:lang w:val="pl-PL"/>
        </w:rPr>
        <w:t>Pravidla</w:t>
      </w:r>
      <w:proofErr w:type="spellEnd"/>
      <w:r w:rsidRPr="00AD4C67">
        <w:rPr>
          <w:lang w:val="pl-PL"/>
        </w:rPr>
        <w:t xml:space="preserve"> </w:t>
      </w:r>
      <w:proofErr w:type="spellStart"/>
      <w:r w:rsidRPr="00AD4C67">
        <w:rPr>
          <w:lang w:val="pl-PL"/>
        </w:rPr>
        <w:t>odpovědnosti</w:t>
      </w:r>
      <w:proofErr w:type="spellEnd"/>
      <w:r w:rsidRPr="00AD4C67">
        <w:rPr>
          <w:lang w:val="pl-PL"/>
        </w:rPr>
        <w:t xml:space="preserve">, </w:t>
      </w:r>
      <w:proofErr w:type="spellStart"/>
      <w:r w:rsidRPr="00AD4C67">
        <w:rPr>
          <w:lang w:val="pl-PL"/>
        </w:rPr>
        <w:t>doložení</w:t>
      </w:r>
      <w:proofErr w:type="spellEnd"/>
      <w:r w:rsidRPr="00AD4C67">
        <w:rPr>
          <w:lang w:val="pl-PL"/>
        </w:rPr>
        <w:t xml:space="preserve"> </w:t>
      </w:r>
      <w:proofErr w:type="spellStart"/>
      <w:r w:rsidRPr="00AD4C67">
        <w:rPr>
          <w:lang w:val="pl-PL"/>
        </w:rPr>
        <w:t>škody</w:t>
      </w:r>
      <w:proofErr w:type="spellEnd"/>
      <w:r w:rsidRPr="00AD4C67">
        <w:rPr>
          <w:lang w:val="pl-PL"/>
        </w:rPr>
        <w:t xml:space="preserve"> a </w:t>
      </w:r>
      <w:proofErr w:type="spellStart"/>
      <w:r w:rsidRPr="00AD4C67">
        <w:rPr>
          <w:lang w:val="pl-PL"/>
        </w:rPr>
        <w:t>sjednání</w:t>
      </w:r>
      <w:proofErr w:type="spellEnd"/>
      <w:r w:rsidRPr="00AD4C67">
        <w:rPr>
          <w:lang w:val="pl-PL"/>
        </w:rPr>
        <w:t xml:space="preserve"> </w:t>
      </w:r>
      <w:proofErr w:type="spellStart"/>
      <w:r w:rsidRPr="00AD4C67">
        <w:rPr>
          <w:lang w:val="pl-PL"/>
        </w:rPr>
        <w:t>mimořádného</w:t>
      </w:r>
      <w:proofErr w:type="spellEnd"/>
      <w:r w:rsidRPr="00AD4C67">
        <w:rPr>
          <w:lang w:val="pl-PL"/>
        </w:rPr>
        <w:t xml:space="preserve"> </w:t>
      </w:r>
      <w:proofErr w:type="spellStart"/>
      <w:r w:rsidRPr="00AD4C67">
        <w:rPr>
          <w:lang w:val="pl-PL"/>
        </w:rPr>
        <w:t>úklidu</w:t>
      </w:r>
      <w:proofErr w:type="spellEnd"/>
      <w:r w:rsidRPr="00AD4C67">
        <w:rPr>
          <w:lang w:val="pl-PL"/>
        </w:rPr>
        <w:t xml:space="preserve"> </w:t>
      </w:r>
      <w:proofErr w:type="spellStart"/>
      <w:r w:rsidRPr="00AD4C67">
        <w:rPr>
          <w:lang w:val="pl-PL"/>
        </w:rPr>
        <w:t>upravuje</w:t>
      </w:r>
      <w:proofErr w:type="spellEnd"/>
      <w:r w:rsidRPr="00AD4C67">
        <w:rPr>
          <w:lang w:val="pl-PL"/>
        </w:rPr>
        <w:t xml:space="preserve"> </w:t>
      </w:r>
      <w:proofErr w:type="spellStart"/>
      <w:r w:rsidRPr="00AD4C67">
        <w:rPr>
          <w:lang w:val="pl-PL"/>
        </w:rPr>
        <w:t>článek</w:t>
      </w:r>
      <w:proofErr w:type="spellEnd"/>
      <w:r w:rsidRPr="00AD4C67">
        <w:rPr>
          <w:lang w:val="pl-PL"/>
        </w:rPr>
        <w:t xml:space="preserve"> 10 VOP. V </w:t>
      </w:r>
      <w:proofErr w:type="spellStart"/>
      <w:r w:rsidRPr="00AD4C67">
        <w:rPr>
          <w:lang w:val="pl-PL"/>
        </w:rPr>
        <w:t>případě</w:t>
      </w:r>
      <w:proofErr w:type="spellEnd"/>
      <w:r w:rsidRPr="00AD4C67">
        <w:rPr>
          <w:lang w:val="pl-PL"/>
        </w:rPr>
        <w:t xml:space="preserve"> rozporu s </w:t>
      </w:r>
      <w:proofErr w:type="spellStart"/>
      <w:r w:rsidRPr="00AD4C67">
        <w:rPr>
          <w:lang w:val="pl-PL"/>
        </w:rPr>
        <w:t>obecným</w:t>
      </w:r>
      <w:proofErr w:type="spellEnd"/>
      <w:r w:rsidRPr="00AD4C67">
        <w:rPr>
          <w:lang w:val="pl-PL"/>
        </w:rPr>
        <w:t xml:space="preserve"> </w:t>
      </w:r>
      <w:proofErr w:type="spellStart"/>
      <w:r w:rsidRPr="00AD4C67">
        <w:rPr>
          <w:lang w:val="pl-PL"/>
        </w:rPr>
        <w:t>textem</w:t>
      </w:r>
      <w:proofErr w:type="spellEnd"/>
      <w:r w:rsidRPr="00AD4C67">
        <w:rPr>
          <w:lang w:val="pl-PL"/>
        </w:rPr>
        <w:t xml:space="preserve"> </w:t>
      </w:r>
      <w:proofErr w:type="spellStart"/>
      <w:r w:rsidRPr="00AD4C67">
        <w:rPr>
          <w:lang w:val="pl-PL"/>
        </w:rPr>
        <w:t>této</w:t>
      </w:r>
      <w:proofErr w:type="spellEnd"/>
      <w:r w:rsidRPr="00AD4C67">
        <w:rPr>
          <w:lang w:val="pl-PL"/>
        </w:rPr>
        <w:t xml:space="preserve"> </w:t>
      </w:r>
      <w:proofErr w:type="spellStart"/>
      <w:r w:rsidRPr="00AD4C67">
        <w:rPr>
          <w:lang w:val="pl-PL"/>
        </w:rPr>
        <w:t>přílohy</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použijí</w:t>
      </w:r>
      <w:proofErr w:type="spellEnd"/>
      <w:r w:rsidRPr="00AD4C67">
        <w:rPr>
          <w:lang w:val="pl-PL"/>
        </w:rPr>
        <w:t xml:space="preserve"> </w:t>
      </w:r>
      <w:proofErr w:type="spellStart"/>
      <w:r w:rsidRPr="00AD4C67">
        <w:rPr>
          <w:lang w:val="pl-PL"/>
        </w:rPr>
        <w:t>přesnější</w:t>
      </w:r>
      <w:proofErr w:type="spellEnd"/>
      <w:r w:rsidRPr="00AD4C67">
        <w:rPr>
          <w:lang w:val="pl-PL"/>
        </w:rPr>
        <w:t xml:space="preserve"> </w:t>
      </w:r>
      <w:proofErr w:type="spellStart"/>
      <w:r w:rsidRPr="00AD4C67">
        <w:rPr>
          <w:lang w:val="pl-PL"/>
        </w:rPr>
        <w:t>pravidla</w:t>
      </w:r>
      <w:proofErr w:type="spellEnd"/>
      <w:r w:rsidRPr="00AD4C67">
        <w:rPr>
          <w:lang w:val="pl-PL"/>
        </w:rPr>
        <w:t xml:space="preserve"> </w:t>
      </w:r>
      <w:proofErr w:type="spellStart"/>
      <w:r w:rsidRPr="00AD4C67">
        <w:rPr>
          <w:lang w:val="pl-PL"/>
        </w:rPr>
        <w:t>článku</w:t>
      </w:r>
      <w:proofErr w:type="spellEnd"/>
      <w:r w:rsidRPr="00AD4C67">
        <w:rPr>
          <w:lang w:val="pl-PL"/>
        </w:rPr>
        <w:t xml:space="preserve"> 10, </w:t>
      </w:r>
      <w:proofErr w:type="spellStart"/>
      <w:r w:rsidRPr="00AD4C67">
        <w:rPr>
          <w:lang w:val="pl-PL"/>
        </w:rPr>
        <w:t>zejména</w:t>
      </w:r>
      <w:proofErr w:type="spellEnd"/>
      <w:r w:rsidRPr="00AD4C67">
        <w:rPr>
          <w:lang w:val="pl-PL"/>
        </w:rPr>
        <w:t xml:space="preserve"> </w:t>
      </w:r>
      <w:proofErr w:type="spellStart"/>
      <w:r w:rsidRPr="00AD4C67">
        <w:rPr>
          <w:lang w:val="pl-PL"/>
        </w:rPr>
        <w:t>článek</w:t>
      </w:r>
      <w:proofErr w:type="spellEnd"/>
      <w:r w:rsidRPr="00AD4C67">
        <w:rPr>
          <w:lang w:val="pl-PL"/>
        </w:rPr>
        <w:t xml:space="preserve"> 10.14 pro </w:t>
      </w:r>
      <w:proofErr w:type="spellStart"/>
      <w:r w:rsidRPr="00AD4C67">
        <w:rPr>
          <w:lang w:val="pl-PL"/>
        </w:rPr>
        <w:t>sjednání</w:t>
      </w:r>
      <w:proofErr w:type="spellEnd"/>
      <w:r w:rsidRPr="00AD4C67">
        <w:rPr>
          <w:lang w:val="pl-PL"/>
        </w:rPr>
        <w:t xml:space="preserve"> </w:t>
      </w:r>
      <w:proofErr w:type="spellStart"/>
      <w:r w:rsidRPr="00AD4C67">
        <w:rPr>
          <w:lang w:val="pl-PL"/>
        </w:rPr>
        <w:t>placeného</w:t>
      </w:r>
      <w:proofErr w:type="spellEnd"/>
      <w:r w:rsidRPr="00AD4C67">
        <w:rPr>
          <w:lang w:val="pl-PL"/>
        </w:rPr>
        <w:t xml:space="preserve"> </w:t>
      </w:r>
      <w:proofErr w:type="spellStart"/>
      <w:r w:rsidRPr="00AD4C67">
        <w:rPr>
          <w:lang w:val="pl-PL"/>
        </w:rPr>
        <w:t>úklidu</w:t>
      </w:r>
      <w:proofErr w:type="spellEnd"/>
      <w:r w:rsidRPr="00AD4C67">
        <w:rPr>
          <w:lang w:val="pl-PL"/>
        </w:rPr>
        <w:t>.</w:t>
      </w:r>
    </w:p>
    <w:p w14:paraId="64979E03" w14:textId="77777777" w:rsidR="006C464F" w:rsidRPr="00AD4C67" w:rsidRDefault="00000000">
      <w:pPr>
        <w:rPr>
          <w:lang w:val="pl-PL"/>
        </w:rPr>
      </w:pPr>
      <w:proofErr w:type="spellStart"/>
      <w:r w:rsidRPr="00AD4C67">
        <w:rPr>
          <w:lang w:val="pl-PL"/>
        </w:rPr>
        <w:t>Lodě</w:t>
      </w:r>
      <w:proofErr w:type="spellEnd"/>
      <w:r w:rsidRPr="00AD4C67">
        <w:rPr>
          <w:lang w:val="pl-PL"/>
        </w:rPr>
        <w:t xml:space="preserve">: </w:t>
      </w:r>
      <w:proofErr w:type="spellStart"/>
      <w:r w:rsidRPr="00AD4C67">
        <w:rPr>
          <w:lang w:val="pl-PL"/>
        </w:rPr>
        <w:t>Houseboat</w:t>
      </w:r>
      <w:proofErr w:type="spellEnd"/>
      <w:r w:rsidRPr="00AD4C67">
        <w:rPr>
          <w:lang w:val="pl-PL"/>
        </w:rPr>
        <w:t xml:space="preserve"> a </w:t>
      </w:r>
      <w:proofErr w:type="spellStart"/>
      <w:r w:rsidRPr="00AD4C67">
        <w:rPr>
          <w:lang w:val="pl-PL"/>
        </w:rPr>
        <w:t>Yacht</w:t>
      </w:r>
      <w:proofErr w:type="spellEnd"/>
      <w:r w:rsidRPr="00AD4C67">
        <w:rPr>
          <w:lang w:val="pl-PL"/>
        </w:rPr>
        <w:t xml:space="preserve"> Alexis</w:t>
      </w:r>
    </w:p>
    <w:p w14:paraId="2795B3C1" w14:textId="77777777" w:rsidR="006C464F" w:rsidRPr="00AD4C67" w:rsidRDefault="00000000">
      <w:pPr>
        <w:rPr>
          <w:lang w:val="pl-PL"/>
        </w:rPr>
      </w:pPr>
      <w:proofErr w:type="spellStart"/>
      <w:r w:rsidRPr="00AD4C67">
        <w:rPr>
          <w:lang w:val="pl-PL"/>
        </w:rPr>
        <w:t>Tento</w:t>
      </w:r>
      <w:proofErr w:type="spellEnd"/>
      <w:r w:rsidRPr="00AD4C67">
        <w:rPr>
          <w:lang w:val="pl-PL"/>
        </w:rPr>
        <w:t xml:space="preserve"> </w:t>
      </w:r>
      <w:proofErr w:type="spellStart"/>
      <w:r w:rsidRPr="00AD4C67">
        <w:rPr>
          <w:lang w:val="pl-PL"/>
        </w:rPr>
        <w:t>ceník</w:t>
      </w:r>
      <w:proofErr w:type="spellEnd"/>
      <w:r w:rsidRPr="00AD4C67">
        <w:rPr>
          <w:lang w:val="pl-PL"/>
        </w:rPr>
        <w:t xml:space="preserve"> </w:t>
      </w:r>
      <w:proofErr w:type="spellStart"/>
      <w:r w:rsidRPr="00AD4C67">
        <w:rPr>
          <w:lang w:val="pl-PL"/>
        </w:rPr>
        <w:t>stanoví</w:t>
      </w:r>
      <w:proofErr w:type="spellEnd"/>
      <w:r w:rsidRPr="00AD4C67">
        <w:rPr>
          <w:lang w:val="pl-PL"/>
        </w:rPr>
        <w:t xml:space="preserve"> </w:t>
      </w:r>
      <w:proofErr w:type="spellStart"/>
      <w:r w:rsidRPr="00AD4C67">
        <w:rPr>
          <w:lang w:val="pl-PL"/>
        </w:rPr>
        <w:t>částky</w:t>
      </w:r>
      <w:proofErr w:type="spellEnd"/>
      <w:r w:rsidRPr="00AD4C67">
        <w:rPr>
          <w:lang w:val="pl-PL"/>
        </w:rPr>
        <w:t xml:space="preserve"> pro </w:t>
      </w:r>
      <w:proofErr w:type="spellStart"/>
      <w:r w:rsidRPr="00AD4C67">
        <w:rPr>
          <w:lang w:val="pl-PL"/>
        </w:rPr>
        <w:t>náhradu</w:t>
      </w:r>
      <w:proofErr w:type="spellEnd"/>
      <w:r w:rsidRPr="00AD4C67">
        <w:rPr>
          <w:lang w:val="pl-PL"/>
        </w:rPr>
        <w:t xml:space="preserve"> </w:t>
      </w:r>
      <w:proofErr w:type="spellStart"/>
      <w:r w:rsidRPr="00AD4C67">
        <w:rPr>
          <w:lang w:val="pl-PL"/>
        </w:rPr>
        <w:t>zničeného</w:t>
      </w:r>
      <w:proofErr w:type="spellEnd"/>
      <w:r w:rsidRPr="00AD4C67">
        <w:rPr>
          <w:lang w:val="pl-PL"/>
        </w:rPr>
        <w:t xml:space="preserve"> </w:t>
      </w:r>
      <w:proofErr w:type="spellStart"/>
      <w:r w:rsidRPr="00AD4C67">
        <w:rPr>
          <w:lang w:val="pl-PL"/>
        </w:rPr>
        <w:t>nebo</w:t>
      </w:r>
      <w:proofErr w:type="spellEnd"/>
      <w:r w:rsidRPr="00AD4C67">
        <w:rPr>
          <w:lang w:val="pl-PL"/>
        </w:rPr>
        <w:t xml:space="preserve"> </w:t>
      </w:r>
      <w:proofErr w:type="spellStart"/>
      <w:r w:rsidRPr="00AD4C67">
        <w:rPr>
          <w:lang w:val="pl-PL"/>
        </w:rPr>
        <w:t>ztraceného</w:t>
      </w:r>
      <w:proofErr w:type="spellEnd"/>
      <w:r w:rsidRPr="00AD4C67">
        <w:rPr>
          <w:lang w:val="pl-PL"/>
        </w:rPr>
        <w:t xml:space="preserve"> </w:t>
      </w:r>
      <w:proofErr w:type="spellStart"/>
      <w:r w:rsidRPr="00AD4C67">
        <w:rPr>
          <w:lang w:val="pl-PL"/>
        </w:rPr>
        <w:t>vybavení</w:t>
      </w:r>
      <w:proofErr w:type="spellEnd"/>
      <w:r w:rsidRPr="00AD4C67">
        <w:rPr>
          <w:lang w:val="pl-PL"/>
        </w:rPr>
        <w:t xml:space="preserve"> a </w:t>
      </w:r>
      <w:proofErr w:type="spellStart"/>
      <w:r w:rsidRPr="00AD4C67">
        <w:rPr>
          <w:lang w:val="pl-PL"/>
        </w:rPr>
        <w:t>cenu</w:t>
      </w:r>
      <w:proofErr w:type="spellEnd"/>
      <w:r w:rsidRPr="00AD4C67">
        <w:rPr>
          <w:lang w:val="pl-PL"/>
        </w:rPr>
        <w:t xml:space="preserve"> </w:t>
      </w:r>
      <w:proofErr w:type="spellStart"/>
      <w:r w:rsidRPr="00AD4C67">
        <w:rPr>
          <w:lang w:val="pl-PL"/>
        </w:rPr>
        <w:t>mimořádného</w:t>
      </w:r>
      <w:proofErr w:type="spellEnd"/>
      <w:r w:rsidRPr="00AD4C67">
        <w:rPr>
          <w:lang w:val="pl-PL"/>
        </w:rPr>
        <w:t xml:space="preserve"> </w:t>
      </w:r>
      <w:proofErr w:type="spellStart"/>
      <w:r w:rsidRPr="00AD4C67">
        <w:rPr>
          <w:lang w:val="pl-PL"/>
        </w:rPr>
        <w:t>úklidu</w:t>
      </w:r>
      <w:proofErr w:type="spellEnd"/>
      <w:r w:rsidRPr="00AD4C67">
        <w:rPr>
          <w:lang w:val="pl-PL"/>
        </w:rPr>
        <w:t xml:space="preserve"> </w:t>
      </w:r>
      <w:proofErr w:type="spellStart"/>
      <w:r w:rsidRPr="00AD4C67">
        <w:rPr>
          <w:lang w:val="pl-PL"/>
        </w:rPr>
        <w:t>lodi</w:t>
      </w:r>
      <w:proofErr w:type="spellEnd"/>
      <w:r w:rsidRPr="00AD4C67">
        <w:rPr>
          <w:lang w:val="pl-PL"/>
        </w:rPr>
        <w:t xml:space="preserve">. </w:t>
      </w:r>
      <w:proofErr w:type="spellStart"/>
      <w:r w:rsidRPr="00AD4C67">
        <w:rPr>
          <w:lang w:val="pl-PL"/>
        </w:rPr>
        <w:t>Tabulky</w:t>
      </w:r>
      <w:proofErr w:type="spellEnd"/>
      <w:r w:rsidRPr="00AD4C67">
        <w:rPr>
          <w:lang w:val="pl-PL"/>
        </w:rPr>
        <w:t xml:space="preserve"> </w:t>
      </w:r>
      <w:proofErr w:type="spellStart"/>
      <w:r w:rsidRPr="00AD4C67">
        <w:rPr>
          <w:lang w:val="pl-PL"/>
        </w:rPr>
        <w:t>vybavení</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vztahují</w:t>
      </w:r>
      <w:proofErr w:type="spellEnd"/>
      <w:r w:rsidRPr="00AD4C67">
        <w:rPr>
          <w:lang w:val="pl-PL"/>
        </w:rPr>
        <w:t xml:space="preserve"> na </w:t>
      </w:r>
      <w:proofErr w:type="spellStart"/>
      <w:r w:rsidRPr="00AD4C67">
        <w:rPr>
          <w:lang w:val="pl-PL"/>
        </w:rPr>
        <w:t>houseboat</w:t>
      </w:r>
      <w:proofErr w:type="spellEnd"/>
      <w:r w:rsidRPr="00AD4C67">
        <w:rPr>
          <w:lang w:val="pl-PL"/>
        </w:rPr>
        <w:t xml:space="preserve">; pro jachtu Alexis </w:t>
      </w:r>
      <w:proofErr w:type="spellStart"/>
      <w:r w:rsidRPr="00AD4C67">
        <w:rPr>
          <w:lang w:val="pl-PL"/>
        </w:rPr>
        <w:t>platí</w:t>
      </w:r>
      <w:proofErr w:type="spellEnd"/>
      <w:r w:rsidRPr="00AD4C67">
        <w:rPr>
          <w:lang w:val="pl-PL"/>
        </w:rPr>
        <w:t xml:space="preserve"> </w:t>
      </w:r>
      <w:proofErr w:type="spellStart"/>
      <w:r w:rsidRPr="00AD4C67">
        <w:rPr>
          <w:lang w:val="pl-PL"/>
        </w:rPr>
        <w:t>samostatná</w:t>
      </w:r>
      <w:proofErr w:type="spellEnd"/>
      <w:r w:rsidRPr="00AD4C67">
        <w:rPr>
          <w:lang w:val="pl-PL"/>
        </w:rPr>
        <w:t xml:space="preserve"> </w:t>
      </w:r>
      <w:proofErr w:type="spellStart"/>
      <w:r w:rsidRPr="00AD4C67">
        <w:rPr>
          <w:lang w:val="pl-PL"/>
        </w:rPr>
        <w:t>část</w:t>
      </w:r>
      <w:proofErr w:type="spellEnd"/>
      <w:r w:rsidRPr="00AD4C67">
        <w:rPr>
          <w:lang w:val="pl-PL"/>
        </w:rPr>
        <w:t xml:space="preserve">. </w:t>
      </w:r>
      <w:proofErr w:type="spellStart"/>
      <w:r w:rsidRPr="00AD4C67">
        <w:rPr>
          <w:lang w:val="pl-PL"/>
        </w:rPr>
        <w:t>Částky</w:t>
      </w:r>
      <w:proofErr w:type="spellEnd"/>
      <w:r w:rsidRPr="00AD4C67">
        <w:rPr>
          <w:lang w:val="pl-PL"/>
        </w:rPr>
        <w:t xml:space="preserve"> </w:t>
      </w:r>
      <w:proofErr w:type="spellStart"/>
      <w:r w:rsidRPr="00AD4C67">
        <w:rPr>
          <w:lang w:val="pl-PL"/>
        </w:rPr>
        <w:t>jsou</w:t>
      </w:r>
      <w:proofErr w:type="spellEnd"/>
      <w:r w:rsidRPr="00AD4C67">
        <w:rPr>
          <w:lang w:val="pl-PL"/>
        </w:rPr>
        <w:t xml:space="preserve"> </w:t>
      </w:r>
      <w:proofErr w:type="spellStart"/>
      <w:r w:rsidRPr="00AD4C67">
        <w:rPr>
          <w:lang w:val="pl-PL"/>
        </w:rPr>
        <w:t>uvedeny</w:t>
      </w:r>
      <w:proofErr w:type="spellEnd"/>
      <w:r w:rsidRPr="00AD4C67">
        <w:rPr>
          <w:lang w:val="pl-PL"/>
        </w:rPr>
        <w:t xml:space="preserve"> za </w:t>
      </w:r>
      <w:proofErr w:type="spellStart"/>
      <w:r w:rsidRPr="00AD4C67">
        <w:rPr>
          <w:lang w:val="pl-PL"/>
        </w:rPr>
        <w:t>jednu</w:t>
      </w:r>
      <w:proofErr w:type="spellEnd"/>
      <w:r w:rsidRPr="00AD4C67">
        <w:rPr>
          <w:lang w:val="pl-PL"/>
        </w:rPr>
        <w:t xml:space="preserve"> </w:t>
      </w:r>
      <w:proofErr w:type="spellStart"/>
      <w:r w:rsidRPr="00AD4C67">
        <w:rPr>
          <w:lang w:val="pl-PL"/>
        </w:rPr>
        <w:t>jednotku</w:t>
      </w:r>
      <w:proofErr w:type="spellEnd"/>
      <w:r w:rsidRPr="00AD4C67">
        <w:rPr>
          <w:lang w:val="pl-PL"/>
        </w:rPr>
        <w:t xml:space="preserve">; </w:t>
      </w:r>
      <w:proofErr w:type="spellStart"/>
      <w:r w:rsidRPr="00AD4C67">
        <w:rPr>
          <w:lang w:val="pl-PL"/>
        </w:rPr>
        <w:t>počet</w:t>
      </w:r>
      <w:proofErr w:type="spellEnd"/>
      <w:r w:rsidRPr="00AD4C67">
        <w:rPr>
          <w:lang w:val="pl-PL"/>
        </w:rPr>
        <w:t xml:space="preserve"> </w:t>
      </w:r>
      <w:proofErr w:type="spellStart"/>
      <w:r w:rsidRPr="00AD4C67">
        <w:rPr>
          <w:lang w:val="pl-PL"/>
        </w:rPr>
        <w:t>kusů</w:t>
      </w:r>
      <w:proofErr w:type="spellEnd"/>
      <w:r w:rsidRPr="00AD4C67">
        <w:rPr>
          <w:lang w:val="pl-PL"/>
        </w:rPr>
        <w:t xml:space="preserve"> v </w:t>
      </w:r>
      <w:proofErr w:type="spellStart"/>
      <w:r w:rsidRPr="00AD4C67">
        <w:rPr>
          <w:lang w:val="pl-PL"/>
        </w:rPr>
        <w:t>názvu</w:t>
      </w:r>
      <w:proofErr w:type="spellEnd"/>
      <w:r w:rsidRPr="00AD4C67">
        <w:rPr>
          <w:lang w:val="pl-PL"/>
        </w:rPr>
        <w:t xml:space="preserve"> </w:t>
      </w:r>
      <w:proofErr w:type="spellStart"/>
      <w:r w:rsidRPr="00AD4C67">
        <w:rPr>
          <w:lang w:val="pl-PL"/>
        </w:rPr>
        <w:t>označuje</w:t>
      </w:r>
      <w:proofErr w:type="spellEnd"/>
      <w:r w:rsidRPr="00AD4C67">
        <w:rPr>
          <w:lang w:val="pl-PL"/>
        </w:rPr>
        <w:t xml:space="preserve"> </w:t>
      </w:r>
      <w:proofErr w:type="spellStart"/>
      <w:r w:rsidRPr="00AD4C67">
        <w:rPr>
          <w:lang w:val="pl-PL"/>
        </w:rPr>
        <w:t>vybavení</w:t>
      </w:r>
      <w:proofErr w:type="spellEnd"/>
      <w:r w:rsidRPr="00AD4C67">
        <w:rPr>
          <w:lang w:val="pl-PL"/>
        </w:rPr>
        <w:t xml:space="preserve"> </w:t>
      </w:r>
      <w:proofErr w:type="spellStart"/>
      <w:r w:rsidRPr="00AD4C67">
        <w:rPr>
          <w:lang w:val="pl-PL"/>
        </w:rPr>
        <w:t>lodi</w:t>
      </w:r>
      <w:proofErr w:type="spellEnd"/>
      <w:r w:rsidRPr="00AD4C67">
        <w:rPr>
          <w:lang w:val="pl-PL"/>
        </w:rPr>
        <w:t xml:space="preserve">, nikoli </w:t>
      </w:r>
      <w:proofErr w:type="spellStart"/>
      <w:r w:rsidRPr="00AD4C67">
        <w:rPr>
          <w:lang w:val="pl-PL"/>
        </w:rPr>
        <w:t>cenu</w:t>
      </w:r>
      <w:proofErr w:type="spellEnd"/>
      <w:r w:rsidRPr="00AD4C67">
        <w:rPr>
          <w:lang w:val="pl-PL"/>
        </w:rPr>
        <w:t xml:space="preserve"> za </w:t>
      </w:r>
      <w:proofErr w:type="spellStart"/>
      <w:r w:rsidRPr="00AD4C67">
        <w:rPr>
          <w:lang w:val="pl-PL"/>
        </w:rPr>
        <w:t>celý</w:t>
      </w:r>
      <w:proofErr w:type="spellEnd"/>
      <w:r w:rsidRPr="00AD4C67">
        <w:rPr>
          <w:lang w:val="pl-PL"/>
        </w:rPr>
        <w:t xml:space="preserve"> </w:t>
      </w:r>
      <w:proofErr w:type="spellStart"/>
      <w:r w:rsidRPr="00AD4C67">
        <w:rPr>
          <w:lang w:val="pl-PL"/>
        </w:rPr>
        <w:t>soubor</w:t>
      </w:r>
      <w:proofErr w:type="spellEnd"/>
      <w:r w:rsidRPr="00AD4C67">
        <w:rPr>
          <w:lang w:val="pl-PL"/>
        </w:rPr>
        <w:t>.</w:t>
      </w:r>
    </w:p>
    <w:p w14:paraId="351DC4B6" w14:textId="77777777" w:rsidR="006C464F" w:rsidRDefault="00000000">
      <w:pPr>
        <w:pStyle w:val="Nadpis2"/>
      </w:pPr>
      <w:proofErr w:type="spellStart"/>
      <w:r>
        <w:t>Sklo</w:t>
      </w:r>
      <w:proofErr w:type="spellEnd"/>
      <w:r>
        <w:t xml:space="preserve"> a </w:t>
      </w:r>
      <w:proofErr w:type="spellStart"/>
      <w:r>
        <w:t>vybavení</w:t>
      </w:r>
      <w:proofErr w:type="spellEnd"/>
      <w:r>
        <w:t xml:space="preserve"> </w:t>
      </w:r>
      <w:proofErr w:type="spellStart"/>
      <w:r>
        <w:t>kuchyňky</w:t>
      </w:r>
      <w:proofErr w:type="spellEnd"/>
    </w:p>
    <w:tbl>
      <w:tblPr>
        <w:tblW w:w="0" w:type="auto"/>
        <w:jc w:val="center"/>
        <w:tblLayout w:type="fixed"/>
        <w:tblLook w:val="04A0" w:firstRow="1" w:lastRow="0" w:firstColumn="1" w:lastColumn="0" w:noHBand="0" w:noVBand="1"/>
      </w:tblPr>
      <w:tblGrid>
        <w:gridCol w:w="4320"/>
        <w:gridCol w:w="1800"/>
        <w:gridCol w:w="936"/>
        <w:gridCol w:w="1224"/>
      </w:tblGrid>
      <w:tr w:rsidR="006C464F" w14:paraId="125D2331" w14:textId="77777777">
        <w:trPr>
          <w:tblHeader/>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52104C8A" w14:textId="77777777" w:rsidR="006C464F" w:rsidRDefault="00000000">
            <w:pPr>
              <w:spacing w:after="20" w:line="240" w:lineRule="auto"/>
            </w:pPr>
            <w:r>
              <w:rPr>
                <w:b/>
                <w:sz w:val="19"/>
              </w:rPr>
              <w:t>Vybavení</w:t>
            </w:r>
          </w:p>
        </w:tc>
        <w:tc>
          <w:tcPr>
            <w:tcW w:w="1800"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56551C7A" w14:textId="77777777" w:rsidR="006C464F" w:rsidRDefault="00000000">
            <w:pPr>
              <w:spacing w:after="20" w:line="240" w:lineRule="auto"/>
            </w:pPr>
            <w:r>
              <w:rPr>
                <w:b/>
                <w:sz w:val="19"/>
              </w:rPr>
              <w:t>Umístění</w:t>
            </w:r>
          </w:p>
        </w:tc>
        <w:tc>
          <w:tcPr>
            <w:tcW w:w="936"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1A326610" w14:textId="77777777" w:rsidR="006C464F" w:rsidRDefault="00000000">
            <w:pPr>
              <w:spacing w:after="20" w:line="240" w:lineRule="auto"/>
              <w:jc w:val="center"/>
            </w:pPr>
            <w:r>
              <w:rPr>
                <w:b/>
                <w:sz w:val="19"/>
              </w:rPr>
              <w:t>Jednotka</w:t>
            </w:r>
          </w:p>
        </w:tc>
        <w:tc>
          <w:tcPr>
            <w:tcW w:w="1224"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1A824350" w14:textId="77777777" w:rsidR="006C464F" w:rsidRDefault="00000000">
            <w:pPr>
              <w:spacing w:after="20" w:line="240" w:lineRule="auto"/>
              <w:jc w:val="center"/>
            </w:pPr>
            <w:r>
              <w:rPr>
                <w:b/>
                <w:sz w:val="19"/>
              </w:rPr>
              <w:t>Částka v Kč</w:t>
            </w:r>
          </w:p>
        </w:tc>
      </w:tr>
      <w:tr w:rsidR="006C464F" w14:paraId="3437B83D"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A1BBB16" w14:textId="77777777" w:rsidR="006C464F" w:rsidRDefault="00000000">
            <w:pPr>
              <w:spacing w:after="20" w:line="240" w:lineRule="auto"/>
            </w:pPr>
            <w:r>
              <w:rPr>
                <w:sz w:val="19"/>
              </w:rPr>
              <w:t>Sklenička na víno</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4E4FBE2" w14:textId="77777777" w:rsidR="006C464F" w:rsidRDefault="00000000">
            <w:pPr>
              <w:spacing w:after="20" w:line="240" w:lineRule="auto"/>
            </w:pPr>
            <w:r>
              <w:rPr>
                <w:sz w:val="19"/>
              </w:rPr>
              <w:t>Kuchyňka / bar</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F9FCC1E"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0666B86" w14:textId="77777777" w:rsidR="006C464F" w:rsidRDefault="00000000">
            <w:pPr>
              <w:spacing w:after="20" w:line="240" w:lineRule="auto"/>
              <w:jc w:val="center"/>
            </w:pPr>
            <w:r>
              <w:rPr>
                <w:sz w:val="19"/>
              </w:rPr>
              <w:t>150</w:t>
            </w:r>
          </w:p>
        </w:tc>
      </w:tr>
      <w:tr w:rsidR="006C464F" w14:paraId="53E6ABC7"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58A3DDB7" w14:textId="77777777" w:rsidR="006C464F" w:rsidRDefault="00000000">
            <w:pPr>
              <w:spacing w:after="20" w:line="240" w:lineRule="auto"/>
            </w:pPr>
            <w:r>
              <w:rPr>
                <w:sz w:val="19"/>
              </w:rPr>
              <w:t>Sklenička na prosecco</w:t>
            </w:r>
          </w:p>
        </w:tc>
        <w:tc>
          <w:tcPr>
            <w:tcW w:w="180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217DA25A" w14:textId="77777777" w:rsidR="006C464F" w:rsidRDefault="00000000">
            <w:pPr>
              <w:spacing w:after="20" w:line="240" w:lineRule="auto"/>
            </w:pPr>
            <w:r>
              <w:rPr>
                <w:sz w:val="19"/>
              </w:rPr>
              <w:t>Kuchyňka / bar</w:t>
            </w:r>
          </w:p>
        </w:tc>
        <w:tc>
          <w:tcPr>
            <w:tcW w:w="936"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6BCA2D9C"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4644AE7C" w14:textId="77777777" w:rsidR="006C464F" w:rsidRDefault="00000000">
            <w:pPr>
              <w:spacing w:after="20" w:line="240" w:lineRule="auto"/>
              <w:jc w:val="center"/>
            </w:pPr>
            <w:r>
              <w:rPr>
                <w:sz w:val="19"/>
              </w:rPr>
              <w:t>150</w:t>
            </w:r>
          </w:p>
        </w:tc>
      </w:tr>
      <w:tr w:rsidR="006C464F" w14:paraId="25035A8D"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358DE3D" w14:textId="77777777" w:rsidR="006C464F" w:rsidRDefault="00000000">
            <w:pPr>
              <w:spacing w:after="20" w:line="240" w:lineRule="auto"/>
            </w:pPr>
            <w:r>
              <w:rPr>
                <w:sz w:val="19"/>
              </w:rPr>
              <w:t>Sklenička na vodu</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352A80C" w14:textId="77777777" w:rsidR="006C464F" w:rsidRDefault="00000000">
            <w:pPr>
              <w:spacing w:after="20" w:line="240" w:lineRule="auto"/>
            </w:pPr>
            <w:r>
              <w:rPr>
                <w:sz w:val="19"/>
              </w:rPr>
              <w:t>Kuchyňka / bar</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5059EB0"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3A5A6F9" w14:textId="77777777" w:rsidR="006C464F" w:rsidRDefault="00000000">
            <w:pPr>
              <w:spacing w:after="20" w:line="240" w:lineRule="auto"/>
              <w:jc w:val="center"/>
            </w:pPr>
            <w:r>
              <w:rPr>
                <w:sz w:val="19"/>
              </w:rPr>
              <w:t>150</w:t>
            </w:r>
          </w:p>
        </w:tc>
      </w:tr>
      <w:tr w:rsidR="006C464F" w14:paraId="76FC6181"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0CB5A0A1" w14:textId="77777777" w:rsidR="006C464F" w:rsidRDefault="00000000">
            <w:pPr>
              <w:spacing w:after="20" w:line="240" w:lineRule="auto"/>
            </w:pPr>
            <w:r>
              <w:rPr>
                <w:sz w:val="19"/>
              </w:rPr>
              <w:t>Kuchyňské náčiní</w:t>
            </w:r>
          </w:p>
        </w:tc>
        <w:tc>
          <w:tcPr>
            <w:tcW w:w="180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2EDFE5F4" w14:textId="77777777" w:rsidR="006C464F" w:rsidRDefault="00000000">
            <w:pPr>
              <w:spacing w:after="20" w:line="240" w:lineRule="auto"/>
            </w:pPr>
            <w:r>
              <w:rPr>
                <w:sz w:val="19"/>
              </w:rPr>
              <w:t>Kuchyňka</w:t>
            </w:r>
          </w:p>
        </w:tc>
        <w:tc>
          <w:tcPr>
            <w:tcW w:w="936"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5E859496" w14:textId="77777777" w:rsidR="006C464F" w:rsidRDefault="00000000">
            <w:pPr>
              <w:spacing w:after="20" w:line="240" w:lineRule="auto"/>
              <w:jc w:val="center"/>
            </w:pPr>
            <w:r>
              <w:rPr>
                <w:sz w:val="19"/>
              </w:rPr>
              <w:t>1 druh</w:t>
            </w:r>
          </w:p>
        </w:tc>
        <w:tc>
          <w:tcPr>
            <w:tcW w:w="1224"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45A21B41" w14:textId="77777777" w:rsidR="006C464F" w:rsidRDefault="00000000">
            <w:pPr>
              <w:spacing w:after="20" w:line="240" w:lineRule="auto"/>
              <w:jc w:val="center"/>
            </w:pPr>
            <w:r>
              <w:rPr>
                <w:sz w:val="19"/>
              </w:rPr>
              <w:t>150</w:t>
            </w:r>
          </w:p>
        </w:tc>
      </w:tr>
      <w:tr w:rsidR="006C464F" w14:paraId="4CBEBE92"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B358A59" w14:textId="77777777" w:rsidR="006C464F" w:rsidRDefault="00000000">
            <w:pPr>
              <w:spacing w:after="20" w:line="240" w:lineRule="auto"/>
            </w:pPr>
            <w:r>
              <w:rPr>
                <w:sz w:val="19"/>
              </w:rPr>
              <w:t>Kávovar</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009552B" w14:textId="77777777" w:rsidR="006C464F" w:rsidRDefault="00000000">
            <w:pPr>
              <w:spacing w:after="20" w:line="240" w:lineRule="auto"/>
            </w:pPr>
            <w:r>
              <w:rPr>
                <w:sz w:val="19"/>
              </w:rPr>
              <w:t>Kuchyňka</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1152E7B"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4A5190D" w14:textId="77777777" w:rsidR="006C464F" w:rsidRDefault="00000000">
            <w:pPr>
              <w:spacing w:after="20" w:line="240" w:lineRule="auto"/>
              <w:jc w:val="center"/>
            </w:pPr>
            <w:r>
              <w:rPr>
                <w:sz w:val="19"/>
              </w:rPr>
              <w:t>2 000</w:t>
            </w:r>
          </w:p>
        </w:tc>
      </w:tr>
      <w:tr w:rsidR="006C464F" w14:paraId="650F59E1"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4CA1BF61" w14:textId="77777777" w:rsidR="006C464F" w:rsidRDefault="00000000">
            <w:pPr>
              <w:spacing w:after="20" w:line="240" w:lineRule="auto"/>
            </w:pPr>
            <w:r>
              <w:rPr>
                <w:sz w:val="19"/>
              </w:rPr>
              <w:t>Kýbl na led</w:t>
            </w:r>
          </w:p>
        </w:tc>
        <w:tc>
          <w:tcPr>
            <w:tcW w:w="180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7437CBFE" w14:textId="77777777" w:rsidR="006C464F" w:rsidRDefault="00000000">
            <w:pPr>
              <w:spacing w:after="20" w:line="240" w:lineRule="auto"/>
            </w:pPr>
            <w:r>
              <w:rPr>
                <w:sz w:val="19"/>
              </w:rPr>
              <w:t>Kuchyňka / bar</w:t>
            </w:r>
          </w:p>
        </w:tc>
        <w:tc>
          <w:tcPr>
            <w:tcW w:w="936"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1B99D4B9"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77828403" w14:textId="77777777" w:rsidR="006C464F" w:rsidRDefault="00000000">
            <w:pPr>
              <w:spacing w:after="20" w:line="240" w:lineRule="auto"/>
              <w:jc w:val="center"/>
            </w:pPr>
            <w:r>
              <w:rPr>
                <w:sz w:val="19"/>
              </w:rPr>
              <w:t>1 000</w:t>
            </w:r>
          </w:p>
        </w:tc>
      </w:tr>
    </w:tbl>
    <w:p w14:paraId="18F7F112" w14:textId="77777777" w:rsidR="006C464F" w:rsidRDefault="006C464F">
      <w:pPr>
        <w:spacing w:after="0"/>
      </w:pPr>
    </w:p>
    <w:p w14:paraId="7AE7FB54" w14:textId="77777777" w:rsidR="006C464F" w:rsidRDefault="00000000">
      <w:pPr>
        <w:pStyle w:val="Nadpis2"/>
      </w:pPr>
      <w:r>
        <w:t>Nábytek a vybavení spodní paluby</w:t>
      </w:r>
    </w:p>
    <w:tbl>
      <w:tblPr>
        <w:tblW w:w="0" w:type="auto"/>
        <w:jc w:val="center"/>
        <w:tblLayout w:type="fixed"/>
        <w:tblLook w:val="04A0" w:firstRow="1" w:lastRow="0" w:firstColumn="1" w:lastColumn="0" w:noHBand="0" w:noVBand="1"/>
      </w:tblPr>
      <w:tblGrid>
        <w:gridCol w:w="4320"/>
        <w:gridCol w:w="1800"/>
        <w:gridCol w:w="936"/>
        <w:gridCol w:w="1224"/>
      </w:tblGrid>
      <w:tr w:rsidR="006C464F" w14:paraId="14EA3287" w14:textId="77777777">
        <w:trPr>
          <w:tblHeader/>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30A1C3C5" w14:textId="77777777" w:rsidR="006C464F" w:rsidRDefault="00000000">
            <w:pPr>
              <w:spacing w:after="20" w:line="240" w:lineRule="auto"/>
            </w:pPr>
            <w:r>
              <w:rPr>
                <w:b/>
                <w:sz w:val="19"/>
              </w:rPr>
              <w:t>Vybavení</w:t>
            </w:r>
          </w:p>
        </w:tc>
        <w:tc>
          <w:tcPr>
            <w:tcW w:w="1800"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48E038F4" w14:textId="77777777" w:rsidR="006C464F" w:rsidRDefault="00000000">
            <w:pPr>
              <w:spacing w:after="20" w:line="240" w:lineRule="auto"/>
            </w:pPr>
            <w:r>
              <w:rPr>
                <w:b/>
                <w:sz w:val="19"/>
              </w:rPr>
              <w:t>Umístění</w:t>
            </w:r>
          </w:p>
        </w:tc>
        <w:tc>
          <w:tcPr>
            <w:tcW w:w="936"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5CF5C10E" w14:textId="77777777" w:rsidR="006C464F" w:rsidRDefault="00000000">
            <w:pPr>
              <w:spacing w:after="20" w:line="240" w:lineRule="auto"/>
              <w:jc w:val="center"/>
            </w:pPr>
            <w:r>
              <w:rPr>
                <w:b/>
                <w:sz w:val="19"/>
              </w:rPr>
              <w:t>Jednotka</w:t>
            </w:r>
          </w:p>
        </w:tc>
        <w:tc>
          <w:tcPr>
            <w:tcW w:w="1224"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5AFC1CD0" w14:textId="77777777" w:rsidR="006C464F" w:rsidRDefault="00000000">
            <w:pPr>
              <w:spacing w:after="20" w:line="240" w:lineRule="auto"/>
              <w:jc w:val="center"/>
            </w:pPr>
            <w:r>
              <w:rPr>
                <w:b/>
                <w:sz w:val="19"/>
              </w:rPr>
              <w:t>Částka v Kč</w:t>
            </w:r>
          </w:p>
        </w:tc>
      </w:tr>
      <w:tr w:rsidR="006C464F" w14:paraId="2F7620E7"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7A12C26" w14:textId="77777777" w:rsidR="006C464F" w:rsidRDefault="00000000">
            <w:pPr>
              <w:spacing w:after="20" w:line="240" w:lineRule="auto"/>
            </w:pPr>
            <w:r>
              <w:rPr>
                <w:sz w:val="19"/>
              </w:rPr>
              <w:t>Dřevěný kulatý stůl</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D27961A" w14:textId="77777777" w:rsidR="006C464F" w:rsidRDefault="00000000">
            <w:pPr>
              <w:spacing w:after="20" w:line="240" w:lineRule="auto"/>
            </w:pPr>
            <w:r>
              <w:rPr>
                <w:sz w:val="19"/>
              </w:rPr>
              <w:t>Spodní paluba</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2B65DA7"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933B365" w14:textId="77777777" w:rsidR="006C464F" w:rsidRDefault="00000000">
            <w:pPr>
              <w:spacing w:after="20" w:line="240" w:lineRule="auto"/>
              <w:jc w:val="center"/>
            </w:pPr>
            <w:r>
              <w:rPr>
                <w:sz w:val="19"/>
              </w:rPr>
              <w:t>4 900</w:t>
            </w:r>
          </w:p>
        </w:tc>
      </w:tr>
      <w:tr w:rsidR="006C464F" w14:paraId="433B8D3C"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61D91761" w14:textId="77777777" w:rsidR="006C464F" w:rsidRDefault="00000000">
            <w:pPr>
              <w:spacing w:after="20" w:line="240" w:lineRule="auto"/>
            </w:pPr>
            <w:r>
              <w:rPr>
                <w:sz w:val="19"/>
              </w:rPr>
              <w:t>Židle s textilním potahem</w:t>
            </w:r>
          </w:p>
        </w:tc>
        <w:tc>
          <w:tcPr>
            <w:tcW w:w="180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6062DFCB" w14:textId="77777777" w:rsidR="006C464F" w:rsidRDefault="00000000">
            <w:pPr>
              <w:spacing w:after="20" w:line="240" w:lineRule="auto"/>
            </w:pPr>
            <w:r>
              <w:rPr>
                <w:sz w:val="19"/>
              </w:rPr>
              <w:t>Spodní paluba</w:t>
            </w:r>
          </w:p>
        </w:tc>
        <w:tc>
          <w:tcPr>
            <w:tcW w:w="936"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4C305CBE"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7662B15F" w14:textId="77777777" w:rsidR="006C464F" w:rsidRDefault="00000000">
            <w:pPr>
              <w:spacing w:after="20" w:line="240" w:lineRule="auto"/>
              <w:jc w:val="center"/>
            </w:pPr>
            <w:r>
              <w:rPr>
                <w:sz w:val="19"/>
              </w:rPr>
              <w:t>1 000</w:t>
            </w:r>
          </w:p>
        </w:tc>
      </w:tr>
      <w:tr w:rsidR="006C464F" w14:paraId="3E06CEC4"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EA61D39" w14:textId="77777777" w:rsidR="006C464F" w:rsidRDefault="00000000">
            <w:pPr>
              <w:spacing w:after="20" w:line="240" w:lineRule="auto"/>
            </w:pPr>
            <w:r>
              <w:rPr>
                <w:sz w:val="19"/>
              </w:rPr>
              <w:t>Věšák</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5BBF929" w14:textId="77777777" w:rsidR="006C464F" w:rsidRDefault="00000000">
            <w:pPr>
              <w:spacing w:after="20" w:line="240" w:lineRule="auto"/>
            </w:pPr>
            <w:r>
              <w:rPr>
                <w:sz w:val="19"/>
              </w:rPr>
              <w:t>Spodní paluba</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752717D"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0D888D9" w14:textId="77777777" w:rsidR="006C464F" w:rsidRDefault="00000000">
            <w:pPr>
              <w:spacing w:after="20" w:line="240" w:lineRule="auto"/>
              <w:jc w:val="center"/>
            </w:pPr>
            <w:r>
              <w:rPr>
                <w:sz w:val="19"/>
              </w:rPr>
              <w:t>1 990</w:t>
            </w:r>
          </w:p>
        </w:tc>
      </w:tr>
      <w:tr w:rsidR="006C464F" w14:paraId="0A354382"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2636F844" w14:textId="77777777" w:rsidR="006C464F" w:rsidRDefault="00000000">
            <w:pPr>
              <w:spacing w:after="20" w:line="240" w:lineRule="auto"/>
            </w:pPr>
            <w:r>
              <w:rPr>
                <w:sz w:val="19"/>
              </w:rPr>
              <w:t>Sedačka</w:t>
            </w:r>
          </w:p>
        </w:tc>
        <w:tc>
          <w:tcPr>
            <w:tcW w:w="180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25DF11FC" w14:textId="77777777" w:rsidR="006C464F" w:rsidRDefault="00000000">
            <w:pPr>
              <w:spacing w:after="20" w:line="240" w:lineRule="auto"/>
            </w:pPr>
            <w:r>
              <w:rPr>
                <w:sz w:val="19"/>
              </w:rPr>
              <w:t>Spodní paluba</w:t>
            </w:r>
          </w:p>
        </w:tc>
        <w:tc>
          <w:tcPr>
            <w:tcW w:w="936"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79C1BCBF"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1872E12D" w14:textId="77777777" w:rsidR="006C464F" w:rsidRDefault="00000000">
            <w:pPr>
              <w:spacing w:after="20" w:line="240" w:lineRule="auto"/>
              <w:jc w:val="center"/>
            </w:pPr>
            <w:r>
              <w:rPr>
                <w:sz w:val="19"/>
              </w:rPr>
              <w:t>15 900</w:t>
            </w:r>
          </w:p>
        </w:tc>
      </w:tr>
      <w:tr w:rsidR="006C464F" w14:paraId="53A56485"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86B82A2" w14:textId="77777777" w:rsidR="006C464F" w:rsidRDefault="00000000">
            <w:pPr>
              <w:spacing w:after="20" w:line="240" w:lineRule="auto"/>
            </w:pPr>
            <w:r>
              <w:rPr>
                <w:sz w:val="19"/>
              </w:rPr>
              <w:t>Černá pletená proutěná židle</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F7F415E" w14:textId="77777777" w:rsidR="006C464F" w:rsidRDefault="00000000">
            <w:pPr>
              <w:spacing w:after="20" w:line="240" w:lineRule="auto"/>
            </w:pPr>
            <w:r>
              <w:rPr>
                <w:sz w:val="19"/>
              </w:rPr>
              <w:t>Spodní paluba</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FFB75B0"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CDE9FCE" w14:textId="77777777" w:rsidR="006C464F" w:rsidRDefault="00000000">
            <w:pPr>
              <w:spacing w:after="20" w:line="240" w:lineRule="auto"/>
              <w:jc w:val="center"/>
            </w:pPr>
            <w:r>
              <w:rPr>
                <w:sz w:val="19"/>
              </w:rPr>
              <w:t>1 000</w:t>
            </w:r>
          </w:p>
        </w:tc>
      </w:tr>
      <w:tr w:rsidR="006C464F" w14:paraId="6D89BE12"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0B0E357C" w14:textId="77777777" w:rsidR="006C464F" w:rsidRDefault="00000000">
            <w:pPr>
              <w:spacing w:after="20" w:line="240" w:lineRule="auto"/>
            </w:pPr>
            <w:r>
              <w:rPr>
                <w:sz w:val="19"/>
              </w:rPr>
              <w:t>Kulatý konferenční stolek (2 ks)</w:t>
            </w:r>
          </w:p>
        </w:tc>
        <w:tc>
          <w:tcPr>
            <w:tcW w:w="180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3B26907E" w14:textId="77777777" w:rsidR="006C464F" w:rsidRDefault="00000000">
            <w:pPr>
              <w:spacing w:after="20" w:line="240" w:lineRule="auto"/>
            </w:pPr>
            <w:r>
              <w:rPr>
                <w:sz w:val="19"/>
              </w:rPr>
              <w:t>Spodní paluba</w:t>
            </w:r>
          </w:p>
        </w:tc>
        <w:tc>
          <w:tcPr>
            <w:tcW w:w="936"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5181FF53"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032CECEC" w14:textId="77777777" w:rsidR="006C464F" w:rsidRDefault="00000000">
            <w:pPr>
              <w:spacing w:after="20" w:line="240" w:lineRule="auto"/>
              <w:jc w:val="center"/>
            </w:pPr>
            <w:r>
              <w:rPr>
                <w:sz w:val="19"/>
              </w:rPr>
              <w:t>990</w:t>
            </w:r>
          </w:p>
        </w:tc>
      </w:tr>
      <w:tr w:rsidR="006C464F" w14:paraId="00764B5A"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84DBC6A" w14:textId="77777777" w:rsidR="006C464F" w:rsidRDefault="00000000">
            <w:pPr>
              <w:spacing w:after="20" w:line="240" w:lineRule="auto"/>
            </w:pPr>
            <w:r>
              <w:rPr>
                <w:sz w:val="19"/>
              </w:rPr>
              <w:t>Plechový lodní box</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9421370" w14:textId="77777777" w:rsidR="006C464F" w:rsidRDefault="00000000">
            <w:pPr>
              <w:spacing w:after="20" w:line="240" w:lineRule="auto"/>
            </w:pPr>
            <w:r>
              <w:rPr>
                <w:sz w:val="19"/>
              </w:rPr>
              <w:t>Dle umístění</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6F07CDD"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2F30792" w14:textId="77777777" w:rsidR="006C464F" w:rsidRDefault="00000000">
            <w:pPr>
              <w:spacing w:after="20" w:line="240" w:lineRule="auto"/>
              <w:jc w:val="center"/>
            </w:pPr>
            <w:r>
              <w:rPr>
                <w:sz w:val="19"/>
              </w:rPr>
              <w:t>3 900</w:t>
            </w:r>
          </w:p>
        </w:tc>
      </w:tr>
      <w:tr w:rsidR="006C464F" w14:paraId="535DFF7D"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553570F8" w14:textId="77777777" w:rsidR="006C464F" w:rsidRDefault="00000000">
            <w:pPr>
              <w:spacing w:after="20" w:line="240" w:lineRule="auto"/>
            </w:pPr>
            <w:r>
              <w:rPr>
                <w:sz w:val="19"/>
              </w:rPr>
              <w:t>Deka (propálení nebo jiné poškození)</w:t>
            </w:r>
          </w:p>
        </w:tc>
        <w:tc>
          <w:tcPr>
            <w:tcW w:w="180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7E3BB98D" w14:textId="77777777" w:rsidR="006C464F" w:rsidRDefault="00000000">
            <w:pPr>
              <w:spacing w:after="20" w:line="240" w:lineRule="auto"/>
            </w:pPr>
            <w:r>
              <w:rPr>
                <w:sz w:val="19"/>
              </w:rPr>
              <w:t>Dle umístění</w:t>
            </w:r>
          </w:p>
        </w:tc>
        <w:tc>
          <w:tcPr>
            <w:tcW w:w="936"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544A4B42"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413618B0" w14:textId="77777777" w:rsidR="006C464F" w:rsidRDefault="00000000">
            <w:pPr>
              <w:spacing w:after="20" w:line="240" w:lineRule="auto"/>
              <w:jc w:val="center"/>
            </w:pPr>
            <w:r>
              <w:rPr>
                <w:sz w:val="19"/>
              </w:rPr>
              <w:t>490</w:t>
            </w:r>
          </w:p>
        </w:tc>
      </w:tr>
    </w:tbl>
    <w:p w14:paraId="581F394C" w14:textId="77777777" w:rsidR="006C464F" w:rsidRDefault="006C464F">
      <w:pPr>
        <w:spacing w:after="0"/>
      </w:pPr>
    </w:p>
    <w:p w14:paraId="40E5FF1D" w14:textId="77777777" w:rsidR="006C464F" w:rsidRDefault="00000000">
      <w:r>
        <w:br w:type="page"/>
      </w:r>
    </w:p>
    <w:p w14:paraId="5278C198" w14:textId="77777777" w:rsidR="006C464F" w:rsidRDefault="00000000">
      <w:pPr>
        <w:pStyle w:val="Nadpis2"/>
      </w:pPr>
      <w:r>
        <w:lastRenderedPageBreak/>
        <w:t>Nábytek a vybavení horní paluby</w:t>
      </w:r>
    </w:p>
    <w:tbl>
      <w:tblPr>
        <w:tblW w:w="0" w:type="auto"/>
        <w:jc w:val="center"/>
        <w:tblLayout w:type="fixed"/>
        <w:tblLook w:val="04A0" w:firstRow="1" w:lastRow="0" w:firstColumn="1" w:lastColumn="0" w:noHBand="0" w:noVBand="1"/>
      </w:tblPr>
      <w:tblGrid>
        <w:gridCol w:w="4320"/>
        <w:gridCol w:w="1800"/>
        <w:gridCol w:w="936"/>
        <w:gridCol w:w="1224"/>
      </w:tblGrid>
      <w:tr w:rsidR="006C464F" w14:paraId="1FFD6979" w14:textId="77777777">
        <w:trPr>
          <w:tblHeader/>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7DA7B7AF" w14:textId="77777777" w:rsidR="006C464F" w:rsidRDefault="00000000">
            <w:pPr>
              <w:spacing w:after="20" w:line="240" w:lineRule="auto"/>
            </w:pPr>
            <w:r>
              <w:rPr>
                <w:b/>
                <w:sz w:val="19"/>
              </w:rPr>
              <w:t>Vybavení</w:t>
            </w:r>
          </w:p>
        </w:tc>
        <w:tc>
          <w:tcPr>
            <w:tcW w:w="1800"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263EC21E" w14:textId="77777777" w:rsidR="006C464F" w:rsidRDefault="00000000">
            <w:pPr>
              <w:spacing w:after="20" w:line="240" w:lineRule="auto"/>
            </w:pPr>
            <w:r>
              <w:rPr>
                <w:b/>
                <w:sz w:val="19"/>
              </w:rPr>
              <w:t>Umístění</w:t>
            </w:r>
          </w:p>
        </w:tc>
        <w:tc>
          <w:tcPr>
            <w:tcW w:w="936"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50A9B105" w14:textId="77777777" w:rsidR="006C464F" w:rsidRDefault="00000000">
            <w:pPr>
              <w:spacing w:after="20" w:line="240" w:lineRule="auto"/>
              <w:jc w:val="center"/>
            </w:pPr>
            <w:r>
              <w:rPr>
                <w:b/>
                <w:sz w:val="19"/>
              </w:rPr>
              <w:t>Jednotka</w:t>
            </w:r>
          </w:p>
        </w:tc>
        <w:tc>
          <w:tcPr>
            <w:tcW w:w="1224"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18F8E888" w14:textId="77777777" w:rsidR="006C464F" w:rsidRDefault="00000000">
            <w:pPr>
              <w:spacing w:after="20" w:line="240" w:lineRule="auto"/>
              <w:jc w:val="center"/>
            </w:pPr>
            <w:r>
              <w:rPr>
                <w:b/>
                <w:sz w:val="19"/>
              </w:rPr>
              <w:t>Částka v Kč</w:t>
            </w:r>
          </w:p>
        </w:tc>
      </w:tr>
      <w:tr w:rsidR="006C464F" w14:paraId="11D8D284"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7C4060C" w14:textId="77777777" w:rsidR="006C464F" w:rsidRDefault="00000000">
            <w:pPr>
              <w:spacing w:after="20" w:line="240" w:lineRule="auto"/>
            </w:pPr>
            <w:r>
              <w:rPr>
                <w:sz w:val="19"/>
              </w:rPr>
              <w:t>Konferenční stolek</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628D1F4" w14:textId="77777777" w:rsidR="006C464F" w:rsidRDefault="00000000">
            <w:pPr>
              <w:spacing w:after="20" w:line="240" w:lineRule="auto"/>
            </w:pPr>
            <w:r>
              <w:rPr>
                <w:sz w:val="19"/>
              </w:rPr>
              <w:t>Horní paluba</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70B3E14"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5596732" w14:textId="77777777" w:rsidR="006C464F" w:rsidRDefault="00000000">
            <w:pPr>
              <w:spacing w:after="20" w:line="240" w:lineRule="auto"/>
              <w:jc w:val="center"/>
            </w:pPr>
            <w:r>
              <w:rPr>
                <w:sz w:val="19"/>
              </w:rPr>
              <w:t>6 900</w:t>
            </w:r>
          </w:p>
        </w:tc>
      </w:tr>
      <w:tr w:rsidR="006C464F" w14:paraId="689B52B6"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4610D444" w14:textId="77777777" w:rsidR="006C464F" w:rsidRDefault="00000000">
            <w:pPr>
              <w:spacing w:after="20" w:line="240" w:lineRule="auto"/>
            </w:pPr>
            <w:r>
              <w:rPr>
                <w:sz w:val="19"/>
              </w:rPr>
              <w:t>Sedačka</w:t>
            </w:r>
          </w:p>
        </w:tc>
        <w:tc>
          <w:tcPr>
            <w:tcW w:w="180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0EAC0508" w14:textId="77777777" w:rsidR="006C464F" w:rsidRDefault="00000000">
            <w:pPr>
              <w:spacing w:after="20" w:line="240" w:lineRule="auto"/>
            </w:pPr>
            <w:r>
              <w:rPr>
                <w:sz w:val="19"/>
              </w:rPr>
              <w:t>Horní paluba</w:t>
            </w:r>
          </w:p>
        </w:tc>
        <w:tc>
          <w:tcPr>
            <w:tcW w:w="936"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7849AC97"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3D6F0EE6" w14:textId="77777777" w:rsidR="006C464F" w:rsidRDefault="00000000">
            <w:pPr>
              <w:spacing w:after="20" w:line="240" w:lineRule="auto"/>
              <w:jc w:val="center"/>
            </w:pPr>
            <w:r>
              <w:rPr>
                <w:sz w:val="19"/>
              </w:rPr>
              <w:t>9 900</w:t>
            </w:r>
          </w:p>
        </w:tc>
      </w:tr>
      <w:tr w:rsidR="006C464F" w14:paraId="328EB755"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9C1030F" w14:textId="77777777" w:rsidR="006C464F" w:rsidRDefault="00000000">
            <w:pPr>
              <w:spacing w:after="20" w:line="240" w:lineRule="auto"/>
            </w:pPr>
            <w:r>
              <w:rPr>
                <w:sz w:val="19"/>
              </w:rPr>
              <w:t>Proutěné vajíčkové křeslo (2 ks)</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C9F2259" w14:textId="77777777" w:rsidR="006C464F" w:rsidRDefault="00000000">
            <w:pPr>
              <w:spacing w:after="20" w:line="240" w:lineRule="auto"/>
            </w:pPr>
            <w:r>
              <w:rPr>
                <w:sz w:val="19"/>
              </w:rPr>
              <w:t>Horní paluba</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FF5B09C"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F85294F" w14:textId="77777777" w:rsidR="006C464F" w:rsidRDefault="00000000">
            <w:pPr>
              <w:spacing w:after="20" w:line="240" w:lineRule="auto"/>
              <w:jc w:val="center"/>
            </w:pPr>
            <w:r>
              <w:rPr>
                <w:sz w:val="19"/>
              </w:rPr>
              <w:t>2 590</w:t>
            </w:r>
          </w:p>
        </w:tc>
      </w:tr>
      <w:tr w:rsidR="006C464F" w14:paraId="28634B4F"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281C06A1" w14:textId="77777777" w:rsidR="006C464F" w:rsidRDefault="00000000">
            <w:pPr>
              <w:spacing w:after="20" w:line="240" w:lineRule="auto"/>
            </w:pPr>
            <w:r>
              <w:rPr>
                <w:sz w:val="19"/>
              </w:rPr>
              <w:t>Textilní lehátko (2 ks)</w:t>
            </w:r>
          </w:p>
        </w:tc>
        <w:tc>
          <w:tcPr>
            <w:tcW w:w="180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563724A8" w14:textId="77777777" w:rsidR="006C464F" w:rsidRDefault="00000000">
            <w:pPr>
              <w:spacing w:after="20" w:line="240" w:lineRule="auto"/>
            </w:pPr>
            <w:r>
              <w:rPr>
                <w:sz w:val="19"/>
              </w:rPr>
              <w:t>Horní paluba</w:t>
            </w:r>
          </w:p>
        </w:tc>
        <w:tc>
          <w:tcPr>
            <w:tcW w:w="936"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1C861687"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5F1AF62F" w14:textId="77777777" w:rsidR="006C464F" w:rsidRDefault="00000000">
            <w:pPr>
              <w:spacing w:after="20" w:line="240" w:lineRule="auto"/>
              <w:jc w:val="center"/>
            </w:pPr>
            <w:r>
              <w:rPr>
                <w:sz w:val="19"/>
              </w:rPr>
              <w:t>1 990</w:t>
            </w:r>
          </w:p>
        </w:tc>
      </w:tr>
    </w:tbl>
    <w:p w14:paraId="044CCE33" w14:textId="77777777" w:rsidR="006C464F" w:rsidRDefault="006C464F">
      <w:pPr>
        <w:spacing w:after="0"/>
      </w:pPr>
    </w:p>
    <w:p w14:paraId="118F2C5C" w14:textId="77777777" w:rsidR="006C464F" w:rsidRDefault="00000000">
      <w:pPr>
        <w:pStyle w:val="Nadpis2"/>
      </w:pPr>
      <w:r>
        <w:t>Venkovní vybavení</w:t>
      </w:r>
    </w:p>
    <w:tbl>
      <w:tblPr>
        <w:tblW w:w="0" w:type="auto"/>
        <w:jc w:val="center"/>
        <w:tblLayout w:type="fixed"/>
        <w:tblLook w:val="04A0" w:firstRow="1" w:lastRow="0" w:firstColumn="1" w:lastColumn="0" w:noHBand="0" w:noVBand="1"/>
      </w:tblPr>
      <w:tblGrid>
        <w:gridCol w:w="4320"/>
        <w:gridCol w:w="1800"/>
        <w:gridCol w:w="936"/>
        <w:gridCol w:w="1224"/>
      </w:tblGrid>
      <w:tr w:rsidR="006C464F" w14:paraId="119687FE" w14:textId="77777777">
        <w:trPr>
          <w:tblHeader/>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3CA570E1" w14:textId="77777777" w:rsidR="006C464F" w:rsidRDefault="00000000">
            <w:pPr>
              <w:spacing w:after="20" w:line="240" w:lineRule="auto"/>
            </w:pPr>
            <w:r>
              <w:rPr>
                <w:b/>
                <w:sz w:val="19"/>
              </w:rPr>
              <w:t>Vybavení</w:t>
            </w:r>
          </w:p>
        </w:tc>
        <w:tc>
          <w:tcPr>
            <w:tcW w:w="1800"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31E84F11" w14:textId="77777777" w:rsidR="006C464F" w:rsidRDefault="00000000">
            <w:pPr>
              <w:spacing w:after="20" w:line="240" w:lineRule="auto"/>
            </w:pPr>
            <w:r>
              <w:rPr>
                <w:b/>
                <w:sz w:val="19"/>
              </w:rPr>
              <w:t>Umístění</w:t>
            </w:r>
          </w:p>
        </w:tc>
        <w:tc>
          <w:tcPr>
            <w:tcW w:w="936"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382E0529" w14:textId="77777777" w:rsidR="006C464F" w:rsidRDefault="00000000">
            <w:pPr>
              <w:spacing w:after="20" w:line="240" w:lineRule="auto"/>
              <w:jc w:val="center"/>
            </w:pPr>
            <w:r>
              <w:rPr>
                <w:b/>
                <w:sz w:val="19"/>
              </w:rPr>
              <w:t>Jednotka</w:t>
            </w:r>
          </w:p>
        </w:tc>
        <w:tc>
          <w:tcPr>
            <w:tcW w:w="1224"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5888C265" w14:textId="77777777" w:rsidR="006C464F" w:rsidRDefault="00000000">
            <w:pPr>
              <w:spacing w:after="20" w:line="240" w:lineRule="auto"/>
              <w:jc w:val="center"/>
            </w:pPr>
            <w:r>
              <w:rPr>
                <w:b/>
                <w:sz w:val="19"/>
              </w:rPr>
              <w:t>Částka v Kč</w:t>
            </w:r>
          </w:p>
        </w:tc>
      </w:tr>
      <w:tr w:rsidR="006C464F" w14:paraId="2236761D"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6EBD2F2" w14:textId="77777777" w:rsidR="006C464F" w:rsidRDefault="00000000">
            <w:pPr>
              <w:spacing w:after="20" w:line="240" w:lineRule="auto"/>
            </w:pPr>
            <w:r>
              <w:rPr>
                <w:sz w:val="19"/>
              </w:rPr>
              <w:t>Dřevěná venkovní židle</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008662E" w14:textId="77777777" w:rsidR="006C464F" w:rsidRDefault="00000000">
            <w:pPr>
              <w:spacing w:after="20" w:line="240" w:lineRule="auto"/>
            </w:pPr>
            <w:r>
              <w:rPr>
                <w:sz w:val="19"/>
              </w:rPr>
              <w:t>U kapitána</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D44CB80"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33FD0B4" w14:textId="77777777" w:rsidR="006C464F" w:rsidRDefault="00000000">
            <w:pPr>
              <w:spacing w:after="20" w:line="240" w:lineRule="auto"/>
              <w:jc w:val="center"/>
            </w:pPr>
            <w:r>
              <w:rPr>
                <w:sz w:val="19"/>
              </w:rPr>
              <w:t>2 590</w:t>
            </w:r>
          </w:p>
        </w:tc>
      </w:tr>
      <w:tr w:rsidR="006C464F" w14:paraId="2C59030D"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1E5DFF85" w14:textId="77777777" w:rsidR="006C464F" w:rsidRDefault="00000000">
            <w:pPr>
              <w:spacing w:after="20" w:line="240" w:lineRule="auto"/>
            </w:pPr>
            <w:r>
              <w:rPr>
                <w:sz w:val="19"/>
              </w:rPr>
              <w:t>Dřevěné schůdky</w:t>
            </w:r>
          </w:p>
        </w:tc>
        <w:tc>
          <w:tcPr>
            <w:tcW w:w="180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172041A6" w14:textId="77777777" w:rsidR="006C464F" w:rsidRDefault="00000000">
            <w:pPr>
              <w:spacing w:after="20" w:line="240" w:lineRule="auto"/>
            </w:pPr>
            <w:r>
              <w:rPr>
                <w:sz w:val="19"/>
              </w:rPr>
              <w:t>Dle umístění</w:t>
            </w:r>
          </w:p>
        </w:tc>
        <w:tc>
          <w:tcPr>
            <w:tcW w:w="936"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4B8336D9"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03DC0FDB" w14:textId="77777777" w:rsidR="006C464F" w:rsidRDefault="00000000">
            <w:pPr>
              <w:spacing w:after="20" w:line="240" w:lineRule="auto"/>
              <w:jc w:val="center"/>
            </w:pPr>
            <w:r>
              <w:rPr>
                <w:sz w:val="19"/>
              </w:rPr>
              <w:t>1 290</w:t>
            </w:r>
          </w:p>
        </w:tc>
      </w:tr>
      <w:tr w:rsidR="006C464F" w14:paraId="33B69CBC"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DD6CFEE" w14:textId="77777777" w:rsidR="006C464F" w:rsidRDefault="00000000">
            <w:pPr>
              <w:spacing w:after="20" w:line="240" w:lineRule="auto"/>
            </w:pPr>
            <w:r>
              <w:rPr>
                <w:sz w:val="19"/>
              </w:rPr>
              <w:t>Slunečník</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4F3BEDE" w14:textId="77777777" w:rsidR="006C464F" w:rsidRDefault="00000000">
            <w:pPr>
              <w:spacing w:after="20" w:line="240" w:lineRule="auto"/>
            </w:pPr>
            <w:r>
              <w:rPr>
                <w:sz w:val="19"/>
              </w:rPr>
              <w:t>Dle umístění</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5EE2994"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CBE184A" w14:textId="77777777" w:rsidR="006C464F" w:rsidRDefault="00000000">
            <w:pPr>
              <w:spacing w:after="20" w:line="240" w:lineRule="auto"/>
              <w:jc w:val="center"/>
            </w:pPr>
            <w:r>
              <w:rPr>
                <w:sz w:val="19"/>
              </w:rPr>
              <w:t>8 900</w:t>
            </w:r>
          </w:p>
        </w:tc>
      </w:tr>
      <w:tr w:rsidR="006C464F" w14:paraId="36789D23"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7FA7A791" w14:textId="77777777" w:rsidR="006C464F" w:rsidRDefault="00000000">
            <w:pPr>
              <w:spacing w:after="20" w:line="240" w:lineRule="auto"/>
            </w:pPr>
            <w:r>
              <w:rPr>
                <w:sz w:val="19"/>
              </w:rPr>
              <w:t>Rozkládací koktejlový stůl</w:t>
            </w:r>
          </w:p>
        </w:tc>
        <w:tc>
          <w:tcPr>
            <w:tcW w:w="180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5DD46C9F" w14:textId="77777777" w:rsidR="006C464F" w:rsidRDefault="00000000">
            <w:pPr>
              <w:spacing w:after="20" w:line="240" w:lineRule="auto"/>
            </w:pPr>
            <w:r>
              <w:rPr>
                <w:sz w:val="19"/>
              </w:rPr>
              <w:t>Dle umístění</w:t>
            </w:r>
          </w:p>
        </w:tc>
        <w:tc>
          <w:tcPr>
            <w:tcW w:w="936"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3957EED9"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7D72C190" w14:textId="77777777" w:rsidR="006C464F" w:rsidRDefault="00000000">
            <w:pPr>
              <w:spacing w:after="20" w:line="240" w:lineRule="auto"/>
              <w:jc w:val="center"/>
            </w:pPr>
            <w:r>
              <w:rPr>
                <w:sz w:val="19"/>
              </w:rPr>
              <w:t>2 690</w:t>
            </w:r>
          </w:p>
        </w:tc>
      </w:tr>
      <w:tr w:rsidR="006C464F" w14:paraId="3326FD07"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C3109E0" w14:textId="77777777" w:rsidR="006C464F" w:rsidRDefault="00000000">
            <w:pPr>
              <w:spacing w:after="20" w:line="240" w:lineRule="auto"/>
            </w:pPr>
            <w:r>
              <w:rPr>
                <w:sz w:val="19"/>
              </w:rPr>
              <w:t>Rozkládací barový stůl</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054BF21" w14:textId="77777777" w:rsidR="006C464F" w:rsidRDefault="00000000">
            <w:pPr>
              <w:spacing w:after="20" w:line="240" w:lineRule="auto"/>
            </w:pPr>
            <w:r>
              <w:rPr>
                <w:sz w:val="19"/>
              </w:rPr>
              <w:t>Dle umístění</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E3505EB"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330D34C" w14:textId="77777777" w:rsidR="006C464F" w:rsidRDefault="00000000">
            <w:pPr>
              <w:spacing w:after="20" w:line="240" w:lineRule="auto"/>
              <w:jc w:val="center"/>
            </w:pPr>
            <w:r>
              <w:rPr>
                <w:sz w:val="19"/>
              </w:rPr>
              <w:t>2 990</w:t>
            </w:r>
          </w:p>
        </w:tc>
      </w:tr>
    </w:tbl>
    <w:p w14:paraId="79C5B71A" w14:textId="77777777" w:rsidR="006C464F" w:rsidRDefault="006C464F">
      <w:pPr>
        <w:spacing w:after="0"/>
      </w:pPr>
    </w:p>
    <w:p w14:paraId="310E5E2D" w14:textId="77777777" w:rsidR="006C464F" w:rsidRDefault="00000000">
      <w:pPr>
        <w:pStyle w:val="Nadpis2"/>
      </w:pPr>
      <w:r>
        <w:t>Dveře a pevné vybavení lodi</w:t>
      </w:r>
    </w:p>
    <w:tbl>
      <w:tblPr>
        <w:tblW w:w="0" w:type="auto"/>
        <w:jc w:val="center"/>
        <w:tblLayout w:type="fixed"/>
        <w:tblLook w:val="04A0" w:firstRow="1" w:lastRow="0" w:firstColumn="1" w:lastColumn="0" w:noHBand="0" w:noVBand="1"/>
      </w:tblPr>
      <w:tblGrid>
        <w:gridCol w:w="4320"/>
        <w:gridCol w:w="1800"/>
        <w:gridCol w:w="936"/>
        <w:gridCol w:w="1224"/>
      </w:tblGrid>
      <w:tr w:rsidR="006C464F" w14:paraId="658C6582" w14:textId="77777777">
        <w:trPr>
          <w:tblHeader/>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0F3FB666" w14:textId="77777777" w:rsidR="006C464F" w:rsidRDefault="00000000">
            <w:pPr>
              <w:spacing w:after="20" w:line="240" w:lineRule="auto"/>
            </w:pPr>
            <w:r>
              <w:rPr>
                <w:b/>
                <w:sz w:val="19"/>
              </w:rPr>
              <w:t>Vybavení</w:t>
            </w:r>
          </w:p>
        </w:tc>
        <w:tc>
          <w:tcPr>
            <w:tcW w:w="1800"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1A451690" w14:textId="77777777" w:rsidR="006C464F" w:rsidRDefault="00000000">
            <w:pPr>
              <w:spacing w:after="20" w:line="240" w:lineRule="auto"/>
            </w:pPr>
            <w:r>
              <w:rPr>
                <w:b/>
                <w:sz w:val="19"/>
              </w:rPr>
              <w:t>Umístění</w:t>
            </w:r>
          </w:p>
        </w:tc>
        <w:tc>
          <w:tcPr>
            <w:tcW w:w="936"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677F4BEE" w14:textId="77777777" w:rsidR="006C464F" w:rsidRDefault="00000000">
            <w:pPr>
              <w:spacing w:after="20" w:line="240" w:lineRule="auto"/>
              <w:jc w:val="center"/>
            </w:pPr>
            <w:r>
              <w:rPr>
                <w:b/>
                <w:sz w:val="19"/>
              </w:rPr>
              <w:t>Jednotka</w:t>
            </w:r>
          </w:p>
        </w:tc>
        <w:tc>
          <w:tcPr>
            <w:tcW w:w="1224"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1990DD74" w14:textId="77777777" w:rsidR="006C464F" w:rsidRDefault="00000000">
            <w:pPr>
              <w:spacing w:after="20" w:line="240" w:lineRule="auto"/>
              <w:jc w:val="center"/>
            </w:pPr>
            <w:r>
              <w:rPr>
                <w:b/>
                <w:sz w:val="19"/>
              </w:rPr>
              <w:t>Částka v Kč</w:t>
            </w:r>
          </w:p>
        </w:tc>
      </w:tr>
      <w:tr w:rsidR="006C464F" w14:paraId="67EFB7AC"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61F192C" w14:textId="77777777" w:rsidR="006C464F" w:rsidRDefault="00000000">
            <w:pPr>
              <w:spacing w:after="20" w:line="240" w:lineRule="auto"/>
            </w:pPr>
            <w:r>
              <w:rPr>
                <w:sz w:val="19"/>
              </w:rPr>
              <w:t>Toaletní prkénko</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2158AE0" w14:textId="77777777" w:rsidR="006C464F" w:rsidRDefault="00000000">
            <w:pPr>
              <w:spacing w:after="20" w:line="240" w:lineRule="auto"/>
            </w:pPr>
            <w:r>
              <w:rPr>
                <w:sz w:val="19"/>
              </w:rPr>
              <w:t>Toaleta</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F7D5758"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68C85A4" w14:textId="77777777" w:rsidR="006C464F" w:rsidRDefault="00000000">
            <w:pPr>
              <w:spacing w:after="20" w:line="240" w:lineRule="auto"/>
              <w:jc w:val="center"/>
            </w:pPr>
            <w:r>
              <w:rPr>
                <w:sz w:val="19"/>
              </w:rPr>
              <w:t>2 500</w:t>
            </w:r>
          </w:p>
        </w:tc>
      </w:tr>
      <w:tr w:rsidR="006C464F" w14:paraId="3832B686"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72662C2E" w14:textId="77777777" w:rsidR="006C464F" w:rsidRDefault="00000000">
            <w:pPr>
              <w:spacing w:after="20" w:line="240" w:lineRule="auto"/>
            </w:pPr>
            <w:r>
              <w:rPr>
                <w:sz w:val="19"/>
              </w:rPr>
              <w:t>Toaletní mísa</w:t>
            </w:r>
          </w:p>
        </w:tc>
        <w:tc>
          <w:tcPr>
            <w:tcW w:w="180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54B9D3BA" w14:textId="77777777" w:rsidR="006C464F" w:rsidRDefault="00000000">
            <w:pPr>
              <w:spacing w:after="20" w:line="240" w:lineRule="auto"/>
            </w:pPr>
            <w:r>
              <w:rPr>
                <w:sz w:val="19"/>
              </w:rPr>
              <w:t>Toaleta</w:t>
            </w:r>
          </w:p>
        </w:tc>
        <w:tc>
          <w:tcPr>
            <w:tcW w:w="936"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77FC5983"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2702F9B7" w14:textId="77777777" w:rsidR="006C464F" w:rsidRDefault="00000000">
            <w:pPr>
              <w:spacing w:after="20" w:line="240" w:lineRule="auto"/>
              <w:jc w:val="center"/>
            </w:pPr>
            <w:r>
              <w:rPr>
                <w:sz w:val="19"/>
              </w:rPr>
              <w:t>6 900</w:t>
            </w:r>
          </w:p>
        </w:tc>
      </w:tr>
      <w:tr w:rsidR="006C464F" w14:paraId="300EDDFC"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C9112BE" w14:textId="77777777" w:rsidR="006C464F" w:rsidRDefault="00000000">
            <w:pPr>
              <w:spacing w:after="20" w:line="240" w:lineRule="auto"/>
            </w:pPr>
            <w:r>
              <w:rPr>
                <w:sz w:val="19"/>
              </w:rPr>
              <w:t>Ostatní dveře</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488B141" w14:textId="77777777" w:rsidR="006C464F" w:rsidRDefault="00000000">
            <w:pPr>
              <w:spacing w:after="20" w:line="240" w:lineRule="auto"/>
            </w:pPr>
            <w:r>
              <w:rPr>
                <w:sz w:val="19"/>
              </w:rPr>
              <w:t>Dle umístění</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B04E739"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6276308" w14:textId="77777777" w:rsidR="006C464F" w:rsidRDefault="00000000">
            <w:pPr>
              <w:spacing w:after="20" w:line="240" w:lineRule="auto"/>
              <w:jc w:val="center"/>
            </w:pPr>
            <w:r>
              <w:rPr>
                <w:sz w:val="19"/>
              </w:rPr>
              <w:t>Individuálně</w:t>
            </w:r>
          </w:p>
        </w:tc>
      </w:tr>
      <w:tr w:rsidR="006C464F" w14:paraId="68AAE614"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5B6480D" w14:textId="77777777" w:rsidR="006C464F" w:rsidRDefault="00000000">
            <w:pPr>
              <w:spacing w:after="20" w:line="240" w:lineRule="auto"/>
            </w:pPr>
            <w:r>
              <w:rPr>
                <w:sz w:val="19"/>
              </w:rPr>
              <w:t>Poškození podlahy</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CF6FBD5" w14:textId="77777777" w:rsidR="006C464F" w:rsidRDefault="00000000">
            <w:pPr>
              <w:spacing w:after="20" w:line="240" w:lineRule="auto"/>
            </w:pPr>
            <w:r>
              <w:rPr>
                <w:sz w:val="19"/>
              </w:rPr>
              <w:t>Dle místa škody</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A27DD70" w14:textId="77777777" w:rsidR="006C464F" w:rsidRDefault="00000000">
            <w:pPr>
              <w:spacing w:after="20" w:line="240" w:lineRule="auto"/>
              <w:jc w:val="center"/>
            </w:pPr>
            <w:r>
              <w:rPr>
                <w:sz w:val="19"/>
              </w:rPr>
              <w:t>—</w:t>
            </w: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6670154" w14:textId="77777777" w:rsidR="006C464F" w:rsidRDefault="00000000">
            <w:pPr>
              <w:spacing w:after="20" w:line="240" w:lineRule="auto"/>
              <w:jc w:val="center"/>
            </w:pPr>
            <w:r>
              <w:rPr>
                <w:sz w:val="19"/>
              </w:rPr>
              <w:t>Individuálně</w:t>
            </w:r>
          </w:p>
        </w:tc>
      </w:tr>
    </w:tbl>
    <w:p w14:paraId="7F498320" w14:textId="77777777" w:rsidR="006C464F" w:rsidRDefault="00000000">
      <w:pPr>
        <w:pStyle w:val="Nadpis2"/>
      </w:pPr>
      <w:r>
        <w:t>Vybavení jachty Alexis</w:t>
      </w:r>
    </w:p>
    <w:tbl>
      <w:tblPr>
        <w:tblW w:w="0" w:type="auto"/>
        <w:jc w:val="center"/>
        <w:tblLayout w:type="fixed"/>
        <w:tblLook w:val="04A0" w:firstRow="1" w:lastRow="0" w:firstColumn="1" w:lastColumn="0" w:noHBand="0" w:noVBand="1"/>
      </w:tblPr>
      <w:tblGrid>
        <w:gridCol w:w="4320"/>
        <w:gridCol w:w="1800"/>
        <w:gridCol w:w="936"/>
        <w:gridCol w:w="1224"/>
      </w:tblGrid>
      <w:tr w:rsidR="006C464F" w14:paraId="50C7FC02" w14:textId="77777777">
        <w:trPr>
          <w:tblHeader/>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4238581D" w14:textId="77777777" w:rsidR="006C464F" w:rsidRDefault="00000000">
            <w:pPr>
              <w:spacing w:after="20" w:line="240" w:lineRule="auto"/>
            </w:pPr>
            <w:r>
              <w:rPr>
                <w:b/>
                <w:sz w:val="19"/>
              </w:rPr>
              <w:t>Vybavení</w:t>
            </w:r>
          </w:p>
        </w:tc>
        <w:tc>
          <w:tcPr>
            <w:tcW w:w="1800"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0699232F" w14:textId="77777777" w:rsidR="006C464F" w:rsidRDefault="00000000">
            <w:pPr>
              <w:spacing w:after="20" w:line="240" w:lineRule="auto"/>
            </w:pPr>
            <w:r>
              <w:rPr>
                <w:b/>
                <w:sz w:val="19"/>
              </w:rPr>
              <w:t>Umístění</w:t>
            </w:r>
          </w:p>
        </w:tc>
        <w:tc>
          <w:tcPr>
            <w:tcW w:w="936"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3BE782F6" w14:textId="77777777" w:rsidR="006C464F" w:rsidRDefault="00000000">
            <w:pPr>
              <w:spacing w:after="20" w:line="240" w:lineRule="auto"/>
              <w:jc w:val="center"/>
            </w:pPr>
            <w:r>
              <w:rPr>
                <w:b/>
                <w:sz w:val="19"/>
              </w:rPr>
              <w:t>Jednotka</w:t>
            </w:r>
          </w:p>
        </w:tc>
        <w:tc>
          <w:tcPr>
            <w:tcW w:w="1224"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3B97FCBF" w14:textId="77777777" w:rsidR="006C464F" w:rsidRDefault="00000000">
            <w:pPr>
              <w:spacing w:after="20" w:line="240" w:lineRule="auto"/>
              <w:jc w:val="center"/>
            </w:pPr>
            <w:r>
              <w:rPr>
                <w:b/>
                <w:sz w:val="19"/>
              </w:rPr>
              <w:t>Částka v Kč</w:t>
            </w:r>
          </w:p>
        </w:tc>
      </w:tr>
      <w:tr w:rsidR="006C464F" w14:paraId="08AC1E15"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31BC3A7" w14:textId="77777777" w:rsidR="006C464F" w:rsidRDefault="00000000">
            <w:pPr>
              <w:spacing w:after="20" w:line="240" w:lineRule="auto"/>
            </w:pPr>
            <w:r>
              <w:rPr>
                <w:sz w:val="19"/>
              </w:rPr>
              <w:t>Poškození polstrování</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B2D98DC" w14:textId="77777777" w:rsidR="006C464F" w:rsidRDefault="00000000">
            <w:pPr>
              <w:spacing w:after="20" w:line="240" w:lineRule="auto"/>
            </w:pPr>
            <w:r>
              <w:rPr>
                <w:sz w:val="19"/>
              </w:rPr>
              <w:t>Yacht Alexis</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F4E1CCC"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2B36EBE" w14:textId="77777777" w:rsidR="006C464F" w:rsidRDefault="00000000">
            <w:pPr>
              <w:spacing w:after="20" w:line="240" w:lineRule="auto"/>
              <w:jc w:val="center"/>
            </w:pPr>
            <w:r>
              <w:rPr>
                <w:sz w:val="19"/>
              </w:rPr>
              <w:t>5 900</w:t>
            </w:r>
          </w:p>
        </w:tc>
      </w:tr>
      <w:tr w:rsidR="006C464F" w14:paraId="117C7A07"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4E0AC1CD" w14:textId="77777777" w:rsidR="006C464F" w:rsidRDefault="00000000">
            <w:pPr>
              <w:spacing w:after="20" w:line="240" w:lineRule="auto"/>
            </w:pPr>
            <w:r>
              <w:rPr>
                <w:sz w:val="19"/>
              </w:rPr>
              <w:t>Poškození interiéru, podlahy nebo ostatního vybavení</w:t>
            </w:r>
          </w:p>
        </w:tc>
        <w:tc>
          <w:tcPr>
            <w:tcW w:w="180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0DB9BBD4" w14:textId="77777777" w:rsidR="006C464F" w:rsidRDefault="00000000">
            <w:pPr>
              <w:spacing w:after="20" w:line="240" w:lineRule="auto"/>
            </w:pPr>
            <w:r>
              <w:rPr>
                <w:sz w:val="19"/>
              </w:rPr>
              <w:t>Yacht Alexis</w:t>
            </w:r>
          </w:p>
        </w:tc>
        <w:tc>
          <w:tcPr>
            <w:tcW w:w="936"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29676C23" w14:textId="77777777" w:rsidR="006C464F" w:rsidRDefault="00000000">
            <w:pPr>
              <w:spacing w:after="20" w:line="240" w:lineRule="auto"/>
              <w:jc w:val="center"/>
            </w:pPr>
            <w:r>
              <w:rPr>
                <w:sz w:val="19"/>
              </w:rPr>
              <w:t>—</w:t>
            </w:r>
          </w:p>
        </w:tc>
        <w:tc>
          <w:tcPr>
            <w:tcW w:w="1224"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7FAC566C" w14:textId="77777777" w:rsidR="006C464F" w:rsidRDefault="00000000">
            <w:pPr>
              <w:spacing w:after="20" w:line="240" w:lineRule="auto"/>
              <w:jc w:val="center"/>
            </w:pPr>
            <w:r>
              <w:rPr>
                <w:sz w:val="19"/>
              </w:rPr>
              <w:t>Individuálně</w:t>
            </w:r>
          </w:p>
        </w:tc>
      </w:tr>
    </w:tbl>
    <w:p w14:paraId="6F621DB4" w14:textId="77777777" w:rsidR="006C464F" w:rsidRPr="00AD4C67" w:rsidRDefault="00000000">
      <w:pPr>
        <w:spacing w:before="120"/>
        <w:rPr>
          <w:lang w:val="pl-PL"/>
        </w:rPr>
      </w:pPr>
      <w:proofErr w:type="spellStart"/>
      <w:r w:rsidRPr="00AD4C67">
        <w:rPr>
          <w:lang w:val="pl-PL"/>
        </w:rPr>
        <w:t>Skleničky</w:t>
      </w:r>
      <w:proofErr w:type="spellEnd"/>
      <w:r w:rsidRPr="00AD4C67">
        <w:rPr>
          <w:lang w:val="pl-PL"/>
        </w:rPr>
        <w:t xml:space="preserve"> na </w:t>
      </w:r>
      <w:proofErr w:type="spellStart"/>
      <w:r w:rsidRPr="00AD4C67">
        <w:rPr>
          <w:lang w:val="pl-PL"/>
        </w:rPr>
        <w:t>jachtě</w:t>
      </w:r>
      <w:proofErr w:type="spellEnd"/>
      <w:r w:rsidRPr="00AD4C67">
        <w:rPr>
          <w:lang w:val="pl-PL"/>
        </w:rPr>
        <w:t xml:space="preserve"> Alexis </w:t>
      </w:r>
      <w:proofErr w:type="spellStart"/>
      <w:r w:rsidRPr="00AD4C67">
        <w:rPr>
          <w:lang w:val="pl-PL"/>
        </w:rPr>
        <w:t>mají</w:t>
      </w:r>
      <w:proofErr w:type="spellEnd"/>
      <w:r w:rsidRPr="00AD4C67">
        <w:rPr>
          <w:lang w:val="pl-PL"/>
        </w:rPr>
        <w:t xml:space="preserve"> </w:t>
      </w:r>
      <w:proofErr w:type="spellStart"/>
      <w:r w:rsidRPr="00AD4C67">
        <w:rPr>
          <w:lang w:val="pl-PL"/>
        </w:rPr>
        <w:t>stejné</w:t>
      </w:r>
      <w:proofErr w:type="spellEnd"/>
      <w:r w:rsidRPr="00AD4C67">
        <w:rPr>
          <w:lang w:val="pl-PL"/>
        </w:rPr>
        <w:t xml:space="preserve"> </w:t>
      </w:r>
      <w:proofErr w:type="spellStart"/>
      <w:r w:rsidRPr="00AD4C67">
        <w:rPr>
          <w:lang w:val="pl-PL"/>
        </w:rPr>
        <w:t>sazby</w:t>
      </w:r>
      <w:proofErr w:type="spellEnd"/>
      <w:r w:rsidRPr="00AD4C67">
        <w:rPr>
          <w:lang w:val="pl-PL"/>
        </w:rPr>
        <w:t xml:space="preserve"> jako na </w:t>
      </w:r>
      <w:proofErr w:type="spellStart"/>
      <w:r w:rsidRPr="00AD4C67">
        <w:rPr>
          <w:lang w:val="pl-PL"/>
        </w:rPr>
        <w:t>houseboatu</w:t>
      </w:r>
      <w:proofErr w:type="spellEnd"/>
      <w:r w:rsidRPr="00AD4C67">
        <w:rPr>
          <w:lang w:val="pl-PL"/>
        </w:rPr>
        <w:t xml:space="preserve">: </w:t>
      </w:r>
      <w:proofErr w:type="spellStart"/>
      <w:r w:rsidRPr="00AD4C67">
        <w:rPr>
          <w:lang w:val="pl-PL"/>
        </w:rPr>
        <w:t>sklenička</w:t>
      </w:r>
      <w:proofErr w:type="spellEnd"/>
      <w:r w:rsidRPr="00AD4C67">
        <w:rPr>
          <w:lang w:val="pl-PL"/>
        </w:rPr>
        <w:t xml:space="preserve"> na </w:t>
      </w:r>
      <w:proofErr w:type="spellStart"/>
      <w:r w:rsidRPr="00AD4C67">
        <w:rPr>
          <w:lang w:val="pl-PL"/>
        </w:rPr>
        <w:t>víno</w:t>
      </w:r>
      <w:proofErr w:type="spellEnd"/>
      <w:r w:rsidRPr="00AD4C67">
        <w:rPr>
          <w:lang w:val="pl-PL"/>
        </w:rPr>
        <w:t xml:space="preserve"> 150 </w:t>
      </w:r>
      <w:proofErr w:type="spellStart"/>
      <w:r w:rsidRPr="00AD4C67">
        <w:rPr>
          <w:lang w:val="pl-PL"/>
        </w:rPr>
        <w:t>Kč</w:t>
      </w:r>
      <w:proofErr w:type="spellEnd"/>
      <w:r w:rsidRPr="00AD4C67">
        <w:rPr>
          <w:lang w:val="pl-PL"/>
        </w:rPr>
        <w:t xml:space="preserve">, na </w:t>
      </w:r>
      <w:proofErr w:type="spellStart"/>
      <w:r w:rsidRPr="00AD4C67">
        <w:rPr>
          <w:lang w:val="pl-PL"/>
        </w:rPr>
        <w:t>prosecco</w:t>
      </w:r>
      <w:proofErr w:type="spellEnd"/>
      <w:r w:rsidRPr="00AD4C67">
        <w:rPr>
          <w:lang w:val="pl-PL"/>
        </w:rPr>
        <w:t xml:space="preserve"> 150 </w:t>
      </w:r>
      <w:proofErr w:type="spellStart"/>
      <w:r w:rsidRPr="00AD4C67">
        <w:rPr>
          <w:lang w:val="pl-PL"/>
        </w:rPr>
        <w:t>Kč</w:t>
      </w:r>
      <w:proofErr w:type="spellEnd"/>
      <w:r w:rsidRPr="00AD4C67">
        <w:rPr>
          <w:lang w:val="pl-PL"/>
        </w:rPr>
        <w:t xml:space="preserve"> a na </w:t>
      </w:r>
      <w:proofErr w:type="spellStart"/>
      <w:r w:rsidRPr="00AD4C67">
        <w:rPr>
          <w:lang w:val="pl-PL"/>
        </w:rPr>
        <w:t>vodu</w:t>
      </w:r>
      <w:proofErr w:type="spellEnd"/>
      <w:r w:rsidRPr="00AD4C67">
        <w:rPr>
          <w:lang w:val="pl-PL"/>
        </w:rPr>
        <w:t xml:space="preserve"> 150 </w:t>
      </w:r>
      <w:proofErr w:type="spellStart"/>
      <w:r w:rsidRPr="00AD4C67">
        <w:rPr>
          <w:lang w:val="pl-PL"/>
        </w:rPr>
        <w:t>Kč</w:t>
      </w:r>
      <w:proofErr w:type="spellEnd"/>
      <w:r w:rsidRPr="00AD4C67">
        <w:rPr>
          <w:lang w:val="pl-PL"/>
        </w:rPr>
        <w:t xml:space="preserve"> za </w:t>
      </w:r>
      <w:proofErr w:type="spellStart"/>
      <w:r w:rsidRPr="00AD4C67">
        <w:rPr>
          <w:lang w:val="pl-PL"/>
        </w:rPr>
        <w:t>kus</w:t>
      </w:r>
      <w:proofErr w:type="spellEnd"/>
      <w:r w:rsidRPr="00AD4C67">
        <w:rPr>
          <w:lang w:val="pl-PL"/>
        </w:rPr>
        <w:t>.</w:t>
      </w:r>
    </w:p>
    <w:p w14:paraId="221A8751" w14:textId="77777777" w:rsidR="006C464F" w:rsidRPr="00AD4C67" w:rsidRDefault="00000000">
      <w:pPr>
        <w:rPr>
          <w:lang w:val="pl-PL"/>
        </w:rPr>
      </w:pPr>
      <w:proofErr w:type="spellStart"/>
      <w:r w:rsidRPr="00AD4C67">
        <w:rPr>
          <w:lang w:val="pl-PL"/>
        </w:rPr>
        <w:t>Ostatní</w:t>
      </w:r>
      <w:proofErr w:type="spellEnd"/>
      <w:r w:rsidRPr="00AD4C67">
        <w:rPr>
          <w:lang w:val="pl-PL"/>
        </w:rPr>
        <w:t xml:space="preserve"> </w:t>
      </w:r>
      <w:proofErr w:type="spellStart"/>
      <w:r w:rsidRPr="00AD4C67">
        <w:rPr>
          <w:lang w:val="pl-PL"/>
        </w:rPr>
        <w:t>škody</w:t>
      </w:r>
      <w:proofErr w:type="spellEnd"/>
      <w:r w:rsidRPr="00AD4C67">
        <w:rPr>
          <w:lang w:val="pl-PL"/>
        </w:rPr>
        <w:t xml:space="preserve"> na </w:t>
      </w:r>
      <w:proofErr w:type="spellStart"/>
      <w:r w:rsidRPr="00AD4C67">
        <w:rPr>
          <w:lang w:val="pl-PL"/>
        </w:rPr>
        <w:t>jachtě</w:t>
      </w:r>
      <w:proofErr w:type="spellEnd"/>
      <w:r w:rsidRPr="00AD4C67">
        <w:rPr>
          <w:lang w:val="pl-PL"/>
        </w:rPr>
        <w:t xml:space="preserve"> Alexis </w:t>
      </w:r>
      <w:proofErr w:type="spellStart"/>
      <w:r w:rsidRPr="00AD4C67">
        <w:rPr>
          <w:lang w:val="pl-PL"/>
        </w:rPr>
        <w:t>se</w:t>
      </w:r>
      <w:proofErr w:type="spellEnd"/>
      <w:r w:rsidRPr="00AD4C67">
        <w:rPr>
          <w:lang w:val="pl-PL"/>
        </w:rPr>
        <w:t xml:space="preserve"> </w:t>
      </w:r>
      <w:proofErr w:type="spellStart"/>
      <w:r w:rsidRPr="00AD4C67">
        <w:rPr>
          <w:lang w:val="pl-PL"/>
        </w:rPr>
        <w:t>posuzují</w:t>
      </w:r>
      <w:proofErr w:type="spellEnd"/>
      <w:r w:rsidRPr="00AD4C67">
        <w:rPr>
          <w:lang w:val="pl-PL"/>
        </w:rPr>
        <w:t xml:space="preserve"> </w:t>
      </w:r>
      <w:proofErr w:type="spellStart"/>
      <w:r w:rsidRPr="00AD4C67">
        <w:rPr>
          <w:lang w:val="pl-PL"/>
        </w:rPr>
        <w:t>individuálně</w:t>
      </w:r>
      <w:proofErr w:type="spellEnd"/>
      <w:r w:rsidRPr="00AD4C67">
        <w:rPr>
          <w:lang w:val="pl-PL"/>
        </w:rPr>
        <w:t xml:space="preserve"> podle </w:t>
      </w:r>
      <w:proofErr w:type="spellStart"/>
      <w:r w:rsidRPr="00AD4C67">
        <w:rPr>
          <w:lang w:val="pl-PL"/>
        </w:rPr>
        <w:t>skutečně</w:t>
      </w:r>
      <w:proofErr w:type="spellEnd"/>
      <w:r w:rsidRPr="00AD4C67">
        <w:rPr>
          <w:lang w:val="pl-PL"/>
        </w:rPr>
        <w:t xml:space="preserve"> </w:t>
      </w:r>
      <w:proofErr w:type="spellStart"/>
      <w:r w:rsidRPr="00AD4C67">
        <w:rPr>
          <w:lang w:val="pl-PL"/>
        </w:rPr>
        <w:t>vyčíslené</w:t>
      </w:r>
      <w:proofErr w:type="spellEnd"/>
      <w:r w:rsidRPr="00AD4C67">
        <w:rPr>
          <w:lang w:val="pl-PL"/>
        </w:rPr>
        <w:t xml:space="preserve"> </w:t>
      </w:r>
      <w:proofErr w:type="spellStart"/>
      <w:r w:rsidRPr="00AD4C67">
        <w:rPr>
          <w:lang w:val="pl-PL"/>
        </w:rPr>
        <w:t>škody</w:t>
      </w:r>
      <w:proofErr w:type="spellEnd"/>
      <w:r w:rsidRPr="00AD4C67">
        <w:rPr>
          <w:lang w:val="pl-PL"/>
        </w:rPr>
        <w:t xml:space="preserve">. </w:t>
      </w:r>
      <w:proofErr w:type="spellStart"/>
      <w:r w:rsidRPr="00AD4C67">
        <w:rPr>
          <w:lang w:val="pl-PL"/>
        </w:rPr>
        <w:t>Náklady</w:t>
      </w:r>
      <w:proofErr w:type="spellEnd"/>
      <w:r w:rsidRPr="00AD4C67">
        <w:rPr>
          <w:lang w:val="pl-PL"/>
        </w:rPr>
        <w:t xml:space="preserve"> na </w:t>
      </w:r>
      <w:proofErr w:type="spellStart"/>
      <w:r w:rsidRPr="00AD4C67">
        <w:rPr>
          <w:lang w:val="pl-PL"/>
        </w:rPr>
        <w:t>opravu</w:t>
      </w:r>
      <w:proofErr w:type="spellEnd"/>
      <w:r w:rsidRPr="00AD4C67">
        <w:rPr>
          <w:lang w:val="pl-PL"/>
        </w:rPr>
        <w:t xml:space="preserve"> a </w:t>
      </w:r>
      <w:proofErr w:type="spellStart"/>
      <w:r w:rsidRPr="00AD4C67">
        <w:rPr>
          <w:lang w:val="pl-PL"/>
        </w:rPr>
        <w:t>ušlý</w:t>
      </w:r>
      <w:proofErr w:type="spellEnd"/>
      <w:r w:rsidRPr="00AD4C67">
        <w:rPr>
          <w:lang w:val="pl-PL"/>
        </w:rPr>
        <w:t xml:space="preserve"> </w:t>
      </w:r>
      <w:proofErr w:type="spellStart"/>
      <w:r w:rsidRPr="00AD4C67">
        <w:rPr>
          <w:lang w:val="pl-PL"/>
        </w:rPr>
        <w:t>zisk</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vyúčtují</w:t>
      </w:r>
      <w:proofErr w:type="spellEnd"/>
      <w:r w:rsidRPr="00AD4C67">
        <w:rPr>
          <w:lang w:val="pl-PL"/>
        </w:rPr>
        <w:t xml:space="preserve"> podle </w:t>
      </w:r>
      <w:proofErr w:type="spellStart"/>
      <w:r w:rsidRPr="00AD4C67">
        <w:rPr>
          <w:lang w:val="pl-PL"/>
        </w:rPr>
        <w:t>společných</w:t>
      </w:r>
      <w:proofErr w:type="spellEnd"/>
      <w:r w:rsidRPr="00AD4C67">
        <w:rPr>
          <w:lang w:val="pl-PL"/>
        </w:rPr>
        <w:t xml:space="preserve"> </w:t>
      </w:r>
      <w:proofErr w:type="spellStart"/>
      <w:r w:rsidRPr="00AD4C67">
        <w:rPr>
          <w:lang w:val="pl-PL"/>
        </w:rPr>
        <w:t>pravidel</w:t>
      </w:r>
      <w:proofErr w:type="spellEnd"/>
      <w:r w:rsidRPr="00AD4C67">
        <w:rPr>
          <w:lang w:val="pl-PL"/>
        </w:rPr>
        <w:t xml:space="preserve"> </w:t>
      </w:r>
      <w:proofErr w:type="spellStart"/>
      <w:r w:rsidRPr="00AD4C67">
        <w:rPr>
          <w:lang w:val="pl-PL"/>
        </w:rPr>
        <w:t>níže</w:t>
      </w:r>
      <w:proofErr w:type="spellEnd"/>
      <w:r w:rsidRPr="00AD4C67">
        <w:rPr>
          <w:lang w:val="pl-PL"/>
        </w:rPr>
        <w:t>.</w:t>
      </w:r>
    </w:p>
    <w:p w14:paraId="6EC5EAE4" w14:textId="77777777" w:rsidR="006C464F" w:rsidRPr="00AD4C67" w:rsidRDefault="006C464F">
      <w:pPr>
        <w:spacing w:after="0"/>
        <w:rPr>
          <w:lang w:val="pl-PL"/>
        </w:rPr>
      </w:pPr>
    </w:p>
    <w:p w14:paraId="39D11D12" w14:textId="77777777" w:rsidR="006C464F" w:rsidRPr="00AD4C67" w:rsidRDefault="00000000">
      <w:pPr>
        <w:rPr>
          <w:lang w:val="pl-PL"/>
        </w:rPr>
      </w:pPr>
      <w:r w:rsidRPr="00AD4C67">
        <w:rPr>
          <w:lang w:val="pl-PL"/>
        </w:rPr>
        <w:br w:type="page"/>
      </w:r>
    </w:p>
    <w:p w14:paraId="26551947" w14:textId="77777777" w:rsidR="006C464F" w:rsidRDefault="00000000">
      <w:pPr>
        <w:pStyle w:val="Nadpis2"/>
      </w:pPr>
      <w:proofErr w:type="spellStart"/>
      <w:r>
        <w:lastRenderedPageBreak/>
        <w:t>Technické</w:t>
      </w:r>
      <w:proofErr w:type="spellEnd"/>
      <w:r>
        <w:t xml:space="preserve"> a </w:t>
      </w:r>
      <w:proofErr w:type="spellStart"/>
      <w:r>
        <w:t>další</w:t>
      </w:r>
      <w:proofErr w:type="spellEnd"/>
      <w:r>
        <w:t xml:space="preserve"> </w:t>
      </w:r>
      <w:proofErr w:type="spellStart"/>
      <w:r>
        <w:t>vybavení</w:t>
      </w:r>
      <w:proofErr w:type="spellEnd"/>
    </w:p>
    <w:tbl>
      <w:tblPr>
        <w:tblW w:w="0" w:type="auto"/>
        <w:jc w:val="center"/>
        <w:tblLayout w:type="fixed"/>
        <w:tblLook w:val="04A0" w:firstRow="1" w:lastRow="0" w:firstColumn="1" w:lastColumn="0" w:noHBand="0" w:noVBand="1"/>
      </w:tblPr>
      <w:tblGrid>
        <w:gridCol w:w="4320"/>
        <w:gridCol w:w="1800"/>
        <w:gridCol w:w="936"/>
        <w:gridCol w:w="1224"/>
      </w:tblGrid>
      <w:tr w:rsidR="006C464F" w14:paraId="338792F1" w14:textId="77777777">
        <w:trPr>
          <w:tblHeader/>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29B77530" w14:textId="77777777" w:rsidR="006C464F" w:rsidRDefault="00000000">
            <w:pPr>
              <w:spacing w:after="20" w:line="240" w:lineRule="auto"/>
            </w:pPr>
            <w:r>
              <w:rPr>
                <w:b/>
                <w:sz w:val="19"/>
              </w:rPr>
              <w:t>Vybavení</w:t>
            </w:r>
          </w:p>
        </w:tc>
        <w:tc>
          <w:tcPr>
            <w:tcW w:w="1800"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7E177558" w14:textId="77777777" w:rsidR="006C464F" w:rsidRDefault="00000000">
            <w:pPr>
              <w:spacing w:after="20" w:line="240" w:lineRule="auto"/>
            </w:pPr>
            <w:r>
              <w:rPr>
                <w:b/>
                <w:sz w:val="19"/>
              </w:rPr>
              <w:t>Umístění</w:t>
            </w:r>
          </w:p>
        </w:tc>
        <w:tc>
          <w:tcPr>
            <w:tcW w:w="936"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64FDB909" w14:textId="77777777" w:rsidR="006C464F" w:rsidRDefault="00000000">
            <w:pPr>
              <w:spacing w:after="20" w:line="240" w:lineRule="auto"/>
              <w:jc w:val="center"/>
            </w:pPr>
            <w:r>
              <w:rPr>
                <w:b/>
                <w:sz w:val="19"/>
              </w:rPr>
              <w:t>Jednotka</w:t>
            </w:r>
          </w:p>
        </w:tc>
        <w:tc>
          <w:tcPr>
            <w:tcW w:w="1224" w:type="dxa"/>
            <w:tcBorders>
              <w:top w:val="single" w:sz="4" w:space="0" w:color="D9D9D9"/>
              <w:left w:val="single" w:sz="4" w:space="0" w:color="D9D9D9"/>
              <w:bottom w:val="single" w:sz="4" w:space="0" w:color="D9D9D9"/>
              <w:right w:val="single" w:sz="4" w:space="0" w:color="D9D9D9"/>
            </w:tcBorders>
            <w:shd w:val="clear" w:color="auto" w:fill="EAEAEA"/>
            <w:tcMar>
              <w:top w:w="80" w:type="dxa"/>
              <w:left w:w="80" w:type="dxa"/>
              <w:bottom w:w="80" w:type="dxa"/>
              <w:right w:w="80" w:type="dxa"/>
            </w:tcMar>
            <w:vAlign w:val="center"/>
          </w:tcPr>
          <w:p w14:paraId="74B08913" w14:textId="77777777" w:rsidR="006C464F" w:rsidRDefault="00000000">
            <w:pPr>
              <w:spacing w:after="20" w:line="240" w:lineRule="auto"/>
              <w:jc w:val="center"/>
            </w:pPr>
            <w:r>
              <w:rPr>
                <w:b/>
                <w:sz w:val="19"/>
              </w:rPr>
              <w:t>Částka v Kč</w:t>
            </w:r>
          </w:p>
        </w:tc>
      </w:tr>
      <w:tr w:rsidR="006C464F" w14:paraId="41A8B976"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31CF6E6" w14:textId="77777777" w:rsidR="006C464F" w:rsidRDefault="00000000">
            <w:pPr>
              <w:spacing w:after="20" w:line="240" w:lineRule="auto"/>
            </w:pPr>
            <w:r>
              <w:rPr>
                <w:sz w:val="19"/>
              </w:rPr>
              <w:t>Klimatizace</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938BD1B" w14:textId="77777777" w:rsidR="006C464F" w:rsidRDefault="00000000">
            <w:pPr>
              <w:spacing w:after="20" w:line="240" w:lineRule="auto"/>
            </w:pPr>
            <w:r>
              <w:rPr>
                <w:sz w:val="19"/>
              </w:rPr>
              <w:t>Dle umístění</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0BB8FD9"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68A45E8" w14:textId="77777777" w:rsidR="006C464F" w:rsidRDefault="00000000">
            <w:pPr>
              <w:spacing w:after="20" w:line="240" w:lineRule="auto"/>
              <w:jc w:val="center"/>
            </w:pPr>
            <w:r>
              <w:rPr>
                <w:sz w:val="19"/>
              </w:rPr>
              <w:t>Individuálně</w:t>
            </w:r>
          </w:p>
        </w:tc>
      </w:tr>
      <w:tr w:rsidR="006C464F" w14:paraId="760C260D"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00DFB817" w14:textId="77777777" w:rsidR="006C464F" w:rsidRDefault="00000000">
            <w:pPr>
              <w:spacing w:after="20" w:line="240" w:lineRule="auto"/>
            </w:pPr>
            <w:r>
              <w:rPr>
                <w:sz w:val="19"/>
              </w:rPr>
              <w:t>Květina</w:t>
            </w:r>
          </w:p>
        </w:tc>
        <w:tc>
          <w:tcPr>
            <w:tcW w:w="180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21A60421" w14:textId="77777777" w:rsidR="006C464F" w:rsidRDefault="00000000">
            <w:pPr>
              <w:spacing w:after="20" w:line="240" w:lineRule="auto"/>
            </w:pPr>
            <w:r>
              <w:rPr>
                <w:sz w:val="19"/>
              </w:rPr>
              <w:t>Dle umístění</w:t>
            </w:r>
          </w:p>
        </w:tc>
        <w:tc>
          <w:tcPr>
            <w:tcW w:w="936"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78F91B2F"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0794E46F" w14:textId="77777777" w:rsidR="006C464F" w:rsidRDefault="00000000">
            <w:pPr>
              <w:spacing w:after="20" w:line="240" w:lineRule="auto"/>
              <w:jc w:val="center"/>
            </w:pPr>
            <w:r>
              <w:rPr>
                <w:sz w:val="19"/>
              </w:rPr>
              <w:t>890</w:t>
            </w:r>
          </w:p>
        </w:tc>
      </w:tr>
      <w:tr w:rsidR="006C464F" w14:paraId="67AE2277"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B1CB59C" w14:textId="77777777" w:rsidR="006C464F" w:rsidRDefault="00000000">
            <w:pPr>
              <w:spacing w:after="20" w:line="240" w:lineRule="auto"/>
            </w:pPr>
            <w:r>
              <w:rPr>
                <w:sz w:val="19"/>
              </w:rPr>
              <w:t>Roleta</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770094D" w14:textId="77777777" w:rsidR="006C464F" w:rsidRDefault="00000000">
            <w:pPr>
              <w:spacing w:after="20" w:line="240" w:lineRule="auto"/>
            </w:pPr>
            <w:r>
              <w:rPr>
                <w:sz w:val="19"/>
              </w:rPr>
              <w:t>Dle umístění</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0218A78"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1C9D99C" w14:textId="77777777" w:rsidR="006C464F" w:rsidRDefault="00000000">
            <w:pPr>
              <w:spacing w:after="20" w:line="240" w:lineRule="auto"/>
              <w:jc w:val="center"/>
            </w:pPr>
            <w:r>
              <w:rPr>
                <w:sz w:val="19"/>
              </w:rPr>
              <w:t>4 900</w:t>
            </w:r>
          </w:p>
        </w:tc>
      </w:tr>
      <w:tr w:rsidR="006C464F" w14:paraId="07FEA49D"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1E6D258B" w14:textId="77777777" w:rsidR="006C464F" w:rsidRDefault="00000000">
            <w:pPr>
              <w:spacing w:after="20" w:line="240" w:lineRule="auto"/>
            </w:pPr>
            <w:r>
              <w:rPr>
                <w:sz w:val="19"/>
              </w:rPr>
              <w:t>Světla</w:t>
            </w:r>
          </w:p>
        </w:tc>
        <w:tc>
          <w:tcPr>
            <w:tcW w:w="180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5C461811" w14:textId="77777777" w:rsidR="006C464F" w:rsidRDefault="00000000">
            <w:pPr>
              <w:spacing w:after="20" w:line="240" w:lineRule="auto"/>
            </w:pPr>
            <w:r>
              <w:rPr>
                <w:sz w:val="19"/>
              </w:rPr>
              <w:t>Dle umístění</w:t>
            </w:r>
          </w:p>
        </w:tc>
        <w:tc>
          <w:tcPr>
            <w:tcW w:w="936"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08162476"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54818601" w14:textId="77777777" w:rsidR="006C464F" w:rsidRDefault="00000000">
            <w:pPr>
              <w:spacing w:after="20" w:line="240" w:lineRule="auto"/>
              <w:jc w:val="center"/>
            </w:pPr>
            <w:r>
              <w:rPr>
                <w:sz w:val="19"/>
              </w:rPr>
              <w:t>Individuálně</w:t>
            </w:r>
          </w:p>
        </w:tc>
      </w:tr>
      <w:tr w:rsidR="006C464F" w14:paraId="3447F71F"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EFDE31E" w14:textId="77777777" w:rsidR="006C464F" w:rsidRDefault="00000000">
            <w:pPr>
              <w:spacing w:after="20" w:line="240" w:lineRule="auto"/>
            </w:pPr>
            <w:r>
              <w:rPr>
                <w:sz w:val="19"/>
              </w:rPr>
              <w:t>Záchranný kruh</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CFEC5B2" w14:textId="77777777" w:rsidR="006C464F" w:rsidRDefault="00000000">
            <w:pPr>
              <w:spacing w:after="20" w:line="240" w:lineRule="auto"/>
            </w:pPr>
            <w:r>
              <w:rPr>
                <w:sz w:val="19"/>
              </w:rPr>
              <w:t>Dle umístění</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4F328A9"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F6BC3EC" w14:textId="77777777" w:rsidR="006C464F" w:rsidRDefault="00000000">
            <w:pPr>
              <w:spacing w:after="20" w:line="240" w:lineRule="auto"/>
              <w:jc w:val="center"/>
            </w:pPr>
            <w:r>
              <w:rPr>
                <w:sz w:val="19"/>
              </w:rPr>
              <w:t>1 990</w:t>
            </w:r>
          </w:p>
        </w:tc>
      </w:tr>
      <w:tr w:rsidR="006C464F" w14:paraId="64AA793F"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47E0378E" w14:textId="77777777" w:rsidR="006C464F" w:rsidRDefault="00000000">
            <w:pPr>
              <w:spacing w:after="20" w:line="240" w:lineRule="auto"/>
            </w:pPr>
            <w:r>
              <w:rPr>
                <w:sz w:val="19"/>
              </w:rPr>
              <w:t>Reproduktor JBL</w:t>
            </w:r>
          </w:p>
        </w:tc>
        <w:tc>
          <w:tcPr>
            <w:tcW w:w="1800"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7FC00D83" w14:textId="77777777" w:rsidR="006C464F" w:rsidRDefault="00000000">
            <w:pPr>
              <w:spacing w:after="20" w:line="240" w:lineRule="auto"/>
            </w:pPr>
            <w:r>
              <w:rPr>
                <w:sz w:val="19"/>
              </w:rPr>
              <w:t>Dle umístění</w:t>
            </w:r>
          </w:p>
        </w:tc>
        <w:tc>
          <w:tcPr>
            <w:tcW w:w="936"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05D34D02" w14:textId="77777777" w:rsidR="006C464F" w:rsidRDefault="00000000">
            <w:pPr>
              <w:spacing w:after="20" w:line="240" w:lineRule="auto"/>
              <w:jc w:val="center"/>
            </w:pPr>
            <w:r>
              <w:rPr>
                <w:sz w:val="19"/>
              </w:rPr>
              <w:t>1 ks</w:t>
            </w:r>
          </w:p>
        </w:tc>
        <w:tc>
          <w:tcPr>
            <w:tcW w:w="1224" w:type="dxa"/>
            <w:tcBorders>
              <w:top w:val="single" w:sz="4" w:space="0" w:color="D9D9D9"/>
              <w:left w:val="single" w:sz="4" w:space="0" w:color="D9D9D9"/>
              <w:bottom w:val="single" w:sz="4" w:space="0" w:color="D9D9D9"/>
              <w:right w:val="single" w:sz="4" w:space="0" w:color="D9D9D9"/>
            </w:tcBorders>
            <w:shd w:val="clear" w:color="auto" w:fill="F7F7F7"/>
            <w:tcMar>
              <w:top w:w="80" w:type="dxa"/>
              <w:left w:w="80" w:type="dxa"/>
              <w:bottom w:w="80" w:type="dxa"/>
              <w:right w:w="80" w:type="dxa"/>
            </w:tcMar>
            <w:vAlign w:val="center"/>
          </w:tcPr>
          <w:p w14:paraId="163E074B" w14:textId="77777777" w:rsidR="006C464F" w:rsidRDefault="00000000">
            <w:pPr>
              <w:spacing w:after="20" w:line="240" w:lineRule="auto"/>
              <w:jc w:val="center"/>
            </w:pPr>
            <w:r>
              <w:rPr>
                <w:sz w:val="19"/>
              </w:rPr>
              <w:t>12 990</w:t>
            </w:r>
          </w:p>
        </w:tc>
      </w:tr>
      <w:tr w:rsidR="006C464F" w14:paraId="7D9E9B3B" w14:textId="77777777">
        <w:trPr>
          <w:cantSplit/>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AFA5E25" w14:textId="77777777" w:rsidR="006C464F" w:rsidRDefault="00000000">
            <w:pPr>
              <w:spacing w:after="20" w:line="240" w:lineRule="auto"/>
            </w:pPr>
            <w:r>
              <w:rPr>
                <w:sz w:val="19"/>
              </w:rPr>
              <w:t>Ostatní vybavení lodi</w:t>
            </w:r>
          </w:p>
        </w:tc>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1FA9FBC" w14:textId="77777777" w:rsidR="006C464F" w:rsidRDefault="00000000">
            <w:pPr>
              <w:spacing w:after="20" w:line="240" w:lineRule="auto"/>
            </w:pPr>
            <w:r>
              <w:rPr>
                <w:sz w:val="19"/>
              </w:rPr>
              <w:t>Dle místa škody</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6CED786" w14:textId="77777777" w:rsidR="006C464F" w:rsidRDefault="00000000">
            <w:pPr>
              <w:spacing w:after="20" w:line="240" w:lineRule="auto"/>
              <w:jc w:val="center"/>
            </w:pPr>
            <w:r>
              <w:rPr>
                <w:sz w:val="19"/>
              </w:rPr>
              <w:t>—</w:t>
            </w: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82EFCA2" w14:textId="77777777" w:rsidR="006C464F" w:rsidRDefault="00000000">
            <w:pPr>
              <w:spacing w:after="20" w:line="240" w:lineRule="auto"/>
              <w:jc w:val="center"/>
            </w:pPr>
            <w:r>
              <w:rPr>
                <w:sz w:val="19"/>
              </w:rPr>
              <w:t>Individuálně</w:t>
            </w:r>
          </w:p>
        </w:tc>
      </w:tr>
    </w:tbl>
    <w:p w14:paraId="48B6121B" w14:textId="77777777" w:rsidR="006C464F" w:rsidRDefault="006C464F">
      <w:pPr>
        <w:spacing w:after="0"/>
      </w:pPr>
    </w:p>
    <w:p w14:paraId="0BE17067" w14:textId="77777777" w:rsidR="006C464F" w:rsidRDefault="00000000">
      <w:pPr>
        <w:pStyle w:val="Nadpis2"/>
      </w:pPr>
      <w:r>
        <w:t>Určení a vyúčtování náhrady škody</w:t>
      </w:r>
    </w:p>
    <w:p w14:paraId="62A1C3AE" w14:textId="77777777" w:rsidR="006C464F" w:rsidRDefault="00000000">
      <w:r>
        <w:t>Tabulkové částky slouží jako podklad pro určení náhrady při úplném zničení nebo ztrátě věci. Náhrada odpovídá skutečné škodě a zohledňuje obvyklou cenu věci v době poškození, její stav a účelně vynaložené náklady na obnovení nebo nahrazení její funkce. U opravitelného poškození se vychází z účelných nákladů na opravu. Běžné opotřebení se neúčtuje.</w:t>
      </w:r>
    </w:p>
    <w:p w14:paraId="72DCE71D" w14:textId="77777777" w:rsidR="006C464F" w:rsidRDefault="00000000">
      <w:r>
        <w:t>Pro houseboat i jachtu Alexis lze vyčíslit náhradu skutečné škody včetně účelných nákladů na opravu a také prokazatelný ušlý zisk vzniklý v příčinné souvislosti s poškozením. Náklady na opravu jsou součástí skutečné škody a neúčtují se dvakrát.</w:t>
      </w:r>
    </w:p>
    <w:p w14:paraId="1F9B3BDF" w14:textId="77777777" w:rsidR="006C464F" w:rsidRDefault="00000000">
      <w:r>
        <w:t>U podlahy a ostatního vybavení označeného „Individuálně“ se náhrada stanoví podle doloženého rozsahu škody a účelných nákladů na její odstranění. Poškození nebo ztrátu je nutné neprodleně oznámit posádce. Provozovatel zdokumentuje událost a předá odpovědné osobě písemné vyčíslení s podklady. Stejná škoda se neúčtuje současně jako oprava i jako úplná náhrada věci.</w:t>
      </w:r>
    </w:p>
    <w:p w14:paraId="2154A910" w14:textId="77777777" w:rsidR="006C464F" w:rsidRDefault="00000000">
      <w:pPr>
        <w:pStyle w:val="Nadpis2"/>
      </w:pPr>
      <w:r>
        <w:t>Mimořádný úklid po použití oslavných dekorací</w:t>
      </w:r>
    </w:p>
    <w:p w14:paraId="47E6967D" w14:textId="77777777" w:rsidR="006C464F" w:rsidRDefault="00000000">
      <w:r>
        <w:t>Za mimořádný úklid a vyčištění lodi se účtuje 3 000 Kč včetně DPH za jednu akci, pokud použití konfet, třpytek, vystřelovacích konfet nebo obdobných oslavných a dekorativních předmětů způsobí znečištění, jehož odstranění vyžaduje úklid nad běžný rozsah. Jde zejména o drobné částice zachycené v čalounění, spárách nebo na více místech lodi, které nelze odstranit běžným rychlým úklidem.</w:t>
      </w:r>
    </w:p>
    <w:p w14:paraId="742824C8" w14:textId="77777777" w:rsidR="006C464F" w:rsidRPr="00AD4C67" w:rsidRDefault="00000000">
      <w:pPr>
        <w:rPr>
          <w:lang w:val="pl-PL"/>
        </w:rPr>
      </w:pPr>
      <w:proofErr w:type="spellStart"/>
      <w:r w:rsidRPr="00AD4C67">
        <w:rPr>
          <w:lang w:val="pl-PL"/>
        </w:rPr>
        <w:t>Poplatek</w:t>
      </w:r>
      <w:proofErr w:type="spellEnd"/>
      <w:r w:rsidRPr="00AD4C67">
        <w:rPr>
          <w:lang w:val="pl-PL"/>
        </w:rPr>
        <w:t xml:space="preserve"> </w:t>
      </w:r>
      <w:proofErr w:type="spellStart"/>
      <w:r w:rsidRPr="00AD4C67">
        <w:rPr>
          <w:lang w:val="pl-PL"/>
        </w:rPr>
        <w:t>se</w:t>
      </w:r>
      <w:proofErr w:type="spellEnd"/>
      <w:r w:rsidRPr="00AD4C67">
        <w:rPr>
          <w:lang w:val="pl-PL"/>
        </w:rPr>
        <w:t xml:space="preserve"> za </w:t>
      </w:r>
      <w:proofErr w:type="spellStart"/>
      <w:r w:rsidRPr="00AD4C67">
        <w:rPr>
          <w:lang w:val="pl-PL"/>
        </w:rPr>
        <w:t>tutéž</w:t>
      </w:r>
      <w:proofErr w:type="spellEnd"/>
      <w:r w:rsidRPr="00AD4C67">
        <w:rPr>
          <w:lang w:val="pl-PL"/>
        </w:rPr>
        <w:t xml:space="preserve"> </w:t>
      </w:r>
      <w:proofErr w:type="spellStart"/>
      <w:r w:rsidRPr="00AD4C67">
        <w:rPr>
          <w:lang w:val="pl-PL"/>
        </w:rPr>
        <w:t>akci</w:t>
      </w:r>
      <w:proofErr w:type="spellEnd"/>
      <w:r w:rsidRPr="00AD4C67">
        <w:rPr>
          <w:lang w:val="pl-PL"/>
        </w:rPr>
        <w:t xml:space="preserve"> </w:t>
      </w:r>
      <w:proofErr w:type="spellStart"/>
      <w:r w:rsidRPr="00AD4C67">
        <w:rPr>
          <w:lang w:val="pl-PL"/>
        </w:rPr>
        <w:t>účtuje</w:t>
      </w:r>
      <w:proofErr w:type="spellEnd"/>
      <w:r w:rsidRPr="00AD4C67">
        <w:rPr>
          <w:lang w:val="pl-PL"/>
        </w:rPr>
        <w:t xml:space="preserve"> </w:t>
      </w:r>
      <w:proofErr w:type="spellStart"/>
      <w:r w:rsidRPr="00AD4C67">
        <w:rPr>
          <w:lang w:val="pl-PL"/>
        </w:rPr>
        <w:t>pouze</w:t>
      </w:r>
      <w:proofErr w:type="spellEnd"/>
      <w:r w:rsidRPr="00AD4C67">
        <w:rPr>
          <w:lang w:val="pl-PL"/>
        </w:rPr>
        <w:t xml:space="preserve"> </w:t>
      </w:r>
      <w:proofErr w:type="spellStart"/>
      <w:r w:rsidRPr="00AD4C67">
        <w:rPr>
          <w:lang w:val="pl-PL"/>
        </w:rPr>
        <w:t>jednou</w:t>
      </w:r>
      <w:proofErr w:type="spellEnd"/>
      <w:r w:rsidRPr="00AD4C67">
        <w:rPr>
          <w:lang w:val="pl-PL"/>
        </w:rPr>
        <w:t xml:space="preserve">. </w:t>
      </w:r>
      <w:proofErr w:type="spellStart"/>
      <w:r w:rsidRPr="00AD4C67">
        <w:rPr>
          <w:lang w:val="pl-PL"/>
        </w:rPr>
        <w:t>Případné</w:t>
      </w:r>
      <w:proofErr w:type="spellEnd"/>
      <w:r w:rsidRPr="00AD4C67">
        <w:rPr>
          <w:lang w:val="pl-PL"/>
        </w:rPr>
        <w:t xml:space="preserve"> </w:t>
      </w:r>
      <w:proofErr w:type="spellStart"/>
      <w:r w:rsidRPr="00AD4C67">
        <w:rPr>
          <w:lang w:val="pl-PL"/>
        </w:rPr>
        <w:t>poškození</w:t>
      </w:r>
      <w:proofErr w:type="spellEnd"/>
      <w:r w:rsidRPr="00AD4C67">
        <w:rPr>
          <w:lang w:val="pl-PL"/>
        </w:rPr>
        <w:t xml:space="preserve"> </w:t>
      </w:r>
      <w:proofErr w:type="spellStart"/>
      <w:r w:rsidRPr="00AD4C67">
        <w:rPr>
          <w:lang w:val="pl-PL"/>
        </w:rPr>
        <w:t>vybavení</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vyúčtuje</w:t>
      </w:r>
      <w:proofErr w:type="spellEnd"/>
      <w:r w:rsidRPr="00AD4C67">
        <w:rPr>
          <w:lang w:val="pl-PL"/>
        </w:rPr>
        <w:t xml:space="preserve"> </w:t>
      </w:r>
      <w:proofErr w:type="spellStart"/>
      <w:r w:rsidRPr="00AD4C67">
        <w:rPr>
          <w:lang w:val="pl-PL"/>
        </w:rPr>
        <w:t>samostatně</w:t>
      </w:r>
      <w:proofErr w:type="spellEnd"/>
      <w:r w:rsidRPr="00AD4C67">
        <w:rPr>
          <w:lang w:val="pl-PL"/>
        </w:rPr>
        <w:t xml:space="preserve"> podle </w:t>
      </w:r>
      <w:proofErr w:type="spellStart"/>
      <w:r w:rsidRPr="00AD4C67">
        <w:rPr>
          <w:lang w:val="pl-PL"/>
        </w:rPr>
        <w:t>tohoto</w:t>
      </w:r>
      <w:proofErr w:type="spellEnd"/>
      <w:r w:rsidRPr="00AD4C67">
        <w:rPr>
          <w:lang w:val="pl-PL"/>
        </w:rPr>
        <w:t xml:space="preserve"> </w:t>
      </w:r>
      <w:proofErr w:type="spellStart"/>
      <w:r w:rsidRPr="00AD4C67">
        <w:rPr>
          <w:lang w:val="pl-PL"/>
        </w:rPr>
        <w:t>ceníku</w:t>
      </w:r>
      <w:proofErr w:type="spellEnd"/>
      <w:r w:rsidRPr="00AD4C67">
        <w:rPr>
          <w:lang w:val="pl-PL"/>
        </w:rPr>
        <w:t xml:space="preserve">; </w:t>
      </w:r>
      <w:proofErr w:type="spellStart"/>
      <w:r w:rsidRPr="00AD4C67">
        <w:rPr>
          <w:lang w:val="pl-PL"/>
        </w:rPr>
        <w:t>náklady</w:t>
      </w:r>
      <w:proofErr w:type="spellEnd"/>
      <w:r w:rsidRPr="00AD4C67">
        <w:rPr>
          <w:lang w:val="pl-PL"/>
        </w:rPr>
        <w:t xml:space="preserve"> na </w:t>
      </w:r>
      <w:proofErr w:type="spellStart"/>
      <w:r w:rsidRPr="00AD4C67">
        <w:rPr>
          <w:lang w:val="pl-PL"/>
        </w:rPr>
        <w:t>stejný</w:t>
      </w:r>
      <w:proofErr w:type="spellEnd"/>
      <w:r w:rsidRPr="00AD4C67">
        <w:rPr>
          <w:lang w:val="pl-PL"/>
        </w:rPr>
        <w:t xml:space="preserve"> </w:t>
      </w:r>
      <w:proofErr w:type="spellStart"/>
      <w:r w:rsidRPr="00AD4C67">
        <w:rPr>
          <w:lang w:val="pl-PL"/>
        </w:rPr>
        <w:t>úklid</w:t>
      </w:r>
      <w:proofErr w:type="spellEnd"/>
      <w:r w:rsidRPr="00AD4C67">
        <w:rPr>
          <w:lang w:val="pl-PL"/>
        </w:rPr>
        <w:t xml:space="preserve"> </w:t>
      </w:r>
      <w:proofErr w:type="spellStart"/>
      <w:r w:rsidRPr="00AD4C67">
        <w:rPr>
          <w:lang w:val="pl-PL"/>
        </w:rPr>
        <w:t>se</w:t>
      </w:r>
      <w:proofErr w:type="spellEnd"/>
      <w:r w:rsidRPr="00AD4C67">
        <w:rPr>
          <w:lang w:val="pl-PL"/>
        </w:rPr>
        <w:t xml:space="preserve"> do </w:t>
      </w:r>
      <w:proofErr w:type="spellStart"/>
      <w:r w:rsidRPr="00AD4C67">
        <w:rPr>
          <w:lang w:val="pl-PL"/>
        </w:rPr>
        <w:t>náhrady</w:t>
      </w:r>
      <w:proofErr w:type="spellEnd"/>
      <w:r w:rsidRPr="00AD4C67">
        <w:rPr>
          <w:lang w:val="pl-PL"/>
        </w:rPr>
        <w:t xml:space="preserve"> </w:t>
      </w:r>
      <w:proofErr w:type="spellStart"/>
      <w:r w:rsidRPr="00AD4C67">
        <w:rPr>
          <w:lang w:val="pl-PL"/>
        </w:rPr>
        <w:t>škody</w:t>
      </w:r>
      <w:proofErr w:type="spellEnd"/>
      <w:r w:rsidRPr="00AD4C67">
        <w:rPr>
          <w:lang w:val="pl-PL"/>
        </w:rPr>
        <w:t xml:space="preserve"> </w:t>
      </w:r>
      <w:proofErr w:type="spellStart"/>
      <w:r w:rsidRPr="00AD4C67">
        <w:rPr>
          <w:lang w:val="pl-PL"/>
        </w:rPr>
        <w:t>znovu</w:t>
      </w:r>
      <w:proofErr w:type="spellEnd"/>
      <w:r w:rsidRPr="00AD4C67">
        <w:rPr>
          <w:lang w:val="pl-PL"/>
        </w:rPr>
        <w:t xml:space="preserve"> </w:t>
      </w:r>
      <w:proofErr w:type="spellStart"/>
      <w:r w:rsidRPr="00AD4C67">
        <w:rPr>
          <w:lang w:val="pl-PL"/>
        </w:rPr>
        <w:t>nezahrnují</w:t>
      </w:r>
      <w:proofErr w:type="spellEnd"/>
      <w:r w:rsidRPr="00AD4C67">
        <w:rPr>
          <w:lang w:val="pl-PL"/>
        </w:rPr>
        <w:t xml:space="preserve">. </w:t>
      </w:r>
      <w:proofErr w:type="spellStart"/>
      <w:r w:rsidRPr="00AD4C67">
        <w:rPr>
          <w:lang w:val="pl-PL"/>
        </w:rPr>
        <w:t>Používání</w:t>
      </w:r>
      <w:proofErr w:type="spellEnd"/>
      <w:r w:rsidRPr="00AD4C67">
        <w:rPr>
          <w:lang w:val="pl-PL"/>
        </w:rPr>
        <w:t xml:space="preserve"> </w:t>
      </w:r>
      <w:proofErr w:type="spellStart"/>
      <w:r w:rsidRPr="00AD4C67">
        <w:rPr>
          <w:lang w:val="pl-PL"/>
        </w:rPr>
        <w:t>těchto</w:t>
      </w:r>
      <w:proofErr w:type="spellEnd"/>
      <w:r w:rsidRPr="00AD4C67">
        <w:rPr>
          <w:lang w:val="pl-PL"/>
        </w:rPr>
        <w:t xml:space="preserve"> </w:t>
      </w:r>
      <w:proofErr w:type="spellStart"/>
      <w:r w:rsidRPr="00AD4C67">
        <w:rPr>
          <w:lang w:val="pl-PL"/>
        </w:rPr>
        <w:t>předmětů</w:t>
      </w:r>
      <w:proofErr w:type="spellEnd"/>
      <w:r w:rsidRPr="00AD4C67">
        <w:rPr>
          <w:lang w:val="pl-PL"/>
        </w:rPr>
        <w:t xml:space="preserve"> </w:t>
      </w:r>
      <w:proofErr w:type="spellStart"/>
      <w:r w:rsidRPr="00AD4C67">
        <w:rPr>
          <w:lang w:val="pl-PL"/>
        </w:rPr>
        <w:t>se</w:t>
      </w:r>
      <w:proofErr w:type="spellEnd"/>
      <w:r w:rsidRPr="00AD4C67">
        <w:rPr>
          <w:lang w:val="pl-PL"/>
        </w:rPr>
        <w:t xml:space="preserve"> </w:t>
      </w:r>
      <w:proofErr w:type="spellStart"/>
      <w:r w:rsidRPr="00AD4C67">
        <w:rPr>
          <w:lang w:val="pl-PL"/>
        </w:rPr>
        <w:t>řídí</w:t>
      </w:r>
      <w:proofErr w:type="spellEnd"/>
      <w:r w:rsidRPr="00AD4C67">
        <w:rPr>
          <w:lang w:val="pl-PL"/>
        </w:rPr>
        <w:t xml:space="preserve"> </w:t>
      </w:r>
      <w:proofErr w:type="spellStart"/>
      <w:r w:rsidRPr="00AD4C67">
        <w:rPr>
          <w:lang w:val="pl-PL"/>
        </w:rPr>
        <w:t>bezpečnostními</w:t>
      </w:r>
      <w:proofErr w:type="spellEnd"/>
      <w:r w:rsidRPr="00AD4C67">
        <w:rPr>
          <w:lang w:val="pl-PL"/>
        </w:rPr>
        <w:t xml:space="preserve"> </w:t>
      </w:r>
      <w:proofErr w:type="spellStart"/>
      <w:r w:rsidRPr="00AD4C67">
        <w:rPr>
          <w:lang w:val="pl-PL"/>
        </w:rPr>
        <w:t>pravidly</w:t>
      </w:r>
      <w:proofErr w:type="spellEnd"/>
      <w:r w:rsidRPr="00AD4C67">
        <w:rPr>
          <w:lang w:val="pl-PL"/>
        </w:rPr>
        <w:t xml:space="preserve"> </w:t>
      </w:r>
      <w:proofErr w:type="spellStart"/>
      <w:r w:rsidRPr="00AD4C67">
        <w:rPr>
          <w:lang w:val="pl-PL"/>
        </w:rPr>
        <w:t>lodi</w:t>
      </w:r>
      <w:proofErr w:type="spellEnd"/>
      <w:r w:rsidRPr="00AD4C67">
        <w:rPr>
          <w:lang w:val="pl-PL"/>
        </w:rPr>
        <w:t xml:space="preserve"> a </w:t>
      </w:r>
      <w:proofErr w:type="spellStart"/>
      <w:r w:rsidRPr="00AD4C67">
        <w:rPr>
          <w:lang w:val="pl-PL"/>
        </w:rPr>
        <w:t>pokyny</w:t>
      </w:r>
      <w:proofErr w:type="spellEnd"/>
      <w:r w:rsidRPr="00AD4C67">
        <w:rPr>
          <w:lang w:val="pl-PL"/>
        </w:rPr>
        <w:t xml:space="preserve"> </w:t>
      </w:r>
      <w:proofErr w:type="spellStart"/>
      <w:r w:rsidRPr="00AD4C67">
        <w:rPr>
          <w:lang w:val="pl-PL"/>
        </w:rPr>
        <w:t>posádky</w:t>
      </w:r>
      <w:proofErr w:type="spellEnd"/>
      <w:r w:rsidRPr="00AD4C67">
        <w:rPr>
          <w:lang w:val="pl-PL"/>
        </w:rPr>
        <w:t>.</w:t>
      </w:r>
    </w:p>
    <w:sectPr w:rsidR="006C464F" w:rsidRPr="00AD4C67" w:rsidSect="00034616">
      <w:footerReference w:type="default" r:id="rId8"/>
      <w:pgSz w:w="12240" w:h="15840"/>
      <w:pgMar w:top="1037" w:right="1181" w:bottom="1037"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0641F" w14:textId="77777777" w:rsidR="00430BF6" w:rsidRDefault="00430BF6">
      <w:pPr>
        <w:spacing w:after="0" w:line="240" w:lineRule="auto"/>
      </w:pPr>
      <w:r>
        <w:separator/>
      </w:r>
    </w:p>
  </w:endnote>
  <w:endnote w:type="continuationSeparator" w:id="0">
    <w:p w14:paraId="3ABEB0F1" w14:textId="77777777" w:rsidR="00430BF6" w:rsidRDefault="00430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63B76" w14:textId="77777777" w:rsidR="006C464F" w:rsidRDefault="00000000">
    <w:pPr>
      <w:pStyle w:val="Zpat"/>
      <w:jc w:val="right"/>
    </w:pPr>
    <w:r>
      <w:rPr>
        <w:sz w:val="18"/>
      </w:rPr>
      <w:t xml:space="preserve">Prague Stream  |  </w:t>
    </w:r>
    <w:r>
      <w:fldChar w:fldCharType="begin"/>
    </w:r>
    <w:r>
      <w:instrText>PAGE</w:instrText>
    </w:r>
    <w:r>
      <w:fldChar w:fldCharType="separate"/>
    </w:r>
    <w:r w:rsidR="00AD4C6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1ECB1" w14:textId="77777777" w:rsidR="00430BF6" w:rsidRDefault="00430BF6">
      <w:pPr>
        <w:spacing w:after="0" w:line="240" w:lineRule="auto"/>
      </w:pPr>
      <w:r>
        <w:separator/>
      </w:r>
    </w:p>
  </w:footnote>
  <w:footnote w:type="continuationSeparator" w:id="0">
    <w:p w14:paraId="05BF4CDC" w14:textId="77777777" w:rsidR="00430BF6" w:rsidRDefault="00430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1693415249">
    <w:abstractNumId w:val="8"/>
  </w:num>
  <w:num w:numId="2" w16cid:durableId="1174805690">
    <w:abstractNumId w:val="6"/>
  </w:num>
  <w:num w:numId="3" w16cid:durableId="731587463">
    <w:abstractNumId w:val="5"/>
  </w:num>
  <w:num w:numId="4" w16cid:durableId="1662004569">
    <w:abstractNumId w:val="4"/>
  </w:num>
  <w:num w:numId="5" w16cid:durableId="591015183">
    <w:abstractNumId w:val="7"/>
  </w:num>
  <w:num w:numId="6" w16cid:durableId="2035687873">
    <w:abstractNumId w:val="3"/>
  </w:num>
  <w:num w:numId="7" w16cid:durableId="1082990287">
    <w:abstractNumId w:val="2"/>
  </w:num>
  <w:num w:numId="8" w16cid:durableId="1002245492">
    <w:abstractNumId w:val="1"/>
  </w:num>
  <w:num w:numId="9" w16cid:durableId="780537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30BF6"/>
    <w:rsid w:val="006C464F"/>
    <w:rsid w:val="00AA1D8D"/>
    <w:rsid w:val="00AD4C67"/>
    <w:rsid w:val="00B33FEC"/>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8E2370"/>
  <w14:defaultImageDpi w14:val="300"/>
  <w15:docId w15:val="{1CE2DB58-8871-4A13-8926-D72120C9F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120" w:line="259" w:lineRule="auto"/>
    </w:pPr>
    <w:rPr>
      <w:rFonts w:ascii="Calibri" w:hAnsi="Calibri"/>
      <w:color w:val="000000"/>
    </w:rPr>
  </w:style>
  <w:style w:type="paragraph" w:styleId="Nadpis1">
    <w:name w:val="heading 1"/>
    <w:basedOn w:val="Normln"/>
    <w:next w:val="Normln"/>
    <w:link w:val="Nadpis1Char"/>
    <w:uiPriority w:val="9"/>
    <w:qFormat/>
    <w:rsid w:val="00FC693F"/>
    <w:pPr>
      <w:keepNext/>
      <w:keepLines/>
      <w:spacing w:before="260" w:after="100"/>
      <w:outlineLvl w:val="0"/>
    </w:pPr>
    <w:rPr>
      <w:rFonts w:asciiTheme="majorHAnsi" w:eastAsiaTheme="majorEastAsia" w:hAnsiTheme="majorHAnsi" w:cstheme="majorBidi"/>
      <w:b/>
      <w:bCs/>
      <w:sz w:val="28"/>
      <w:szCs w:val="28"/>
    </w:rPr>
  </w:style>
  <w:style w:type="paragraph" w:styleId="Nadpis2">
    <w:name w:val="heading 2"/>
    <w:basedOn w:val="Normln"/>
    <w:next w:val="Normln"/>
    <w:link w:val="Nadpis2Char"/>
    <w:uiPriority w:val="9"/>
    <w:unhideWhenUsed/>
    <w:qFormat/>
    <w:rsid w:val="00FC693F"/>
    <w:pPr>
      <w:keepNext/>
      <w:keepLines/>
      <w:spacing w:before="260" w:after="100"/>
      <w:outlineLvl w:val="1"/>
    </w:pPr>
    <w:rPr>
      <w:rFonts w:asciiTheme="majorHAnsi" w:eastAsiaTheme="majorEastAsia" w:hAnsiTheme="majorHAnsi" w:cstheme="majorBidi"/>
      <w:b/>
      <w:bCs/>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spacing w:after="200" w:line="240" w:lineRule="auto"/>
      <w:contextualSpacing/>
    </w:pPr>
    <w:rPr>
      <w:rFonts w:asciiTheme="majorHAnsi" w:eastAsiaTheme="majorEastAsia" w:hAnsiTheme="majorHAnsi" w:cstheme="majorBidi"/>
      <w:spacing w:val="5"/>
      <w:kern w:val="28"/>
      <w:sz w:val="44"/>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ind w:left="360"/>
      <w:contextualSpacing/>
    </w:pPr>
  </w:style>
  <w:style w:type="paragraph" w:styleId="Pokraovnseznamu2">
    <w:name w:val="List Continue 2"/>
    <w:basedOn w:val="Normln"/>
    <w:uiPriority w:val="99"/>
    <w:unhideWhenUsed/>
    <w:rsid w:val="0029639D"/>
    <w:pPr>
      <w:ind w:left="720"/>
      <w:contextualSpacing/>
    </w:pPr>
  </w:style>
  <w:style w:type="paragraph" w:styleId="Pokraovnseznamu3">
    <w:name w:val="List Continue 3"/>
    <w:basedOn w:val="Normln"/>
    <w:uiPriority w:val="99"/>
    <w:unhideWhenUsed/>
    <w:rsid w:val="0029639D"/>
    <w:pPr>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5917</Words>
  <Characters>34916</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40752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Všeobecné obchodní podmínky Prague Stream s přílohou náhrad a úklidu</dc:title>
  <dc:subject/>
  <dc:creator>Prague Stream s.r.o.</dc:creator>
  <cp:keywords/>
  <dc:description>generated by python-docx</dc:description>
  <cp:lastModifiedBy>Tomáš Svoboda</cp:lastModifiedBy>
  <cp:revision>2</cp:revision>
  <dcterms:created xsi:type="dcterms:W3CDTF">2013-12-23T23:15:00Z</dcterms:created>
  <dcterms:modified xsi:type="dcterms:W3CDTF">2026-10-01T11:10:00Z</dcterms:modified>
  <cp:category/>
</cp:coreProperties>
</file>