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80328" w14:textId="77777777" w:rsidR="009A3822" w:rsidRDefault="00000000">
      <w:pPr>
        <w:pStyle w:val="Nzev"/>
      </w:pPr>
      <w:r>
        <w:t>Informace o zpracování osobních údajů</w:t>
      </w:r>
    </w:p>
    <w:p w14:paraId="7EFDF643" w14:textId="77777777" w:rsidR="009A3822" w:rsidRDefault="00000000">
      <w:r>
        <w:t>Prague Stream s.r.o. | Aktualizace 1. 10. 2026</w:t>
      </w:r>
    </w:p>
    <w:p w14:paraId="6FDD5548" w14:textId="77777777" w:rsidR="009A3822" w:rsidRDefault="00000000">
      <w:r>
        <w:t>Tyto informace vysvětlují, jak nakládáme s údaji návštěvníků webu, zájemců, zákazníků, kontaktních osob firem a účastníků akcí. Zpracování potřebné k vyřízení poptávky nebo rezervace není podmíněno marketingovým souhlasem. Dobrovolné souhlasy můžete kdykoli odvolat.</w:t>
      </w:r>
    </w:p>
    <w:p w14:paraId="191DAF8F" w14:textId="77777777" w:rsidR="009A3822" w:rsidRDefault="00000000">
      <w:pPr>
        <w:pStyle w:val="Nadpis1"/>
      </w:pPr>
      <w:r>
        <w:t>1 Správce a kontakty</w:t>
      </w:r>
    </w:p>
    <w:p w14:paraId="22E4B2EE" w14:textId="77777777" w:rsidR="009A3822" w:rsidRPr="00501BA1" w:rsidRDefault="00000000">
      <w:pPr>
        <w:rPr>
          <w:lang w:val="pl-PL"/>
        </w:rPr>
      </w:pPr>
      <w:r>
        <w:t xml:space="preserve">Správcem je Prague Stream s.r.o., IČO 17984556, Perucká 2481/5, Vinohrady, 120 00 Praha 2, zapsaná u Městského soudu v Praze, oddíl C, vložka 379692. Jsme plátci DPH; DIČ CZ17984556. Web: https://www.praguestream.com. Pro dotazy k osobním údajům a uplatnění práv pište na info@praguestream.com nebo na adresu sídla. </w:t>
      </w:r>
      <w:proofErr w:type="spellStart"/>
      <w:r w:rsidRPr="00501BA1">
        <w:rPr>
          <w:lang w:val="pl-PL"/>
        </w:rPr>
        <w:t>Rezervace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poptávky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dotazy</w:t>
      </w:r>
      <w:proofErr w:type="spellEnd"/>
      <w:r w:rsidRPr="00501BA1">
        <w:rPr>
          <w:lang w:val="pl-PL"/>
        </w:rPr>
        <w:t xml:space="preserve">: +420 792 759 529. Management, marketing a </w:t>
      </w:r>
      <w:proofErr w:type="spellStart"/>
      <w:r w:rsidRPr="00501BA1">
        <w:rPr>
          <w:lang w:val="pl-PL"/>
        </w:rPr>
        <w:t>spolupráce</w:t>
      </w:r>
      <w:proofErr w:type="spellEnd"/>
      <w:r w:rsidRPr="00501BA1">
        <w:rPr>
          <w:lang w:val="pl-PL"/>
        </w:rPr>
        <w:t>: +420 775 571 119.</w:t>
      </w:r>
    </w:p>
    <w:p w14:paraId="3AB10DDB" w14:textId="77777777" w:rsidR="009A3822" w:rsidRPr="00501BA1" w:rsidRDefault="00000000">
      <w:pPr>
        <w:pStyle w:val="Nadpis1"/>
        <w:rPr>
          <w:lang w:val="pl-PL"/>
        </w:rPr>
      </w:pPr>
      <w:r w:rsidRPr="00501BA1">
        <w:rPr>
          <w:lang w:val="pl-PL"/>
        </w:rPr>
        <w:t xml:space="preserve">2 </w:t>
      </w:r>
      <w:proofErr w:type="spellStart"/>
      <w:r w:rsidRPr="00501BA1">
        <w:rPr>
          <w:lang w:val="pl-PL"/>
        </w:rPr>
        <w:t>Údaje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jejich</w:t>
      </w:r>
      <w:proofErr w:type="spellEnd"/>
      <w:r w:rsidRPr="00501BA1">
        <w:rPr>
          <w:lang w:val="pl-PL"/>
        </w:rPr>
        <w:t xml:space="preserve"> zdroje</w:t>
      </w:r>
    </w:p>
    <w:p w14:paraId="356D69A5" w14:textId="77777777" w:rsidR="009A3822" w:rsidRPr="00501BA1" w:rsidRDefault="00000000">
      <w:pPr>
        <w:rPr>
          <w:lang w:val="pl-PL"/>
        </w:rPr>
      </w:pPr>
      <w:proofErr w:type="spellStart"/>
      <w:r w:rsidRPr="00501BA1">
        <w:rPr>
          <w:lang w:val="pl-PL"/>
        </w:rPr>
        <w:t>Zpracováváme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jméno</w:t>
      </w:r>
      <w:proofErr w:type="spellEnd"/>
      <w:r w:rsidRPr="00501BA1">
        <w:rPr>
          <w:lang w:val="pl-PL"/>
        </w:rPr>
        <w:t xml:space="preserve">, e-mail, telefon, </w:t>
      </w:r>
      <w:proofErr w:type="spellStart"/>
      <w:r w:rsidRPr="00501BA1">
        <w:rPr>
          <w:lang w:val="pl-PL"/>
        </w:rPr>
        <w:t>fakturační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identifikační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údaje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obsah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komunikace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požadavky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údaje</w:t>
      </w:r>
      <w:proofErr w:type="spellEnd"/>
      <w:r w:rsidRPr="00501BA1">
        <w:rPr>
          <w:lang w:val="pl-PL"/>
        </w:rPr>
        <w:t xml:space="preserve"> o </w:t>
      </w:r>
      <w:proofErr w:type="spellStart"/>
      <w:r w:rsidRPr="00501BA1">
        <w:rPr>
          <w:lang w:val="pl-PL"/>
        </w:rPr>
        <w:t>nabídce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rezervaci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objednaných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službách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platbách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reklamacích</w:t>
      </w:r>
      <w:proofErr w:type="spellEnd"/>
      <w:r w:rsidRPr="00501BA1">
        <w:rPr>
          <w:lang w:val="pl-PL"/>
        </w:rPr>
        <w:t xml:space="preserve">. U </w:t>
      </w:r>
      <w:proofErr w:type="spellStart"/>
      <w:r w:rsidRPr="00501BA1">
        <w:rPr>
          <w:lang w:val="pl-PL"/>
        </w:rPr>
        <w:t>firem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také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údaje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jejich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kontaktních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osob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Nevyžadujeme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seznam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všech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účastníků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běžné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plavby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pokud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není</w:t>
      </w:r>
      <w:proofErr w:type="spellEnd"/>
      <w:r w:rsidRPr="00501BA1">
        <w:rPr>
          <w:lang w:val="pl-PL"/>
        </w:rPr>
        <w:t xml:space="preserve"> pro </w:t>
      </w:r>
      <w:proofErr w:type="spellStart"/>
      <w:r w:rsidRPr="00501BA1">
        <w:rPr>
          <w:lang w:val="pl-PL"/>
        </w:rPr>
        <w:t>konkrétní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službu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či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zákonnou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povinnost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nutný</w:t>
      </w:r>
      <w:proofErr w:type="spellEnd"/>
      <w:r w:rsidRPr="00501BA1">
        <w:rPr>
          <w:lang w:val="pl-PL"/>
        </w:rPr>
        <w:t>.</w:t>
      </w:r>
    </w:p>
    <w:p w14:paraId="417AA5AD" w14:textId="77777777" w:rsidR="009A3822" w:rsidRPr="00501BA1" w:rsidRDefault="00000000">
      <w:pPr>
        <w:rPr>
          <w:lang w:val="pl-PL"/>
        </w:rPr>
      </w:pPr>
      <w:proofErr w:type="spellStart"/>
      <w:r w:rsidRPr="00501BA1">
        <w:rPr>
          <w:lang w:val="pl-PL"/>
        </w:rPr>
        <w:t>Údaje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získáváme</w:t>
      </w:r>
      <w:proofErr w:type="spellEnd"/>
      <w:r w:rsidRPr="00501BA1">
        <w:rPr>
          <w:lang w:val="pl-PL"/>
        </w:rPr>
        <w:t xml:space="preserve"> od </w:t>
      </w:r>
      <w:proofErr w:type="spellStart"/>
      <w:r w:rsidRPr="00501BA1">
        <w:rPr>
          <w:lang w:val="pl-PL"/>
        </w:rPr>
        <w:t>vás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při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poptávce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objednávce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komunikaci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nebo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přihlášení</w:t>
      </w:r>
      <w:proofErr w:type="spellEnd"/>
      <w:r w:rsidRPr="00501BA1">
        <w:rPr>
          <w:lang w:val="pl-PL"/>
        </w:rPr>
        <w:t xml:space="preserve"> k marketingu. </w:t>
      </w:r>
      <w:proofErr w:type="spellStart"/>
      <w:r w:rsidRPr="00501BA1">
        <w:rPr>
          <w:lang w:val="pl-PL"/>
        </w:rPr>
        <w:t>Údaje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kontaktní</w:t>
      </w:r>
      <w:proofErr w:type="spellEnd"/>
      <w:r w:rsidRPr="00501BA1">
        <w:rPr>
          <w:lang w:val="pl-PL"/>
        </w:rPr>
        <w:t xml:space="preserve"> osoby </w:t>
      </w:r>
      <w:proofErr w:type="spellStart"/>
      <w:r w:rsidRPr="00501BA1">
        <w:rPr>
          <w:lang w:val="pl-PL"/>
        </w:rPr>
        <w:t>nebo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účastníka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může</w:t>
      </w:r>
      <w:proofErr w:type="spellEnd"/>
      <w:r w:rsidRPr="00501BA1">
        <w:rPr>
          <w:lang w:val="pl-PL"/>
        </w:rPr>
        <w:t xml:space="preserve"> v </w:t>
      </w:r>
      <w:proofErr w:type="spellStart"/>
      <w:r w:rsidRPr="00501BA1">
        <w:rPr>
          <w:lang w:val="pl-PL"/>
        </w:rPr>
        <w:t>nezbytném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rozsahu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předat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objednatel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akce</w:t>
      </w:r>
      <w:proofErr w:type="spellEnd"/>
      <w:r w:rsidRPr="00501BA1">
        <w:rPr>
          <w:lang w:val="pl-PL"/>
        </w:rPr>
        <w:t xml:space="preserve">; v </w:t>
      </w:r>
      <w:proofErr w:type="spellStart"/>
      <w:r w:rsidRPr="00501BA1">
        <w:rPr>
          <w:lang w:val="pl-PL"/>
        </w:rPr>
        <w:t>takovém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případě</w:t>
      </w:r>
      <w:proofErr w:type="spellEnd"/>
      <w:r w:rsidRPr="00501BA1">
        <w:rPr>
          <w:lang w:val="pl-PL"/>
        </w:rPr>
        <w:t xml:space="preserve"> o </w:t>
      </w:r>
      <w:proofErr w:type="spellStart"/>
      <w:r w:rsidRPr="00501BA1">
        <w:rPr>
          <w:lang w:val="pl-PL"/>
        </w:rPr>
        <w:t>jejich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zpracování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dotčenou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osobu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informujeme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nejpozději</w:t>
      </w:r>
      <w:proofErr w:type="spellEnd"/>
      <w:r w:rsidRPr="00501BA1">
        <w:rPr>
          <w:lang w:val="pl-PL"/>
        </w:rPr>
        <w:t xml:space="preserve"> v </w:t>
      </w:r>
      <w:proofErr w:type="spellStart"/>
      <w:r w:rsidRPr="00501BA1">
        <w:rPr>
          <w:lang w:val="pl-PL"/>
        </w:rPr>
        <w:t>zákonném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termínu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Údaje</w:t>
      </w:r>
      <w:proofErr w:type="spellEnd"/>
      <w:r w:rsidRPr="00501BA1">
        <w:rPr>
          <w:lang w:val="pl-PL"/>
        </w:rPr>
        <w:t xml:space="preserve"> o </w:t>
      </w:r>
      <w:proofErr w:type="spellStart"/>
      <w:r w:rsidRPr="00501BA1">
        <w:rPr>
          <w:lang w:val="pl-PL"/>
        </w:rPr>
        <w:t>úhradě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získáváme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také</w:t>
      </w:r>
      <w:proofErr w:type="spellEnd"/>
      <w:r w:rsidRPr="00501BA1">
        <w:rPr>
          <w:lang w:val="pl-PL"/>
        </w:rPr>
        <w:t xml:space="preserve"> z </w:t>
      </w:r>
      <w:proofErr w:type="spellStart"/>
      <w:r w:rsidRPr="00501BA1">
        <w:rPr>
          <w:lang w:val="pl-PL"/>
        </w:rPr>
        <w:t>banky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nebo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prostřednictvím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poskytovatele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karetních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plateb</w:t>
      </w:r>
      <w:proofErr w:type="spellEnd"/>
      <w:r w:rsidRPr="00501BA1">
        <w:rPr>
          <w:lang w:val="pl-PL"/>
        </w:rPr>
        <w:t>.</w:t>
      </w:r>
    </w:p>
    <w:p w14:paraId="1932A34F" w14:textId="77777777" w:rsidR="009A3822" w:rsidRPr="00501BA1" w:rsidRDefault="00000000">
      <w:pPr>
        <w:rPr>
          <w:lang w:val="pl-PL"/>
        </w:rPr>
      </w:pPr>
      <w:r w:rsidRPr="00501BA1">
        <w:rPr>
          <w:lang w:val="pl-PL"/>
        </w:rPr>
        <w:t xml:space="preserve">U </w:t>
      </w:r>
      <w:proofErr w:type="spellStart"/>
      <w:r w:rsidRPr="00501BA1">
        <w:rPr>
          <w:lang w:val="pl-PL"/>
        </w:rPr>
        <w:t>propagačních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fotografií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videí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zpracováváme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podobu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případně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hlas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osob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které</w:t>
      </w:r>
      <w:proofErr w:type="spellEnd"/>
      <w:r w:rsidRPr="00501BA1">
        <w:rPr>
          <w:lang w:val="pl-PL"/>
        </w:rPr>
        <w:t xml:space="preserve"> k </w:t>
      </w:r>
      <w:proofErr w:type="spellStart"/>
      <w:r w:rsidRPr="00501BA1">
        <w:rPr>
          <w:lang w:val="pl-PL"/>
        </w:rPr>
        <w:t>příslušnému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použití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daly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svolení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souhlas</w:t>
      </w:r>
      <w:proofErr w:type="spellEnd"/>
      <w:r w:rsidRPr="00501BA1">
        <w:rPr>
          <w:lang w:val="pl-PL"/>
        </w:rPr>
        <w:t xml:space="preserve">. Na </w:t>
      </w:r>
      <w:proofErr w:type="spellStart"/>
      <w:r w:rsidRPr="00501BA1">
        <w:rPr>
          <w:lang w:val="pl-PL"/>
        </w:rPr>
        <w:t>webu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mohou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vznikat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provozní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údaje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například</w:t>
      </w:r>
      <w:proofErr w:type="spellEnd"/>
      <w:r w:rsidRPr="00501BA1">
        <w:rPr>
          <w:lang w:val="pl-PL"/>
        </w:rPr>
        <w:t xml:space="preserve"> IP </w:t>
      </w:r>
      <w:proofErr w:type="spellStart"/>
      <w:r w:rsidRPr="00501BA1">
        <w:rPr>
          <w:lang w:val="pl-PL"/>
        </w:rPr>
        <w:t>adresa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čas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požadavku</w:t>
      </w:r>
      <w:proofErr w:type="spellEnd"/>
      <w:r w:rsidRPr="00501BA1">
        <w:rPr>
          <w:lang w:val="pl-PL"/>
        </w:rPr>
        <w:t xml:space="preserve">, typ </w:t>
      </w:r>
      <w:proofErr w:type="spellStart"/>
      <w:r w:rsidRPr="00501BA1">
        <w:rPr>
          <w:lang w:val="pl-PL"/>
        </w:rPr>
        <w:t>zařízení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prohlížeče</w:t>
      </w:r>
      <w:proofErr w:type="spellEnd"/>
      <w:r w:rsidRPr="00501BA1">
        <w:rPr>
          <w:lang w:val="pl-PL"/>
        </w:rPr>
        <w:t>.</w:t>
      </w:r>
    </w:p>
    <w:p w14:paraId="46AFCFC9" w14:textId="77777777" w:rsidR="009A3822" w:rsidRPr="00501BA1" w:rsidRDefault="00000000">
      <w:pPr>
        <w:rPr>
          <w:lang w:val="pl-PL"/>
        </w:rPr>
      </w:pPr>
      <w:proofErr w:type="spellStart"/>
      <w:r w:rsidRPr="00501BA1">
        <w:rPr>
          <w:lang w:val="pl-PL"/>
        </w:rPr>
        <w:t>Údaje</w:t>
      </w:r>
      <w:proofErr w:type="spellEnd"/>
      <w:r w:rsidRPr="00501BA1">
        <w:rPr>
          <w:lang w:val="pl-PL"/>
        </w:rPr>
        <w:t xml:space="preserve"> o </w:t>
      </w:r>
      <w:proofErr w:type="spellStart"/>
      <w:r w:rsidRPr="00501BA1">
        <w:rPr>
          <w:lang w:val="pl-PL"/>
        </w:rPr>
        <w:t>zdravotním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stavu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běžně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nevyžadujeme</w:t>
      </w:r>
      <w:proofErr w:type="spellEnd"/>
      <w:r w:rsidRPr="00501BA1">
        <w:rPr>
          <w:lang w:val="pl-PL"/>
        </w:rPr>
        <w:t xml:space="preserve">. Pro </w:t>
      </w:r>
      <w:proofErr w:type="spellStart"/>
      <w:r w:rsidRPr="00501BA1">
        <w:rPr>
          <w:lang w:val="pl-PL"/>
        </w:rPr>
        <w:t>objednání</w:t>
      </w:r>
      <w:proofErr w:type="spellEnd"/>
      <w:r w:rsidRPr="00501BA1">
        <w:rPr>
          <w:lang w:val="pl-PL"/>
        </w:rPr>
        <w:t xml:space="preserve"> cateringu </w:t>
      </w:r>
      <w:proofErr w:type="spellStart"/>
      <w:r w:rsidRPr="00501BA1">
        <w:rPr>
          <w:lang w:val="pl-PL"/>
        </w:rPr>
        <w:t>postačí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popsat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požadované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jídlo</w:t>
      </w:r>
      <w:proofErr w:type="spellEnd"/>
      <w:r w:rsidRPr="00501BA1">
        <w:rPr>
          <w:lang w:val="pl-PL"/>
        </w:rPr>
        <w:t xml:space="preserve"> bez </w:t>
      </w:r>
      <w:proofErr w:type="spellStart"/>
      <w:r w:rsidRPr="00501BA1">
        <w:rPr>
          <w:lang w:val="pl-PL"/>
        </w:rPr>
        <w:t>identifikace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konkrétní</w:t>
      </w:r>
      <w:proofErr w:type="spellEnd"/>
      <w:r w:rsidRPr="00501BA1">
        <w:rPr>
          <w:lang w:val="pl-PL"/>
        </w:rPr>
        <w:t xml:space="preserve"> osoby. </w:t>
      </w:r>
      <w:proofErr w:type="spellStart"/>
      <w:r w:rsidRPr="00501BA1">
        <w:rPr>
          <w:lang w:val="pl-PL"/>
        </w:rPr>
        <w:t>Neposílejte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diagnózy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Pokud</w:t>
      </w:r>
      <w:proofErr w:type="spellEnd"/>
      <w:r w:rsidRPr="00501BA1">
        <w:rPr>
          <w:lang w:val="pl-PL"/>
        </w:rPr>
        <w:t xml:space="preserve"> je </w:t>
      </w:r>
      <w:proofErr w:type="spellStart"/>
      <w:r w:rsidRPr="00501BA1">
        <w:rPr>
          <w:lang w:val="pl-PL"/>
        </w:rPr>
        <w:t>nezbytné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řešit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osobní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zdravotní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omezení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určíme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před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jeho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evidencí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odpovídající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právní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základ</w:t>
      </w:r>
      <w:proofErr w:type="spellEnd"/>
      <w:r w:rsidRPr="00501BA1">
        <w:rPr>
          <w:lang w:val="pl-PL"/>
        </w:rPr>
        <w:t xml:space="preserve"> podle </w:t>
      </w:r>
      <w:proofErr w:type="spellStart"/>
      <w:r w:rsidRPr="00501BA1">
        <w:rPr>
          <w:lang w:val="pl-PL"/>
        </w:rPr>
        <w:t>článku</w:t>
      </w:r>
      <w:proofErr w:type="spellEnd"/>
      <w:r w:rsidRPr="00501BA1">
        <w:rPr>
          <w:lang w:val="pl-PL"/>
        </w:rPr>
        <w:t xml:space="preserve"> 9 GDPR a </w:t>
      </w:r>
      <w:proofErr w:type="spellStart"/>
      <w:r w:rsidRPr="00501BA1">
        <w:rPr>
          <w:lang w:val="pl-PL"/>
        </w:rPr>
        <w:t>samostatně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vysvětlíme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zpracování</w:t>
      </w:r>
      <w:proofErr w:type="spellEnd"/>
      <w:r w:rsidRPr="00501BA1">
        <w:rPr>
          <w:lang w:val="pl-PL"/>
        </w:rPr>
        <w:t>.</w:t>
      </w:r>
    </w:p>
    <w:p w14:paraId="61C333CD" w14:textId="77777777" w:rsidR="009A3822" w:rsidRPr="00501BA1" w:rsidRDefault="00000000">
      <w:pPr>
        <w:pStyle w:val="Nadpis1"/>
        <w:rPr>
          <w:lang w:val="pl-PL"/>
        </w:rPr>
      </w:pPr>
      <w:r w:rsidRPr="00501BA1">
        <w:rPr>
          <w:lang w:val="pl-PL"/>
        </w:rPr>
        <w:t xml:space="preserve">3 </w:t>
      </w:r>
      <w:proofErr w:type="spellStart"/>
      <w:r w:rsidRPr="00501BA1">
        <w:rPr>
          <w:lang w:val="pl-PL"/>
        </w:rPr>
        <w:t>Poptávky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poskytování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služeb</w:t>
      </w:r>
      <w:proofErr w:type="spellEnd"/>
    </w:p>
    <w:p w14:paraId="18A71AE3" w14:textId="77777777" w:rsidR="009A3822" w:rsidRPr="00501BA1" w:rsidRDefault="00000000">
      <w:pPr>
        <w:rPr>
          <w:lang w:val="pl-PL"/>
        </w:rPr>
      </w:pPr>
      <w:proofErr w:type="spellStart"/>
      <w:r w:rsidRPr="00501BA1">
        <w:rPr>
          <w:lang w:val="pl-PL"/>
        </w:rPr>
        <w:t>Údaje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používáme</w:t>
      </w:r>
      <w:proofErr w:type="spellEnd"/>
      <w:r w:rsidRPr="00501BA1">
        <w:rPr>
          <w:lang w:val="pl-PL"/>
        </w:rPr>
        <w:t xml:space="preserve"> k </w:t>
      </w:r>
      <w:proofErr w:type="spellStart"/>
      <w:r w:rsidRPr="00501BA1">
        <w:rPr>
          <w:lang w:val="pl-PL"/>
        </w:rPr>
        <w:t>odpovědi</w:t>
      </w:r>
      <w:proofErr w:type="spellEnd"/>
      <w:r w:rsidRPr="00501BA1">
        <w:rPr>
          <w:lang w:val="pl-PL"/>
        </w:rPr>
        <w:t xml:space="preserve"> na </w:t>
      </w:r>
      <w:proofErr w:type="spellStart"/>
      <w:r w:rsidRPr="00501BA1">
        <w:rPr>
          <w:lang w:val="pl-PL"/>
        </w:rPr>
        <w:t>poptávku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telefonické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domluvě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jejích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podrobností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přípravě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nabídky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rezervaci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realizaci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plavby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akce</w:t>
      </w:r>
      <w:proofErr w:type="spellEnd"/>
      <w:r w:rsidRPr="00501BA1">
        <w:rPr>
          <w:lang w:val="pl-PL"/>
        </w:rPr>
        <w:t xml:space="preserve">, cateringu </w:t>
      </w:r>
      <w:proofErr w:type="spellStart"/>
      <w:r w:rsidRPr="00501BA1">
        <w:rPr>
          <w:lang w:val="pl-PL"/>
        </w:rPr>
        <w:t>či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poukazu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komunikaci</w:t>
      </w:r>
      <w:proofErr w:type="spellEnd"/>
      <w:r w:rsidRPr="00501BA1">
        <w:rPr>
          <w:lang w:val="pl-PL"/>
        </w:rPr>
        <w:t xml:space="preserve"> o </w:t>
      </w:r>
      <w:proofErr w:type="spellStart"/>
      <w:r w:rsidRPr="00501BA1">
        <w:rPr>
          <w:lang w:val="pl-PL"/>
        </w:rPr>
        <w:t>jejich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průběhu</w:t>
      </w:r>
      <w:proofErr w:type="spellEnd"/>
      <w:r w:rsidRPr="00501BA1">
        <w:rPr>
          <w:lang w:val="pl-PL"/>
        </w:rPr>
        <w:t xml:space="preserve">. U </w:t>
      </w:r>
      <w:proofErr w:type="spellStart"/>
      <w:r w:rsidRPr="00501BA1">
        <w:rPr>
          <w:lang w:val="pl-PL"/>
        </w:rPr>
        <w:t>fyzické</w:t>
      </w:r>
      <w:proofErr w:type="spellEnd"/>
      <w:r w:rsidRPr="00501BA1">
        <w:rPr>
          <w:lang w:val="pl-PL"/>
        </w:rPr>
        <w:t xml:space="preserve"> osoby, </w:t>
      </w:r>
      <w:proofErr w:type="spellStart"/>
      <w:r w:rsidRPr="00501BA1">
        <w:rPr>
          <w:lang w:val="pl-PL"/>
        </w:rPr>
        <w:t>která</w:t>
      </w:r>
      <w:proofErr w:type="spellEnd"/>
      <w:r w:rsidRPr="00501BA1">
        <w:rPr>
          <w:lang w:val="pl-PL"/>
        </w:rPr>
        <w:t xml:space="preserve"> je </w:t>
      </w:r>
      <w:proofErr w:type="spellStart"/>
      <w:r w:rsidRPr="00501BA1">
        <w:rPr>
          <w:lang w:val="pl-PL"/>
        </w:rPr>
        <w:t>smluvní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stranou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nebo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žádá</w:t>
      </w:r>
      <w:proofErr w:type="spellEnd"/>
      <w:r w:rsidRPr="00501BA1">
        <w:rPr>
          <w:lang w:val="pl-PL"/>
        </w:rPr>
        <w:t xml:space="preserve"> o </w:t>
      </w:r>
      <w:proofErr w:type="spellStart"/>
      <w:r w:rsidRPr="00501BA1">
        <w:rPr>
          <w:lang w:val="pl-PL"/>
        </w:rPr>
        <w:t>smlouvu</w:t>
      </w:r>
      <w:proofErr w:type="spellEnd"/>
      <w:r w:rsidRPr="00501BA1">
        <w:rPr>
          <w:lang w:val="pl-PL"/>
        </w:rPr>
        <w:t xml:space="preserve">, je </w:t>
      </w:r>
      <w:proofErr w:type="spellStart"/>
      <w:r w:rsidRPr="00501BA1">
        <w:rPr>
          <w:lang w:val="pl-PL"/>
        </w:rPr>
        <w:t>základem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čl</w:t>
      </w:r>
      <w:proofErr w:type="spellEnd"/>
      <w:r w:rsidRPr="00501BA1">
        <w:rPr>
          <w:lang w:val="pl-PL"/>
        </w:rPr>
        <w:t xml:space="preserve">. 6 </w:t>
      </w:r>
      <w:proofErr w:type="spellStart"/>
      <w:r w:rsidRPr="00501BA1">
        <w:rPr>
          <w:lang w:val="pl-PL"/>
        </w:rPr>
        <w:t>odst</w:t>
      </w:r>
      <w:proofErr w:type="spellEnd"/>
      <w:r w:rsidRPr="00501BA1">
        <w:rPr>
          <w:lang w:val="pl-PL"/>
        </w:rPr>
        <w:t xml:space="preserve">. 1 </w:t>
      </w:r>
      <w:proofErr w:type="spellStart"/>
      <w:r w:rsidRPr="00501BA1">
        <w:rPr>
          <w:lang w:val="pl-PL"/>
        </w:rPr>
        <w:t>písm</w:t>
      </w:r>
      <w:proofErr w:type="spellEnd"/>
      <w:r w:rsidRPr="00501BA1">
        <w:rPr>
          <w:lang w:val="pl-PL"/>
        </w:rPr>
        <w:t xml:space="preserve">. b) GDPR, tedy </w:t>
      </w:r>
      <w:proofErr w:type="spellStart"/>
      <w:r w:rsidRPr="00501BA1">
        <w:rPr>
          <w:lang w:val="pl-PL"/>
        </w:rPr>
        <w:t>smlouva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kroky</w:t>
      </w:r>
      <w:proofErr w:type="spellEnd"/>
      <w:r w:rsidRPr="00501BA1">
        <w:rPr>
          <w:lang w:val="pl-PL"/>
        </w:rPr>
        <w:t xml:space="preserve"> na </w:t>
      </w:r>
      <w:proofErr w:type="spellStart"/>
      <w:r w:rsidRPr="00501BA1">
        <w:rPr>
          <w:lang w:val="pl-PL"/>
        </w:rPr>
        <w:t>její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žádost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před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uzavřením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smlouvy</w:t>
      </w:r>
      <w:proofErr w:type="spellEnd"/>
      <w:r w:rsidRPr="00501BA1">
        <w:rPr>
          <w:lang w:val="pl-PL"/>
        </w:rPr>
        <w:t xml:space="preserve">. U </w:t>
      </w:r>
      <w:proofErr w:type="spellStart"/>
      <w:r w:rsidRPr="00501BA1">
        <w:rPr>
          <w:lang w:val="pl-PL"/>
        </w:rPr>
        <w:t>kontaktních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osob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firem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organizačních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kontaktů</w:t>
      </w:r>
      <w:proofErr w:type="spellEnd"/>
      <w:r w:rsidRPr="00501BA1">
        <w:rPr>
          <w:lang w:val="pl-PL"/>
        </w:rPr>
        <w:t xml:space="preserve"> je </w:t>
      </w:r>
      <w:proofErr w:type="spellStart"/>
      <w:r w:rsidRPr="00501BA1">
        <w:rPr>
          <w:lang w:val="pl-PL"/>
        </w:rPr>
        <w:t>základem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oprávněný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zájem</w:t>
      </w:r>
      <w:proofErr w:type="spellEnd"/>
      <w:r w:rsidRPr="00501BA1">
        <w:rPr>
          <w:lang w:val="pl-PL"/>
        </w:rPr>
        <w:t xml:space="preserve"> podle </w:t>
      </w:r>
      <w:proofErr w:type="spellStart"/>
      <w:r w:rsidRPr="00501BA1">
        <w:rPr>
          <w:lang w:val="pl-PL"/>
        </w:rPr>
        <w:t>čl</w:t>
      </w:r>
      <w:proofErr w:type="spellEnd"/>
      <w:r w:rsidRPr="00501BA1">
        <w:rPr>
          <w:lang w:val="pl-PL"/>
        </w:rPr>
        <w:t xml:space="preserve">. 6 </w:t>
      </w:r>
      <w:proofErr w:type="spellStart"/>
      <w:r w:rsidRPr="00501BA1">
        <w:rPr>
          <w:lang w:val="pl-PL"/>
        </w:rPr>
        <w:t>odst</w:t>
      </w:r>
      <w:proofErr w:type="spellEnd"/>
      <w:r w:rsidRPr="00501BA1">
        <w:rPr>
          <w:lang w:val="pl-PL"/>
        </w:rPr>
        <w:t xml:space="preserve">. 1 </w:t>
      </w:r>
      <w:proofErr w:type="spellStart"/>
      <w:r w:rsidRPr="00501BA1">
        <w:rPr>
          <w:lang w:val="pl-PL"/>
        </w:rPr>
        <w:t>písm</w:t>
      </w:r>
      <w:proofErr w:type="spellEnd"/>
      <w:r w:rsidRPr="00501BA1">
        <w:rPr>
          <w:lang w:val="pl-PL"/>
        </w:rPr>
        <w:t xml:space="preserve">. f) GDPR na </w:t>
      </w:r>
      <w:proofErr w:type="spellStart"/>
      <w:r w:rsidRPr="00501BA1">
        <w:rPr>
          <w:lang w:val="pl-PL"/>
        </w:rPr>
        <w:t>sjednání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řádné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realizaci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služby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obchodní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komunikaci</w:t>
      </w:r>
      <w:proofErr w:type="spellEnd"/>
      <w:r w:rsidRPr="00501BA1">
        <w:rPr>
          <w:lang w:val="pl-PL"/>
        </w:rPr>
        <w:t>.</w:t>
      </w:r>
    </w:p>
    <w:p w14:paraId="5DBF4104" w14:textId="77777777" w:rsidR="009A3822" w:rsidRPr="00501BA1" w:rsidRDefault="00000000">
      <w:pPr>
        <w:rPr>
          <w:lang w:val="pl-PL"/>
        </w:rPr>
      </w:pPr>
      <w:proofErr w:type="spellStart"/>
      <w:r w:rsidRPr="00501BA1">
        <w:rPr>
          <w:lang w:val="pl-PL"/>
        </w:rPr>
        <w:t>Požadované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kontaktní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údaje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jsou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potřebné</w:t>
      </w:r>
      <w:proofErr w:type="spellEnd"/>
      <w:r w:rsidRPr="00501BA1">
        <w:rPr>
          <w:lang w:val="pl-PL"/>
        </w:rPr>
        <w:t xml:space="preserve"> k </w:t>
      </w:r>
      <w:proofErr w:type="spellStart"/>
      <w:r w:rsidRPr="00501BA1">
        <w:rPr>
          <w:lang w:val="pl-PL"/>
        </w:rPr>
        <w:t>vyřízení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žádosti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Fakturační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údaje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požadujeme</w:t>
      </w:r>
      <w:proofErr w:type="spellEnd"/>
      <w:r w:rsidRPr="00501BA1">
        <w:rPr>
          <w:lang w:val="pl-PL"/>
        </w:rPr>
        <w:t xml:space="preserve"> v </w:t>
      </w:r>
      <w:proofErr w:type="spellStart"/>
      <w:r w:rsidRPr="00501BA1">
        <w:rPr>
          <w:lang w:val="pl-PL"/>
        </w:rPr>
        <w:t>rozsahu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potřebném</w:t>
      </w:r>
      <w:proofErr w:type="spellEnd"/>
      <w:r w:rsidRPr="00501BA1">
        <w:rPr>
          <w:lang w:val="pl-PL"/>
        </w:rPr>
        <w:t xml:space="preserve"> pro </w:t>
      </w:r>
      <w:proofErr w:type="spellStart"/>
      <w:r w:rsidRPr="00501BA1">
        <w:rPr>
          <w:lang w:val="pl-PL"/>
        </w:rPr>
        <w:t>konkrétní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transakci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doklady</w:t>
      </w:r>
      <w:proofErr w:type="spellEnd"/>
      <w:r w:rsidRPr="00501BA1">
        <w:rPr>
          <w:lang w:val="pl-PL"/>
        </w:rPr>
        <w:t xml:space="preserve">. Bez </w:t>
      </w:r>
      <w:proofErr w:type="spellStart"/>
      <w:r w:rsidRPr="00501BA1">
        <w:rPr>
          <w:lang w:val="pl-PL"/>
        </w:rPr>
        <w:t>nezbytných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údajů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nemusíme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být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schopni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požadavek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vyřídit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nebo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službu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poskytnout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Telefonát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nebo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zpráva</w:t>
      </w:r>
      <w:proofErr w:type="spellEnd"/>
      <w:r w:rsidRPr="00501BA1">
        <w:rPr>
          <w:lang w:val="pl-PL"/>
        </w:rPr>
        <w:t xml:space="preserve"> k </w:t>
      </w:r>
      <w:proofErr w:type="spellStart"/>
      <w:r w:rsidRPr="00501BA1">
        <w:rPr>
          <w:lang w:val="pl-PL"/>
        </w:rPr>
        <w:t>vaší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konkrétní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rezervaci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nejsou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podmíněny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odběrem</w:t>
      </w:r>
      <w:proofErr w:type="spellEnd"/>
      <w:r w:rsidRPr="00501BA1">
        <w:rPr>
          <w:lang w:val="pl-PL"/>
        </w:rPr>
        <w:t xml:space="preserve"> newsletteru.</w:t>
      </w:r>
    </w:p>
    <w:p w14:paraId="0D2E2C65" w14:textId="77777777" w:rsidR="009A3822" w:rsidRPr="00501BA1" w:rsidRDefault="00000000">
      <w:pPr>
        <w:pStyle w:val="Nadpis1"/>
        <w:rPr>
          <w:lang w:val="pl-PL"/>
        </w:rPr>
      </w:pPr>
      <w:r w:rsidRPr="00501BA1">
        <w:rPr>
          <w:lang w:val="pl-PL"/>
        </w:rPr>
        <w:lastRenderedPageBreak/>
        <w:t xml:space="preserve">4 </w:t>
      </w:r>
      <w:proofErr w:type="spellStart"/>
      <w:r w:rsidRPr="00501BA1">
        <w:rPr>
          <w:lang w:val="pl-PL"/>
        </w:rPr>
        <w:t>Právní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povinnosti</w:t>
      </w:r>
      <w:proofErr w:type="spellEnd"/>
      <w:r w:rsidRPr="00501BA1">
        <w:rPr>
          <w:lang w:val="pl-PL"/>
        </w:rPr>
        <w:t xml:space="preserve"> a ochrana </w:t>
      </w:r>
      <w:proofErr w:type="spellStart"/>
      <w:r w:rsidRPr="00501BA1">
        <w:rPr>
          <w:lang w:val="pl-PL"/>
        </w:rPr>
        <w:t>práv</w:t>
      </w:r>
      <w:proofErr w:type="spellEnd"/>
    </w:p>
    <w:p w14:paraId="3F69CE6C" w14:textId="77777777" w:rsidR="009A3822" w:rsidRPr="00501BA1" w:rsidRDefault="00000000">
      <w:pPr>
        <w:rPr>
          <w:lang w:val="pl-PL"/>
        </w:rPr>
      </w:pPr>
      <w:proofErr w:type="spellStart"/>
      <w:r w:rsidRPr="00501BA1">
        <w:rPr>
          <w:lang w:val="pl-PL"/>
        </w:rPr>
        <w:t>Účetní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daňové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doklady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další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zákonem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požadované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záznamy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zpracováváme</w:t>
      </w:r>
      <w:proofErr w:type="spellEnd"/>
      <w:r w:rsidRPr="00501BA1">
        <w:rPr>
          <w:lang w:val="pl-PL"/>
        </w:rPr>
        <w:t xml:space="preserve"> na </w:t>
      </w:r>
      <w:proofErr w:type="spellStart"/>
      <w:r w:rsidRPr="00501BA1">
        <w:rPr>
          <w:lang w:val="pl-PL"/>
        </w:rPr>
        <w:t>základě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čl</w:t>
      </w:r>
      <w:proofErr w:type="spellEnd"/>
      <w:r w:rsidRPr="00501BA1">
        <w:rPr>
          <w:lang w:val="pl-PL"/>
        </w:rPr>
        <w:t xml:space="preserve">. 6 </w:t>
      </w:r>
      <w:proofErr w:type="spellStart"/>
      <w:r w:rsidRPr="00501BA1">
        <w:rPr>
          <w:lang w:val="pl-PL"/>
        </w:rPr>
        <w:t>odst</w:t>
      </w:r>
      <w:proofErr w:type="spellEnd"/>
      <w:r w:rsidRPr="00501BA1">
        <w:rPr>
          <w:lang w:val="pl-PL"/>
        </w:rPr>
        <w:t xml:space="preserve">. 1 </w:t>
      </w:r>
      <w:proofErr w:type="spellStart"/>
      <w:r w:rsidRPr="00501BA1">
        <w:rPr>
          <w:lang w:val="pl-PL"/>
        </w:rPr>
        <w:t>písm</w:t>
      </w:r>
      <w:proofErr w:type="spellEnd"/>
      <w:r w:rsidRPr="00501BA1">
        <w:rPr>
          <w:lang w:val="pl-PL"/>
        </w:rPr>
        <w:t xml:space="preserve">. c) GDPR. Pro </w:t>
      </w:r>
      <w:proofErr w:type="spellStart"/>
      <w:r w:rsidRPr="00501BA1">
        <w:rPr>
          <w:lang w:val="pl-PL"/>
        </w:rPr>
        <w:t>přiměřenou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evidenci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reklamací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prokazování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dohody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řešení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škod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uplatnění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či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obranu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právních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nároků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zabezpečení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webu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opíráme</w:t>
      </w:r>
      <w:proofErr w:type="spellEnd"/>
      <w:r w:rsidRPr="00501BA1">
        <w:rPr>
          <w:lang w:val="pl-PL"/>
        </w:rPr>
        <w:t xml:space="preserve"> podle </w:t>
      </w:r>
      <w:proofErr w:type="spellStart"/>
      <w:r w:rsidRPr="00501BA1">
        <w:rPr>
          <w:lang w:val="pl-PL"/>
        </w:rPr>
        <w:t>situace</w:t>
      </w:r>
      <w:proofErr w:type="spellEnd"/>
      <w:r w:rsidRPr="00501BA1">
        <w:rPr>
          <w:lang w:val="pl-PL"/>
        </w:rPr>
        <w:t xml:space="preserve"> o </w:t>
      </w:r>
      <w:proofErr w:type="spellStart"/>
      <w:r w:rsidRPr="00501BA1">
        <w:rPr>
          <w:lang w:val="pl-PL"/>
        </w:rPr>
        <w:t>právní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povinnost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nebo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oprávněný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zájem</w:t>
      </w:r>
      <w:proofErr w:type="spellEnd"/>
      <w:r w:rsidRPr="00501BA1">
        <w:rPr>
          <w:lang w:val="pl-PL"/>
        </w:rPr>
        <w:t xml:space="preserve"> podle </w:t>
      </w:r>
      <w:proofErr w:type="spellStart"/>
      <w:r w:rsidRPr="00501BA1">
        <w:rPr>
          <w:lang w:val="pl-PL"/>
        </w:rPr>
        <w:t>čl</w:t>
      </w:r>
      <w:proofErr w:type="spellEnd"/>
      <w:r w:rsidRPr="00501BA1">
        <w:rPr>
          <w:lang w:val="pl-PL"/>
        </w:rPr>
        <w:t xml:space="preserve">. 6 </w:t>
      </w:r>
      <w:proofErr w:type="spellStart"/>
      <w:r w:rsidRPr="00501BA1">
        <w:rPr>
          <w:lang w:val="pl-PL"/>
        </w:rPr>
        <w:t>odst</w:t>
      </w:r>
      <w:proofErr w:type="spellEnd"/>
      <w:r w:rsidRPr="00501BA1">
        <w:rPr>
          <w:lang w:val="pl-PL"/>
        </w:rPr>
        <w:t xml:space="preserve">. 1 </w:t>
      </w:r>
      <w:proofErr w:type="spellStart"/>
      <w:r w:rsidRPr="00501BA1">
        <w:rPr>
          <w:lang w:val="pl-PL"/>
        </w:rPr>
        <w:t>písm</w:t>
      </w:r>
      <w:proofErr w:type="spellEnd"/>
      <w:r w:rsidRPr="00501BA1">
        <w:rPr>
          <w:lang w:val="pl-PL"/>
        </w:rPr>
        <w:t xml:space="preserve">. f) GDPR. </w:t>
      </w:r>
      <w:proofErr w:type="spellStart"/>
      <w:r w:rsidRPr="00501BA1">
        <w:rPr>
          <w:lang w:val="pl-PL"/>
        </w:rPr>
        <w:t>Oprávněným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zájmem</w:t>
      </w:r>
      <w:proofErr w:type="spellEnd"/>
      <w:r w:rsidRPr="00501BA1">
        <w:rPr>
          <w:lang w:val="pl-PL"/>
        </w:rPr>
        <w:t xml:space="preserve"> je ochrana </w:t>
      </w:r>
      <w:proofErr w:type="spellStart"/>
      <w:r w:rsidRPr="00501BA1">
        <w:rPr>
          <w:lang w:val="pl-PL"/>
        </w:rPr>
        <w:t>našich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práv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práv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zákazníků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majetku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bezpečnosti</w:t>
      </w:r>
      <w:proofErr w:type="spellEnd"/>
      <w:r w:rsidRPr="00501BA1">
        <w:rPr>
          <w:lang w:val="pl-PL"/>
        </w:rPr>
        <w:t xml:space="preserve">. Proti </w:t>
      </w:r>
      <w:proofErr w:type="spellStart"/>
      <w:r w:rsidRPr="00501BA1">
        <w:rPr>
          <w:lang w:val="pl-PL"/>
        </w:rPr>
        <w:t>zpracování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založenému</w:t>
      </w:r>
      <w:proofErr w:type="spellEnd"/>
      <w:r w:rsidRPr="00501BA1">
        <w:rPr>
          <w:lang w:val="pl-PL"/>
        </w:rPr>
        <w:t xml:space="preserve"> na </w:t>
      </w:r>
      <w:proofErr w:type="spellStart"/>
      <w:r w:rsidRPr="00501BA1">
        <w:rPr>
          <w:lang w:val="pl-PL"/>
        </w:rPr>
        <w:t>oprávněném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zájmu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můžete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vznést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námitku</w:t>
      </w:r>
      <w:proofErr w:type="spellEnd"/>
      <w:r w:rsidRPr="00501BA1">
        <w:rPr>
          <w:lang w:val="pl-PL"/>
        </w:rPr>
        <w:t>.</w:t>
      </w:r>
    </w:p>
    <w:p w14:paraId="5920D3C2" w14:textId="77777777" w:rsidR="009A3822" w:rsidRPr="00501BA1" w:rsidRDefault="00000000">
      <w:pPr>
        <w:pStyle w:val="Nadpis1"/>
        <w:rPr>
          <w:lang w:val="pl-PL"/>
        </w:rPr>
      </w:pPr>
      <w:r w:rsidRPr="00501BA1">
        <w:rPr>
          <w:lang w:val="pl-PL"/>
        </w:rPr>
        <w:t>5 Newsletter a e-</w:t>
      </w:r>
      <w:proofErr w:type="spellStart"/>
      <w:r w:rsidRPr="00501BA1">
        <w:rPr>
          <w:lang w:val="pl-PL"/>
        </w:rPr>
        <w:t>mailový</w:t>
      </w:r>
      <w:proofErr w:type="spellEnd"/>
      <w:r w:rsidRPr="00501BA1">
        <w:rPr>
          <w:lang w:val="pl-PL"/>
        </w:rPr>
        <w:t xml:space="preserve"> marketing</w:t>
      </w:r>
    </w:p>
    <w:p w14:paraId="5B68A11A" w14:textId="77777777" w:rsidR="009A3822" w:rsidRDefault="00000000">
      <w:r>
        <w:t xml:space="preserve">Newsletter </w:t>
      </w:r>
      <w:proofErr w:type="spellStart"/>
      <w:r>
        <w:t>obsahuje</w:t>
      </w:r>
      <w:proofErr w:type="spellEnd"/>
      <w:r>
        <w:t xml:space="preserve"> </w:t>
      </w:r>
      <w:proofErr w:type="spellStart"/>
      <w:r>
        <w:t>novinky</w:t>
      </w:r>
      <w:proofErr w:type="spellEnd"/>
      <w:r>
        <w:t xml:space="preserve">, </w:t>
      </w:r>
      <w:proofErr w:type="spellStart"/>
      <w:r>
        <w:t>inspiraci</w:t>
      </w:r>
      <w:proofErr w:type="spellEnd"/>
      <w:r>
        <w:t xml:space="preserve"> a nabídky vlastních služeb Prague Stream. Posíláme jej zpravidla jednou, nejvýše dvakrát měsíčně. Nabídky jiných samostatných značek nebo partnerů nejsou automaticky zahrnuty.</w:t>
      </w:r>
    </w:p>
    <w:p w14:paraId="57F9444D" w14:textId="77777777" w:rsidR="009A3822" w:rsidRDefault="00000000">
      <w:r>
        <w:t>Zájemcům, kteří dosud nejsou našimi zákazníky, zasíláme newsletter jen na základě předchozího dobrovolného souhlasu podle čl. 6 odst. 1 písm. a) GDPR a § 7 odst. 2 zákona č. 480/2004 Sb. Souhlas se uděluje aktivním zaškrtnutím samostatného nepovinného políčka výslovně určeného pro odběr newsletteru; není podmínkou vyřízení poptávky nebo rezervace. Souhlas evidujeme včetně jeho znění, času a způsobu udělení. Pouhé potvrzení seznámení s těmito informacemi nepovažujeme za marketingový souhlas.</w:t>
      </w:r>
    </w:p>
    <w:p w14:paraId="10BE205B" w14:textId="77777777" w:rsidR="009A3822" w:rsidRDefault="00000000">
      <w:r>
        <w:t>Pokud jsme od zákazníka získali elektronický kontakt v souvislosti s prodejem služby, můžeme jej použít pro nabídky vlastních obdobných služeb také podle § 7 odst. 3 zákona č. 480/2004 Sb., jestliže zákazník měl při získání kontaktu zřetelnou a jednoduchou možnost takové použití odmítnout a neodmítl je. Právním základem podle GDPR je v tomto režimu náš oprávněný zájem na přímém marketingu vlastních obdobných služeb. Pouhá poptávka, účast na akci nebo historická faktura splnění všech těchto podmínek nedokládají.</w:t>
      </w:r>
    </w:p>
    <w:p w14:paraId="68EC097D" w14:textId="77777777" w:rsidR="009A3822" w:rsidRDefault="00000000">
      <w:r>
        <w:t>Každé obchodní sdělení označíme a uvedeme odesílatele. Odhlášení je zdarma, jednoduché, bez přihlášení k účtu a dostupné v každé zprávě; využít můžete také info@praguestream.com. Po odvolání souhlasu nebo námitce proti přímému marketingu další marketing nezasíláme. Neovlivňuje to komunikaci nezbytnou k vaší objednávce ani zpracování vyžadované zákonem. Vaše kontakty neprodáváme a neposkytujeme jiným subjektům pro jejich samostatný marketing.</w:t>
      </w:r>
    </w:p>
    <w:p w14:paraId="4234F6B9" w14:textId="77777777" w:rsidR="009A3822" w:rsidRDefault="00000000">
      <w:r>
        <w:t>Pro vyhodnocení a zlepšení newsletteru používáme prostřednictvím Ecomailu měření otevření a kliknutí na odkazy u jednotlivých příjemců, pouze pokud k tomuto samostatnému účelu předem udělili dobrovolný souhlas podle čl. 6 odst. 1 písm. a) GDPR a pravidel ochrany koncového zařízení. Měření využívá sledovací obrázek a označené odkazy; může zahrnovat identifikátor příjemce a kampaně, čas otevření či kliknutí, konkrétní odkaz a technické údaje, například IP adresu a typ prohlížeče. Souhlas není podmínkou odběru newsletteru. Bez něj zasíláme zprávy bez tohoto sledování. Souhlas s měřením lze samostatně odvolat přes nastavení odběru uvedené ve zprávě nebo na info@praguestream.com; poté další měření vypneme. Údaje nepoužíváme k rozhodování s právními nebo obdobně významnými účinky.</w:t>
      </w:r>
    </w:p>
    <w:p w14:paraId="04E9E9C8" w14:textId="77777777" w:rsidR="009A3822" w:rsidRDefault="00000000">
      <w:pPr>
        <w:pStyle w:val="Nadpis1"/>
      </w:pPr>
      <w:r>
        <w:t>6 Fotografie a videa pro propagaci</w:t>
      </w:r>
    </w:p>
    <w:p w14:paraId="1CBA5794" w14:textId="77777777" w:rsidR="009A3822" w:rsidRDefault="00000000">
      <w:r>
        <w:t>Pokud mají být na fotografii či videu pro naši propagaci rozpoznatelní hosté, před pořizováním pro tento účel a zveřejněním si vyžádáme konkrétní individuální svolení k podobizně a případný souhlas se zpracováním osobních údajů podle čl. 6 odst. 1 písm. a) GDPR. U nezletilých řešíme svolení a souhlas se zákonným zástupcem s ohledem na věk a způsobilost dítěte. Organizátor akce nemůže tento souhlas dát automaticky za všechny hosty.</w:t>
      </w:r>
    </w:p>
    <w:p w14:paraId="33BE8BE7" w14:textId="77777777" w:rsidR="009A3822" w:rsidRPr="00501BA1" w:rsidRDefault="00000000">
      <w:pPr>
        <w:rPr>
          <w:lang w:val="pl-PL"/>
        </w:rPr>
      </w:pPr>
      <w:r>
        <w:t xml:space="preserve">Souhlas určí záznamy, účel, rozsah použití a kanály, zejména web a zvolené sociální sítě Prague Stream. Použití v placené reklamě řešíme samostatnou volbou. Fotografie nezveřejňujeme s označením profilu, jménem či jinými identifikátory bez odpovídajícího svolení. </w:t>
      </w:r>
      <w:proofErr w:type="spellStart"/>
      <w:r w:rsidRPr="00501BA1">
        <w:rPr>
          <w:lang w:val="pl-PL"/>
        </w:rPr>
        <w:t>Souhlas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podmínkou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služby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lze</w:t>
      </w:r>
      <w:proofErr w:type="spellEnd"/>
      <w:r w:rsidRPr="00501BA1">
        <w:rPr>
          <w:lang w:val="pl-PL"/>
        </w:rPr>
        <w:t xml:space="preserve"> jej </w:t>
      </w:r>
      <w:proofErr w:type="spellStart"/>
      <w:r w:rsidRPr="00501BA1">
        <w:rPr>
          <w:lang w:val="pl-PL"/>
        </w:rPr>
        <w:t>odvolat</w:t>
      </w:r>
      <w:proofErr w:type="spellEnd"/>
      <w:r w:rsidRPr="00501BA1">
        <w:rPr>
          <w:lang w:val="pl-PL"/>
        </w:rPr>
        <w:t xml:space="preserve"> na info@praguestream.com.</w:t>
      </w:r>
    </w:p>
    <w:p w14:paraId="3009ED2B" w14:textId="77777777" w:rsidR="009A3822" w:rsidRPr="00501BA1" w:rsidRDefault="00000000">
      <w:pPr>
        <w:rPr>
          <w:lang w:val="pl-PL"/>
        </w:rPr>
      </w:pPr>
      <w:r w:rsidRPr="00501BA1">
        <w:rPr>
          <w:lang w:val="pl-PL"/>
        </w:rPr>
        <w:lastRenderedPageBreak/>
        <w:t xml:space="preserve">Po </w:t>
      </w:r>
      <w:proofErr w:type="spellStart"/>
      <w:r w:rsidRPr="00501BA1">
        <w:rPr>
          <w:lang w:val="pl-PL"/>
        </w:rPr>
        <w:t>odvolání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zastavíme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další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použití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odstraníme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záznamy</w:t>
      </w:r>
      <w:proofErr w:type="spellEnd"/>
      <w:r w:rsidRPr="00501BA1">
        <w:rPr>
          <w:lang w:val="pl-PL"/>
        </w:rPr>
        <w:t xml:space="preserve"> z </w:t>
      </w:r>
      <w:proofErr w:type="spellStart"/>
      <w:r w:rsidRPr="00501BA1">
        <w:rPr>
          <w:lang w:val="pl-PL"/>
        </w:rPr>
        <w:t>námi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ovládaných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kanálů</w:t>
      </w:r>
      <w:proofErr w:type="spellEnd"/>
      <w:r w:rsidRPr="00501BA1">
        <w:rPr>
          <w:lang w:val="pl-PL"/>
        </w:rPr>
        <w:t xml:space="preserve"> v </w:t>
      </w:r>
      <w:proofErr w:type="spellStart"/>
      <w:r w:rsidRPr="00501BA1">
        <w:rPr>
          <w:lang w:val="pl-PL"/>
        </w:rPr>
        <w:t>rozsahu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povinností</w:t>
      </w:r>
      <w:proofErr w:type="spellEnd"/>
      <w:r w:rsidRPr="00501BA1">
        <w:rPr>
          <w:lang w:val="pl-PL"/>
        </w:rPr>
        <w:t xml:space="preserve"> podle </w:t>
      </w:r>
      <w:proofErr w:type="spellStart"/>
      <w:r w:rsidRPr="00501BA1">
        <w:rPr>
          <w:lang w:val="pl-PL"/>
        </w:rPr>
        <w:t>zákona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Odvolání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souhlasu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nemění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zákonnost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předchozího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zpracování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Sociální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sítě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mohou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údaje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zpracovávat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také</w:t>
      </w:r>
      <w:proofErr w:type="spellEnd"/>
      <w:r w:rsidRPr="00501BA1">
        <w:rPr>
          <w:lang w:val="pl-PL"/>
        </w:rPr>
        <w:t xml:space="preserve"> jako </w:t>
      </w:r>
      <w:proofErr w:type="spellStart"/>
      <w:r w:rsidRPr="00501BA1">
        <w:rPr>
          <w:lang w:val="pl-PL"/>
        </w:rPr>
        <w:t>samostatní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správci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veřejně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dostupný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obsah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mohou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kopírovat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jiné</w:t>
      </w:r>
      <w:proofErr w:type="spellEnd"/>
      <w:r w:rsidRPr="00501BA1">
        <w:rPr>
          <w:lang w:val="pl-PL"/>
        </w:rPr>
        <w:t xml:space="preserve"> osoby. </w:t>
      </w:r>
      <w:proofErr w:type="spellStart"/>
      <w:r w:rsidRPr="00501BA1">
        <w:rPr>
          <w:lang w:val="pl-PL"/>
        </w:rPr>
        <w:t>Úplné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odstranění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kopií</w:t>
      </w:r>
      <w:proofErr w:type="spellEnd"/>
      <w:r w:rsidRPr="00501BA1">
        <w:rPr>
          <w:lang w:val="pl-PL"/>
        </w:rPr>
        <w:t xml:space="preserve"> mimo </w:t>
      </w:r>
      <w:proofErr w:type="spellStart"/>
      <w:r w:rsidRPr="00501BA1">
        <w:rPr>
          <w:lang w:val="pl-PL"/>
        </w:rPr>
        <w:t>naši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kontrolu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nelze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zaručit</w:t>
      </w:r>
      <w:proofErr w:type="spellEnd"/>
      <w:r w:rsidRPr="00501BA1">
        <w:rPr>
          <w:lang w:val="pl-PL"/>
        </w:rPr>
        <w:t xml:space="preserve">; </w:t>
      </w:r>
      <w:proofErr w:type="spellStart"/>
      <w:r w:rsidRPr="00501BA1">
        <w:rPr>
          <w:lang w:val="pl-PL"/>
        </w:rPr>
        <w:t>provedeme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kroky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které</w:t>
      </w:r>
      <w:proofErr w:type="spellEnd"/>
      <w:r w:rsidRPr="00501BA1">
        <w:rPr>
          <w:lang w:val="pl-PL"/>
        </w:rPr>
        <w:t xml:space="preserve"> po </w:t>
      </w:r>
      <w:proofErr w:type="spellStart"/>
      <w:r w:rsidRPr="00501BA1">
        <w:rPr>
          <w:lang w:val="pl-PL"/>
        </w:rPr>
        <w:t>nás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právní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předpisy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požadují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Odkazy</w:t>
      </w:r>
      <w:proofErr w:type="spellEnd"/>
      <w:r w:rsidRPr="00501BA1">
        <w:rPr>
          <w:lang w:val="pl-PL"/>
        </w:rPr>
        <w:t xml:space="preserve"> na </w:t>
      </w:r>
      <w:proofErr w:type="spellStart"/>
      <w:r w:rsidRPr="00501BA1">
        <w:rPr>
          <w:lang w:val="pl-PL"/>
        </w:rPr>
        <w:t>naše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aktuální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profily</w:t>
      </w:r>
      <w:proofErr w:type="spellEnd"/>
      <w:r w:rsidRPr="00501BA1">
        <w:rPr>
          <w:lang w:val="pl-PL"/>
        </w:rPr>
        <w:t xml:space="preserve"> na </w:t>
      </w:r>
      <w:proofErr w:type="spellStart"/>
      <w:r w:rsidRPr="00501BA1">
        <w:rPr>
          <w:lang w:val="pl-PL"/>
        </w:rPr>
        <w:t>sociálních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sítích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jsou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dostupné</w:t>
      </w:r>
      <w:proofErr w:type="spellEnd"/>
      <w:r w:rsidRPr="00501BA1">
        <w:rPr>
          <w:lang w:val="pl-PL"/>
        </w:rPr>
        <w:t xml:space="preserve"> na https://www.praguestream.com. </w:t>
      </w:r>
      <w:proofErr w:type="spellStart"/>
      <w:r w:rsidRPr="00501BA1">
        <w:rPr>
          <w:lang w:val="pl-PL"/>
        </w:rPr>
        <w:t>Konkrétní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sítě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rozsah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zveřejnění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určuje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udělené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svolení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souhlas</w:t>
      </w:r>
      <w:proofErr w:type="spellEnd"/>
      <w:r w:rsidRPr="00501BA1">
        <w:rPr>
          <w:lang w:val="pl-PL"/>
        </w:rPr>
        <w:t>.</w:t>
      </w:r>
    </w:p>
    <w:p w14:paraId="07DC52B5" w14:textId="77777777" w:rsidR="009A3822" w:rsidRPr="00501BA1" w:rsidRDefault="00000000">
      <w:pPr>
        <w:pStyle w:val="Nadpis1"/>
        <w:rPr>
          <w:lang w:val="pl-PL"/>
        </w:rPr>
      </w:pPr>
      <w:r w:rsidRPr="00501BA1">
        <w:rPr>
          <w:lang w:val="pl-PL"/>
        </w:rPr>
        <w:t xml:space="preserve">7 </w:t>
      </w:r>
      <w:proofErr w:type="spellStart"/>
      <w:r w:rsidRPr="00501BA1">
        <w:rPr>
          <w:lang w:val="pl-PL"/>
        </w:rPr>
        <w:t>Příjemci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technologické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služby</w:t>
      </w:r>
      <w:proofErr w:type="spellEnd"/>
    </w:p>
    <w:p w14:paraId="2A5D9331" w14:textId="77777777" w:rsidR="009A3822" w:rsidRPr="00501BA1" w:rsidRDefault="00000000">
      <w:pPr>
        <w:rPr>
          <w:lang w:val="pl-PL"/>
        </w:rPr>
      </w:pPr>
      <w:proofErr w:type="spellStart"/>
      <w:r w:rsidRPr="00501BA1">
        <w:rPr>
          <w:lang w:val="pl-PL"/>
        </w:rPr>
        <w:t>Údaje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jsou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dostupné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oprávněným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pracovníkům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dodavatelům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pouze</w:t>
      </w:r>
      <w:proofErr w:type="spellEnd"/>
      <w:r w:rsidRPr="00501BA1">
        <w:rPr>
          <w:lang w:val="pl-PL"/>
        </w:rPr>
        <w:t xml:space="preserve"> v </w:t>
      </w:r>
      <w:proofErr w:type="spellStart"/>
      <w:r w:rsidRPr="00501BA1">
        <w:rPr>
          <w:lang w:val="pl-PL"/>
        </w:rPr>
        <w:t>rozsahu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potřebném</w:t>
      </w:r>
      <w:proofErr w:type="spellEnd"/>
      <w:r w:rsidRPr="00501BA1">
        <w:rPr>
          <w:lang w:val="pl-PL"/>
        </w:rPr>
        <w:t xml:space="preserve"> pro </w:t>
      </w:r>
      <w:proofErr w:type="spellStart"/>
      <w:r w:rsidRPr="00501BA1">
        <w:rPr>
          <w:lang w:val="pl-PL"/>
        </w:rPr>
        <w:t>jejich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práci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Dodavatelům</w:t>
      </w:r>
      <w:proofErr w:type="spellEnd"/>
      <w:r w:rsidRPr="00501BA1">
        <w:rPr>
          <w:lang w:val="pl-PL"/>
        </w:rPr>
        <w:t xml:space="preserve"> cateringu, </w:t>
      </w:r>
      <w:proofErr w:type="spellStart"/>
      <w:r w:rsidRPr="00501BA1">
        <w:rPr>
          <w:lang w:val="pl-PL"/>
        </w:rPr>
        <w:t>dekorací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dalších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služeb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předáváme</w:t>
      </w:r>
      <w:proofErr w:type="spellEnd"/>
      <w:r w:rsidRPr="00501BA1">
        <w:rPr>
          <w:lang w:val="pl-PL"/>
        </w:rPr>
        <w:t xml:space="preserve"> jen </w:t>
      </w:r>
      <w:proofErr w:type="spellStart"/>
      <w:r w:rsidRPr="00501BA1">
        <w:rPr>
          <w:lang w:val="pl-PL"/>
        </w:rPr>
        <w:t>nutné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organizační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informace</w:t>
      </w:r>
      <w:proofErr w:type="spellEnd"/>
      <w:r w:rsidRPr="00501BA1">
        <w:rPr>
          <w:lang w:val="pl-PL"/>
        </w:rPr>
        <w:t xml:space="preserve">; </w:t>
      </w:r>
      <w:proofErr w:type="spellStart"/>
      <w:r w:rsidRPr="00501BA1">
        <w:rPr>
          <w:lang w:val="pl-PL"/>
        </w:rPr>
        <w:t>například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požadavky</w:t>
      </w:r>
      <w:proofErr w:type="spellEnd"/>
      <w:r w:rsidRPr="00501BA1">
        <w:rPr>
          <w:lang w:val="pl-PL"/>
        </w:rPr>
        <w:t xml:space="preserve"> na porce </w:t>
      </w:r>
      <w:proofErr w:type="spellStart"/>
      <w:r w:rsidRPr="00501BA1">
        <w:rPr>
          <w:lang w:val="pl-PL"/>
        </w:rPr>
        <w:t>nemusí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obsahovat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jména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hostů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Údaje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mohou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získat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účetní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právní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pojistní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poradci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banky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poskytovatel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karetních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plateb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orgány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veřejné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moci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vyžaduje</w:t>
      </w:r>
      <w:proofErr w:type="spellEnd"/>
      <w:r w:rsidRPr="00501BA1">
        <w:rPr>
          <w:lang w:val="pl-PL"/>
        </w:rPr>
        <w:t xml:space="preserve">-li to </w:t>
      </w:r>
      <w:proofErr w:type="spellStart"/>
      <w:r w:rsidRPr="00501BA1">
        <w:rPr>
          <w:lang w:val="pl-PL"/>
        </w:rPr>
        <w:t>zákon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Příjemci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jednají</w:t>
      </w:r>
      <w:proofErr w:type="spellEnd"/>
      <w:r w:rsidRPr="00501BA1">
        <w:rPr>
          <w:lang w:val="pl-PL"/>
        </w:rPr>
        <w:t xml:space="preserve"> podle </w:t>
      </w:r>
      <w:proofErr w:type="spellStart"/>
      <w:r w:rsidRPr="00501BA1">
        <w:rPr>
          <w:lang w:val="pl-PL"/>
        </w:rPr>
        <w:t>své</w:t>
      </w:r>
      <w:proofErr w:type="spellEnd"/>
      <w:r w:rsidRPr="00501BA1">
        <w:rPr>
          <w:lang w:val="pl-PL"/>
        </w:rPr>
        <w:t xml:space="preserve"> role jako </w:t>
      </w:r>
      <w:proofErr w:type="spellStart"/>
      <w:r w:rsidRPr="00501BA1">
        <w:rPr>
          <w:lang w:val="pl-PL"/>
        </w:rPr>
        <w:t>zpracovatelé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nebo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samostatní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správci</w:t>
      </w:r>
      <w:proofErr w:type="spellEnd"/>
      <w:r w:rsidRPr="00501BA1">
        <w:rPr>
          <w:lang w:val="pl-PL"/>
        </w:rPr>
        <w:t>.</w:t>
      </w:r>
    </w:p>
    <w:p w14:paraId="62E4836F" w14:textId="54952744" w:rsidR="009A3822" w:rsidRDefault="00000000">
      <w:r>
        <w:t xml:space="preserve">Web </w:t>
      </w:r>
      <w:proofErr w:type="spellStart"/>
      <w:r>
        <w:t>vytváříme</w:t>
      </w:r>
      <w:proofErr w:type="spellEnd"/>
      <w:r>
        <w:t xml:space="preserve"> s </w:t>
      </w:r>
      <w:proofErr w:type="spellStart"/>
      <w:r>
        <w:t>využitím</w:t>
      </w:r>
      <w:proofErr w:type="spellEnd"/>
      <w:r>
        <w:t xml:space="preserve"> Lovable. Jeho zásady ochrany údajů uvádějí Lovable Labs Sweden AB, Regeringsgatan 25, 111 53 Stockholm, Švédsko, privacy@lovable.dev a dpo@lovable.dev; zveřejněná zpracovatelská smlouva uvádí Lovable Labs Incorporated, 1 Lincoln St, Boston, MA 02111, USA. Informace: https://lovable.dev/privacy; zpracovatelské podmínky: https://lovable.dev/data-processing-agreement; subdodavatelé: https://lovable.dev/subprocessors. </w:t>
      </w:r>
    </w:p>
    <w:p w14:paraId="739321D9" w14:textId="79103A2F" w:rsidR="009A3822" w:rsidRPr="00501BA1" w:rsidRDefault="00000000">
      <w:pPr>
        <w:rPr>
          <w:lang w:val="pl-PL"/>
        </w:rPr>
      </w:pPr>
      <w:r>
        <w:t xml:space="preserve">Pro technické služby webu využíváme GoDaddy. Pro GoDaddy.com evropské oznámení uvádí GoDaddy.com, LLC; kontaktní adresa pro ochranu údajů je 100 S. Mill Ave, Suite 1600, Tempe, AZ 85281, USA, privacy@godaddy.com. Zástupcem v EU je GoDaddy Deutschland GmbH, c/o Spaces, Gertrudenstraße 30–36, 50667 Köln, Německo. </w:t>
      </w:r>
      <w:proofErr w:type="spellStart"/>
      <w:r w:rsidRPr="00501BA1">
        <w:rPr>
          <w:lang w:val="pl-PL"/>
        </w:rPr>
        <w:t>Informace</w:t>
      </w:r>
      <w:proofErr w:type="spellEnd"/>
      <w:r w:rsidRPr="00501BA1">
        <w:rPr>
          <w:lang w:val="pl-PL"/>
        </w:rPr>
        <w:t xml:space="preserve">: https://www.godaddy.com/en-uk/legal/agreements/privacy-policy; </w:t>
      </w:r>
      <w:proofErr w:type="spellStart"/>
      <w:r w:rsidRPr="00501BA1">
        <w:rPr>
          <w:lang w:val="pl-PL"/>
        </w:rPr>
        <w:t>zpracovatelské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podmínky</w:t>
      </w:r>
      <w:proofErr w:type="spellEnd"/>
      <w:r w:rsidRPr="00501BA1">
        <w:rPr>
          <w:lang w:val="pl-PL"/>
        </w:rPr>
        <w:t xml:space="preserve">: https://www.godaddy.com/en-uk/legal/agreements/data-processing-addendum. </w:t>
      </w:r>
    </w:p>
    <w:p w14:paraId="6E866A94" w14:textId="77777777" w:rsidR="009A3822" w:rsidRPr="00501BA1" w:rsidRDefault="00000000">
      <w:pPr>
        <w:rPr>
          <w:lang w:val="pl-PL"/>
        </w:rPr>
      </w:pPr>
      <w:r w:rsidRPr="00501BA1">
        <w:rPr>
          <w:lang w:val="pl-PL"/>
        </w:rPr>
        <w:t>E-</w:t>
      </w:r>
      <w:proofErr w:type="spellStart"/>
      <w:r w:rsidRPr="00501BA1">
        <w:rPr>
          <w:lang w:val="pl-PL"/>
        </w:rPr>
        <w:t>mailovou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komunikaci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zajišťujeme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prostřednictvím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Gmailu</w:t>
      </w:r>
      <w:proofErr w:type="spellEnd"/>
      <w:r w:rsidRPr="00501BA1">
        <w:rPr>
          <w:lang w:val="pl-PL"/>
        </w:rPr>
        <w:t xml:space="preserve"> v </w:t>
      </w:r>
      <w:proofErr w:type="spellStart"/>
      <w:r w:rsidRPr="00501BA1">
        <w:rPr>
          <w:lang w:val="pl-PL"/>
        </w:rPr>
        <w:t>rámci</w:t>
      </w:r>
      <w:proofErr w:type="spellEnd"/>
      <w:r w:rsidRPr="00501BA1">
        <w:rPr>
          <w:lang w:val="pl-PL"/>
        </w:rPr>
        <w:t xml:space="preserve"> Google </w:t>
      </w:r>
      <w:proofErr w:type="spellStart"/>
      <w:r w:rsidRPr="00501BA1">
        <w:rPr>
          <w:lang w:val="pl-PL"/>
        </w:rPr>
        <w:t>Workspace</w:t>
      </w:r>
      <w:proofErr w:type="spellEnd"/>
      <w:r w:rsidRPr="00501BA1">
        <w:rPr>
          <w:lang w:val="pl-PL"/>
        </w:rPr>
        <w:t xml:space="preserve">; dokumenty </w:t>
      </w:r>
      <w:proofErr w:type="spellStart"/>
      <w:r w:rsidRPr="00501BA1">
        <w:rPr>
          <w:lang w:val="pl-PL"/>
        </w:rPr>
        <w:t>spravujeme</w:t>
      </w:r>
      <w:proofErr w:type="spellEnd"/>
      <w:r w:rsidRPr="00501BA1">
        <w:rPr>
          <w:lang w:val="pl-PL"/>
        </w:rPr>
        <w:t xml:space="preserve"> v Google Drive. Pro Google </w:t>
      </w:r>
      <w:proofErr w:type="spellStart"/>
      <w:r w:rsidRPr="00501BA1">
        <w:rPr>
          <w:lang w:val="pl-PL"/>
        </w:rPr>
        <w:t>Workspace</w:t>
      </w:r>
      <w:proofErr w:type="spellEnd"/>
      <w:r w:rsidRPr="00501BA1">
        <w:rPr>
          <w:lang w:val="pl-PL"/>
        </w:rPr>
        <w:t xml:space="preserve"> u </w:t>
      </w:r>
      <w:proofErr w:type="spellStart"/>
      <w:r w:rsidRPr="00501BA1">
        <w:rPr>
          <w:lang w:val="pl-PL"/>
        </w:rPr>
        <w:t>českých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zákazníků</w:t>
      </w:r>
      <w:proofErr w:type="spellEnd"/>
      <w:r w:rsidRPr="00501BA1">
        <w:rPr>
          <w:lang w:val="pl-PL"/>
        </w:rPr>
        <w:t xml:space="preserve"> je podle </w:t>
      </w:r>
      <w:proofErr w:type="spellStart"/>
      <w:r w:rsidRPr="00501BA1">
        <w:rPr>
          <w:lang w:val="pl-PL"/>
        </w:rPr>
        <w:t>aktuálního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smluvního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seznamu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poskytovatelem</w:t>
      </w:r>
      <w:proofErr w:type="spellEnd"/>
      <w:r w:rsidRPr="00501BA1">
        <w:rPr>
          <w:lang w:val="pl-PL"/>
        </w:rPr>
        <w:t xml:space="preserve"> Google Cloud EMEA Limited, 70 Sir John </w:t>
      </w:r>
      <w:proofErr w:type="spellStart"/>
      <w:r w:rsidRPr="00501BA1">
        <w:rPr>
          <w:lang w:val="pl-PL"/>
        </w:rPr>
        <w:t>Rogerson’s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Quay</w:t>
      </w:r>
      <w:proofErr w:type="spellEnd"/>
      <w:r w:rsidRPr="00501BA1">
        <w:rPr>
          <w:lang w:val="pl-PL"/>
        </w:rPr>
        <w:t xml:space="preserve">, Dublin 2, </w:t>
      </w:r>
      <w:proofErr w:type="spellStart"/>
      <w:r w:rsidRPr="00501BA1">
        <w:rPr>
          <w:lang w:val="pl-PL"/>
        </w:rPr>
        <w:t>Irsko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pokud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uzavřená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smlouva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neurčuje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jinak</w:t>
      </w:r>
      <w:proofErr w:type="spellEnd"/>
      <w:r w:rsidRPr="00501BA1">
        <w:rPr>
          <w:lang w:val="pl-PL"/>
        </w:rPr>
        <w:t xml:space="preserve">. Google v </w:t>
      </w:r>
      <w:proofErr w:type="spellStart"/>
      <w:r w:rsidRPr="00501BA1">
        <w:rPr>
          <w:lang w:val="pl-PL"/>
        </w:rPr>
        <w:t>tomto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rozsahu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zpracovává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obsah</w:t>
      </w:r>
      <w:proofErr w:type="spellEnd"/>
      <w:r w:rsidRPr="00501BA1">
        <w:rPr>
          <w:lang w:val="pl-PL"/>
        </w:rPr>
        <w:t xml:space="preserve"> na </w:t>
      </w:r>
      <w:proofErr w:type="spellStart"/>
      <w:r w:rsidRPr="00501BA1">
        <w:rPr>
          <w:lang w:val="pl-PL"/>
        </w:rPr>
        <w:t>základě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příslušných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zpracovatelských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podmínek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Informace</w:t>
      </w:r>
      <w:proofErr w:type="spellEnd"/>
      <w:r w:rsidRPr="00501BA1">
        <w:rPr>
          <w:lang w:val="pl-PL"/>
        </w:rPr>
        <w:t>: https://policies.google.com/privacy?hl=cs a https://cloud.google.com/terms/data-processing-addendum.</w:t>
      </w:r>
    </w:p>
    <w:p w14:paraId="35B3AD92" w14:textId="77777777" w:rsidR="009A3822" w:rsidRPr="00501BA1" w:rsidRDefault="00000000">
      <w:pPr>
        <w:rPr>
          <w:lang w:val="pl-PL"/>
        </w:rPr>
      </w:pPr>
      <w:proofErr w:type="spellStart"/>
      <w:r w:rsidRPr="00501BA1">
        <w:rPr>
          <w:lang w:val="pl-PL"/>
        </w:rPr>
        <w:t>Rozesílání</w:t>
      </w:r>
      <w:proofErr w:type="spellEnd"/>
      <w:r w:rsidRPr="00501BA1">
        <w:rPr>
          <w:lang w:val="pl-PL"/>
        </w:rPr>
        <w:t xml:space="preserve"> newsletteru, </w:t>
      </w:r>
      <w:proofErr w:type="spellStart"/>
      <w:r w:rsidRPr="00501BA1">
        <w:rPr>
          <w:lang w:val="pl-PL"/>
        </w:rPr>
        <w:t>správu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odběratelů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schválené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měření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kampaní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zajišťuje</w:t>
      </w:r>
      <w:proofErr w:type="spellEnd"/>
      <w:r w:rsidRPr="00501BA1">
        <w:rPr>
          <w:lang w:val="pl-PL"/>
        </w:rPr>
        <w:t xml:space="preserve"> jako </w:t>
      </w:r>
      <w:proofErr w:type="spellStart"/>
      <w:r w:rsidRPr="00501BA1">
        <w:rPr>
          <w:lang w:val="pl-PL"/>
        </w:rPr>
        <w:t>zpracovatel</w:t>
      </w:r>
      <w:proofErr w:type="spellEnd"/>
      <w:r w:rsidRPr="00501BA1">
        <w:rPr>
          <w:lang w:val="pl-PL"/>
        </w:rPr>
        <w:t xml:space="preserve"> Ecomail.cz, s.r.o., IČO 02762943, Na </w:t>
      </w:r>
      <w:proofErr w:type="spellStart"/>
      <w:r w:rsidRPr="00501BA1">
        <w:rPr>
          <w:lang w:val="pl-PL"/>
        </w:rPr>
        <w:t>Příkopě</w:t>
      </w:r>
      <w:proofErr w:type="spellEnd"/>
      <w:r w:rsidRPr="00501BA1">
        <w:rPr>
          <w:lang w:val="pl-PL"/>
        </w:rPr>
        <w:t xml:space="preserve"> 388/1, 110 00 </w:t>
      </w:r>
      <w:proofErr w:type="spellStart"/>
      <w:r w:rsidRPr="00501BA1">
        <w:rPr>
          <w:lang w:val="pl-PL"/>
        </w:rPr>
        <w:t>Praha</w:t>
      </w:r>
      <w:proofErr w:type="spellEnd"/>
      <w:r w:rsidRPr="00501BA1">
        <w:rPr>
          <w:lang w:val="pl-PL"/>
        </w:rPr>
        <w:t xml:space="preserve"> 1. </w:t>
      </w:r>
      <w:proofErr w:type="spellStart"/>
      <w:r w:rsidRPr="00501BA1">
        <w:rPr>
          <w:lang w:val="pl-PL"/>
        </w:rPr>
        <w:t>Zpracovatelská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smlouva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seznam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subdodavatelů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jsou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součástí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podmínek</w:t>
      </w:r>
      <w:proofErr w:type="spellEnd"/>
      <w:r w:rsidRPr="00501BA1">
        <w:rPr>
          <w:lang w:val="pl-PL"/>
        </w:rPr>
        <w:t>: https://ecomail.cz/obchodni-podminky/.</w:t>
      </w:r>
    </w:p>
    <w:p w14:paraId="491692FB" w14:textId="77777777" w:rsidR="009A3822" w:rsidRDefault="00000000">
      <w:proofErr w:type="spellStart"/>
      <w:r>
        <w:t>Karetní</w:t>
      </w:r>
      <w:proofErr w:type="spellEnd"/>
      <w:r>
        <w:t xml:space="preserve"> </w:t>
      </w:r>
      <w:proofErr w:type="spellStart"/>
      <w:r>
        <w:t>platby</w:t>
      </w:r>
      <w:proofErr w:type="spellEnd"/>
      <w:r>
        <w:t xml:space="preserve"> </w:t>
      </w:r>
      <w:proofErr w:type="spellStart"/>
      <w:r>
        <w:t>prostřednictvím</w:t>
      </w:r>
      <w:proofErr w:type="spellEnd"/>
      <w:r>
        <w:t xml:space="preserve"> </w:t>
      </w:r>
      <w:proofErr w:type="spellStart"/>
      <w:r>
        <w:t>terminálu</w:t>
      </w:r>
      <w:proofErr w:type="spellEnd"/>
      <w:r>
        <w:t xml:space="preserve"> zajišťuje SumUp Limited, registrační číslo 505893, Block 8, Harcourt Centre, Charlotte Way, Dublin 2, Irsko D02 K580. Při zpracování plateb a plnění vlastních zákonných povinností jedná také jako samostatný správce. Informace: https://www.sumup.com/cs-cz/soukromi/.</w:t>
      </w:r>
    </w:p>
    <w:p w14:paraId="021171F7" w14:textId="77777777" w:rsidR="009A3822" w:rsidRPr="00501BA1" w:rsidRDefault="00000000">
      <w:pPr>
        <w:rPr>
          <w:lang w:val="pl-PL"/>
        </w:rPr>
      </w:pPr>
      <w:r>
        <w:t xml:space="preserve">Pro vystavování a uchování faktur používáme iDoklad společnosti Seyfor, a. s., IČO 01572377, Drobného 555/49, Ponava, 602 00 Brno, Česká republika. Ve vztahu k údajům našich odběratelů při poskytování fakturačního rozhraní a úložiště jedná jako zpracovatel; samostatné účely vymezuje ve svých podmínkách. </w:t>
      </w:r>
      <w:proofErr w:type="spellStart"/>
      <w:r w:rsidRPr="00501BA1">
        <w:rPr>
          <w:lang w:val="pl-PL"/>
        </w:rPr>
        <w:t>Informace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podmínky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zpracování</w:t>
      </w:r>
      <w:proofErr w:type="spellEnd"/>
      <w:r w:rsidRPr="00501BA1">
        <w:rPr>
          <w:lang w:val="pl-PL"/>
        </w:rPr>
        <w:t>: https://www.idoklad.cz/zasady-ochrany-osobnich-udaju.</w:t>
      </w:r>
    </w:p>
    <w:p w14:paraId="724DCED8" w14:textId="77777777" w:rsidR="009A3822" w:rsidRPr="00501BA1" w:rsidRDefault="00000000">
      <w:pPr>
        <w:pStyle w:val="Nadpis1"/>
        <w:rPr>
          <w:lang w:val="pl-PL"/>
        </w:rPr>
      </w:pPr>
      <w:r w:rsidRPr="00501BA1">
        <w:rPr>
          <w:lang w:val="pl-PL"/>
        </w:rPr>
        <w:t xml:space="preserve">8 </w:t>
      </w:r>
      <w:proofErr w:type="spellStart"/>
      <w:r w:rsidRPr="00501BA1">
        <w:rPr>
          <w:lang w:val="pl-PL"/>
        </w:rPr>
        <w:t>Zpracování</w:t>
      </w:r>
      <w:proofErr w:type="spellEnd"/>
      <w:r w:rsidRPr="00501BA1">
        <w:rPr>
          <w:lang w:val="pl-PL"/>
        </w:rPr>
        <w:t xml:space="preserve"> mimo </w:t>
      </w:r>
      <w:proofErr w:type="spellStart"/>
      <w:r w:rsidRPr="00501BA1">
        <w:rPr>
          <w:lang w:val="pl-PL"/>
        </w:rPr>
        <w:t>Evropský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hospodářský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prostor</w:t>
      </w:r>
      <w:proofErr w:type="spellEnd"/>
    </w:p>
    <w:p w14:paraId="2E052491" w14:textId="77777777" w:rsidR="009A3822" w:rsidRPr="00501BA1" w:rsidRDefault="00000000">
      <w:pPr>
        <w:rPr>
          <w:lang w:val="pl-PL"/>
        </w:rPr>
      </w:pPr>
      <w:proofErr w:type="spellStart"/>
      <w:r w:rsidRPr="00501BA1">
        <w:rPr>
          <w:lang w:val="pl-PL"/>
        </w:rPr>
        <w:t>Využívání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mezinárodních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technologických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služeb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může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zahrnovat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zpracování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nebo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přístup</w:t>
      </w:r>
      <w:proofErr w:type="spellEnd"/>
      <w:r w:rsidRPr="00501BA1">
        <w:rPr>
          <w:lang w:val="pl-PL"/>
        </w:rPr>
        <w:t xml:space="preserve"> k </w:t>
      </w:r>
      <w:proofErr w:type="spellStart"/>
      <w:r w:rsidRPr="00501BA1">
        <w:rPr>
          <w:lang w:val="pl-PL"/>
        </w:rPr>
        <w:t>údajům</w:t>
      </w:r>
      <w:proofErr w:type="spellEnd"/>
      <w:r w:rsidRPr="00501BA1">
        <w:rPr>
          <w:lang w:val="pl-PL"/>
        </w:rPr>
        <w:t xml:space="preserve"> mimo EHP, </w:t>
      </w:r>
      <w:proofErr w:type="spellStart"/>
      <w:r w:rsidRPr="00501BA1">
        <w:rPr>
          <w:lang w:val="pl-PL"/>
        </w:rPr>
        <w:t>zejména</w:t>
      </w:r>
      <w:proofErr w:type="spellEnd"/>
      <w:r w:rsidRPr="00501BA1">
        <w:rPr>
          <w:lang w:val="pl-PL"/>
        </w:rPr>
        <w:t xml:space="preserve"> v USA. </w:t>
      </w:r>
      <w:proofErr w:type="spellStart"/>
      <w:r w:rsidRPr="00501BA1">
        <w:rPr>
          <w:lang w:val="pl-PL"/>
        </w:rPr>
        <w:t>Takové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předávání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uskutečňuje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pouze</w:t>
      </w:r>
      <w:proofErr w:type="spellEnd"/>
      <w:r w:rsidRPr="00501BA1">
        <w:rPr>
          <w:lang w:val="pl-PL"/>
        </w:rPr>
        <w:t xml:space="preserve"> na </w:t>
      </w:r>
      <w:proofErr w:type="spellStart"/>
      <w:r w:rsidRPr="00501BA1">
        <w:rPr>
          <w:lang w:val="pl-PL"/>
        </w:rPr>
        <w:t>odpovídajícím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právním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základě</w:t>
      </w:r>
      <w:proofErr w:type="spellEnd"/>
      <w:r w:rsidRPr="00501BA1">
        <w:rPr>
          <w:lang w:val="pl-PL"/>
        </w:rPr>
        <w:t xml:space="preserve"> podle </w:t>
      </w:r>
      <w:proofErr w:type="spellStart"/>
      <w:r w:rsidRPr="00501BA1">
        <w:rPr>
          <w:lang w:val="pl-PL"/>
        </w:rPr>
        <w:t>kapitoly</w:t>
      </w:r>
      <w:proofErr w:type="spellEnd"/>
      <w:r w:rsidRPr="00501BA1">
        <w:rPr>
          <w:lang w:val="pl-PL"/>
        </w:rPr>
        <w:t xml:space="preserve"> V GDPR: </w:t>
      </w:r>
      <w:proofErr w:type="spellStart"/>
      <w:r w:rsidRPr="00501BA1">
        <w:rPr>
          <w:lang w:val="pl-PL"/>
        </w:rPr>
        <w:t>například</w:t>
      </w:r>
      <w:proofErr w:type="spellEnd"/>
      <w:r w:rsidRPr="00501BA1">
        <w:rPr>
          <w:lang w:val="pl-PL"/>
        </w:rPr>
        <w:t xml:space="preserve"> na </w:t>
      </w:r>
      <w:proofErr w:type="spellStart"/>
      <w:r w:rsidRPr="00501BA1">
        <w:rPr>
          <w:lang w:val="pl-PL"/>
        </w:rPr>
        <w:t>základě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platného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rozhodnutí</w:t>
      </w:r>
      <w:proofErr w:type="spellEnd"/>
      <w:r w:rsidRPr="00501BA1">
        <w:rPr>
          <w:lang w:val="pl-PL"/>
        </w:rPr>
        <w:t xml:space="preserve"> o </w:t>
      </w:r>
      <w:proofErr w:type="spellStart"/>
      <w:r w:rsidRPr="00501BA1">
        <w:rPr>
          <w:lang w:val="pl-PL"/>
        </w:rPr>
        <w:t>odpovídající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ochraně</w:t>
      </w:r>
      <w:proofErr w:type="spellEnd"/>
      <w:r w:rsidRPr="00501BA1">
        <w:rPr>
          <w:lang w:val="pl-PL"/>
        </w:rPr>
        <w:t xml:space="preserve">, u </w:t>
      </w:r>
      <w:proofErr w:type="spellStart"/>
      <w:r w:rsidRPr="00501BA1">
        <w:rPr>
          <w:lang w:val="pl-PL"/>
        </w:rPr>
        <w:t>certifikovaného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příjemce</w:t>
      </w:r>
      <w:proofErr w:type="spellEnd"/>
      <w:r w:rsidRPr="00501BA1">
        <w:rPr>
          <w:lang w:val="pl-PL"/>
        </w:rPr>
        <w:t xml:space="preserve"> v </w:t>
      </w:r>
      <w:proofErr w:type="spellStart"/>
      <w:r w:rsidRPr="00501BA1">
        <w:rPr>
          <w:lang w:val="pl-PL"/>
        </w:rPr>
        <w:t>rámci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lastRenderedPageBreak/>
        <w:t>příslušného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rámce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nebo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standardních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smluvních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doložek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potřebných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doplňujících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opatření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Nejde</w:t>
      </w:r>
      <w:proofErr w:type="spellEnd"/>
      <w:r w:rsidRPr="00501BA1">
        <w:rPr>
          <w:lang w:val="pl-PL"/>
        </w:rPr>
        <w:t xml:space="preserve"> o </w:t>
      </w:r>
      <w:proofErr w:type="spellStart"/>
      <w:r w:rsidRPr="00501BA1">
        <w:rPr>
          <w:lang w:val="pl-PL"/>
        </w:rPr>
        <w:t>obecný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souhlas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zasláním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údajů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kamkoli</w:t>
      </w:r>
      <w:proofErr w:type="spellEnd"/>
      <w:r w:rsidRPr="00501BA1">
        <w:rPr>
          <w:lang w:val="pl-PL"/>
        </w:rPr>
        <w:t>.</w:t>
      </w:r>
    </w:p>
    <w:p w14:paraId="16588F0B" w14:textId="7E951F25" w:rsidR="009A3822" w:rsidRPr="00501BA1" w:rsidRDefault="00000000">
      <w:pPr>
        <w:rPr>
          <w:lang w:val="pl-PL"/>
        </w:rPr>
      </w:pPr>
      <w:proofErr w:type="spellStart"/>
      <w:r w:rsidRPr="00501BA1">
        <w:rPr>
          <w:lang w:val="pl-PL"/>
        </w:rPr>
        <w:t>Mezinárodní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služby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jejich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subdodavatelé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mohou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zahrnovat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přístup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nebo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zpracování</w:t>
      </w:r>
      <w:proofErr w:type="spellEnd"/>
      <w:r w:rsidRPr="00501BA1">
        <w:rPr>
          <w:lang w:val="pl-PL"/>
        </w:rPr>
        <w:t xml:space="preserve"> mimo EHP, </w:t>
      </w:r>
      <w:proofErr w:type="spellStart"/>
      <w:r w:rsidRPr="00501BA1">
        <w:rPr>
          <w:lang w:val="pl-PL"/>
        </w:rPr>
        <w:t>zejména</w:t>
      </w:r>
      <w:proofErr w:type="spellEnd"/>
      <w:r w:rsidRPr="00501BA1">
        <w:rPr>
          <w:lang w:val="pl-PL"/>
        </w:rPr>
        <w:t xml:space="preserve"> v USA. </w:t>
      </w:r>
      <w:proofErr w:type="spellStart"/>
      <w:r w:rsidRPr="00501BA1">
        <w:rPr>
          <w:lang w:val="pl-PL"/>
        </w:rPr>
        <w:t>Použitelné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smluvní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podmínky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upravují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standardní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smluvní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doložky</w:t>
      </w:r>
      <w:proofErr w:type="spellEnd"/>
      <w:r w:rsidRPr="00501BA1">
        <w:rPr>
          <w:lang w:val="pl-PL"/>
        </w:rPr>
        <w:t xml:space="preserve"> EU </w:t>
      </w:r>
      <w:proofErr w:type="spellStart"/>
      <w:r w:rsidRPr="00501BA1">
        <w:rPr>
          <w:lang w:val="pl-PL"/>
        </w:rPr>
        <w:t>nebo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jiný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platný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mechanismus</w:t>
      </w:r>
      <w:proofErr w:type="spellEnd"/>
      <w:r w:rsidRPr="00501BA1">
        <w:rPr>
          <w:lang w:val="pl-PL"/>
        </w:rPr>
        <w:t xml:space="preserve"> podle </w:t>
      </w:r>
      <w:proofErr w:type="spellStart"/>
      <w:r w:rsidRPr="00501BA1">
        <w:rPr>
          <w:lang w:val="pl-PL"/>
        </w:rPr>
        <w:t>kapitoly</w:t>
      </w:r>
      <w:proofErr w:type="spellEnd"/>
      <w:r w:rsidRPr="00501BA1">
        <w:rPr>
          <w:lang w:val="pl-PL"/>
        </w:rPr>
        <w:t xml:space="preserve"> V GDPR. </w:t>
      </w:r>
      <w:proofErr w:type="spellStart"/>
      <w:r w:rsidRPr="00501BA1">
        <w:rPr>
          <w:lang w:val="pl-PL"/>
        </w:rPr>
        <w:t>Relevantní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seznamy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podmínky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jsou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dostupné</w:t>
      </w:r>
      <w:proofErr w:type="spellEnd"/>
      <w:r w:rsidRPr="00501BA1">
        <w:rPr>
          <w:lang w:val="pl-PL"/>
        </w:rPr>
        <w:t xml:space="preserve"> na https://workspace.google.com/terms/subprocessors.html, https://lovable.dev/subprocessors, https://www.godaddy.com/en-uk/legal/agreements/data-processing-addendum, https://ecomail.cz/obchodni-podminky/ a v </w:t>
      </w:r>
      <w:proofErr w:type="spellStart"/>
      <w:r w:rsidRPr="00501BA1">
        <w:rPr>
          <w:lang w:val="pl-PL"/>
        </w:rPr>
        <w:t>zásadách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SumUp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iDokladu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uvedených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výše</w:t>
      </w:r>
      <w:proofErr w:type="spellEnd"/>
      <w:r w:rsidRPr="00501BA1">
        <w:rPr>
          <w:lang w:val="pl-PL"/>
        </w:rPr>
        <w:t xml:space="preserve">. O </w:t>
      </w:r>
      <w:proofErr w:type="spellStart"/>
      <w:r w:rsidRPr="00501BA1">
        <w:rPr>
          <w:lang w:val="pl-PL"/>
        </w:rPr>
        <w:t>informace</w:t>
      </w:r>
      <w:proofErr w:type="spellEnd"/>
      <w:r w:rsidRPr="00501BA1">
        <w:rPr>
          <w:lang w:val="pl-PL"/>
        </w:rPr>
        <w:t xml:space="preserve"> a kopii </w:t>
      </w:r>
      <w:proofErr w:type="spellStart"/>
      <w:r w:rsidRPr="00501BA1">
        <w:rPr>
          <w:lang w:val="pl-PL"/>
        </w:rPr>
        <w:t>použitelných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záruk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můžete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požádat</w:t>
      </w:r>
      <w:proofErr w:type="spellEnd"/>
      <w:r w:rsidRPr="00501BA1">
        <w:rPr>
          <w:lang w:val="pl-PL"/>
        </w:rPr>
        <w:t xml:space="preserve"> na info@praguestream.com. </w:t>
      </w:r>
    </w:p>
    <w:p w14:paraId="5E744D98" w14:textId="77777777" w:rsidR="009A3822" w:rsidRPr="00501BA1" w:rsidRDefault="00000000">
      <w:pPr>
        <w:pStyle w:val="Nadpis1"/>
        <w:rPr>
          <w:lang w:val="pl-PL"/>
        </w:rPr>
      </w:pPr>
      <w:r w:rsidRPr="00501BA1">
        <w:rPr>
          <w:lang w:val="pl-PL"/>
        </w:rPr>
        <w:t xml:space="preserve">9 Doby </w:t>
      </w:r>
      <w:proofErr w:type="spellStart"/>
      <w:r w:rsidRPr="00501BA1">
        <w:rPr>
          <w:lang w:val="pl-PL"/>
        </w:rPr>
        <w:t>uchování</w:t>
      </w:r>
      <w:proofErr w:type="spellEnd"/>
    </w:p>
    <w:p w14:paraId="2ED1ADB1" w14:textId="77777777" w:rsidR="009A3822" w:rsidRPr="00501BA1" w:rsidRDefault="00000000">
      <w:pPr>
        <w:rPr>
          <w:lang w:val="pl-PL"/>
        </w:rPr>
      </w:pPr>
      <w:proofErr w:type="spellStart"/>
      <w:r w:rsidRPr="00501BA1">
        <w:rPr>
          <w:lang w:val="pl-PL"/>
        </w:rPr>
        <w:t>Nerealizované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poptávky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potřebnou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komunikaci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uchováváme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nejdéle</w:t>
      </w:r>
      <w:proofErr w:type="spellEnd"/>
      <w:r w:rsidRPr="00501BA1">
        <w:rPr>
          <w:lang w:val="pl-PL"/>
        </w:rPr>
        <w:t xml:space="preserve"> 12 </w:t>
      </w:r>
      <w:proofErr w:type="spellStart"/>
      <w:r w:rsidRPr="00501BA1">
        <w:rPr>
          <w:lang w:val="pl-PL"/>
        </w:rPr>
        <w:t>měsíců</w:t>
      </w:r>
      <w:proofErr w:type="spellEnd"/>
      <w:r w:rsidRPr="00501BA1">
        <w:rPr>
          <w:lang w:val="pl-PL"/>
        </w:rPr>
        <w:t xml:space="preserve"> od </w:t>
      </w:r>
      <w:proofErr w:type="spellStart"/>
      <w:r w:rsidRPr="00501BA1">
        <w:rPr>
          <w:lang w:val="pl-PL"/>
        </w:rPr>
        <w:t>poslední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věcné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komunikace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pokud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neexistuje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jiný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konkrétní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důvod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například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probíhající</w:t>
      </w:r>
      <w:proofErr w:type="spellEnd"/>
      <w:r w:rsidRPr="00501BA1">
        <w:rPr>
          <w:lang w:val="pl-PL"/>
        </w:rPr>
        <w:t xml:space="preserve"> spor. </w:t>
      </w:r>
      <w:proofErr w:type="spellStart"/>
      <w:r w:rsidRPr="00501BA1">
        <w:rPr>
          <w:lang w:val="pl-PL"/>
        </w:rPr>
        <w:t>Údaje</w:t>
      </w:r>
      <w:proofErr w:type="spellEnd"/>
      <w:r w:rsidRPr="00501BA1">
        <w:rPr>
          <w:lang w:val="pl-PL"/>
        </w:rPr>
        <w:t xml:space="preserve"> o </w:t>
      </w:r>
      <w:proofErr w:type="spellStart"/>
      <w:r w:rsidRPr="00501BA1">
        <w:rPr>
          <w:lang w:val="pl-PL"/>
        </w:rPr>
        <w:t>realizované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službě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potřebné</w:t>
      </w:r>
      <w:proofErr w:type="spellEnd"/>
      <w:r w:rsidRPr="00501BA1">
        <w:rPr>
          <w:lang w:val="pl-PL"/>
        </w:rPr>
        <w:t xml:space="preserve"> pro </w:t>
      </w:r>
      <w:proofErr w:type="spellStart"/>
      <w:r w:rsidRPr="00501BA1">
        <w:rPr>
          <w:lang w:val="pl-PL"/>
        </w:rPr>
        <w:t>ochranu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práv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zpravidla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uchováváme</w:t>
      </w:r>
      <w:proofErr w:type="spellEnd"/>
      <w:r w:rsidRPr="00501BA1">
        <w:rPr>
          <w:lang w:val="pl-PL"/>
        </w:rPr>
        <w:t xml:space="preserve"> po </w:t>
      </w:r>
      <w:proofErr w:type="spellStart"/>
      <w:r w:rsidRPr="00501BA1">
        <w:rPr>
          <w:lang w:val="pl-PL"/>
        </w:rPr>
        <w:t>dobu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tří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let</w:t>
      </w:r>
      <w:proofErr w:type="spellEnd"/>
      <w:r w:rsidRPr="00501BA1">
        <w:rPr>
          <w:lang w:val="pl-PL"/>
        </w:rPr>
        <w:t xml:space="preserve"> od </w:t>
      </w:r>
      <w:proofErr w:type="spellStart"/>
      <w:r w:rsidRPr="00501BA1">
        <w:rPr>
          <w:lang w:val="pl-PL"/>
        </w:rPr>
        <w:t>jejího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skončení</w:t>
      </w:r>
      <w:proofErr w:type="spellEnd"/>
      <w:r w:rsidRPr="00501BA1">
        <w:rPr>
          <w:lang w:val="pl-PL"/>
        </w:rPr>
        <w:t xml:space="preserve">; </w:t>
      </w:r>
      <w:proofErr w:type="spellStart"/>
      <w:r w:rsidRPr="00501BA1">
        <w:rPr>
          <w:lang w:val="pl-PL"/>
        </w:rPr>
        <w:t>při</w:t>
      </w:r>
      <w:proofErr w:type="spellEnd"/>
      <w:r w:rsidRPr="00501BA1">
        <w:rPr>
          <w:lang w:val="pl-PL"/>
        </w:rPr>
        <w:t xml:space="preserve"> sporu, </w:t>
      </w:r>
      <w:proofErr w:type="spellStart"/>
      <w:r w:rsidRPr="00501BA1">
        <w:rPr>
          <w:lang w:val="pl-PL"/>
        </w:rPr>
        <w:t>škodě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či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delší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relevantní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promlčecí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lhůtě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uchováváme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potřebné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podklady</w:t>
      </w:r>
      <w:proofErr w:type="spellEnd"/>
      <w:r w:rsidRPr="00501BA1">
        <w:rPr>
          <w:lang w:val="pl-PL"/>
        </w:rPr>
        <w:t xml:space="preserve"> po </w:t>
      </w:r>
      <w:proofErr w:type="spellStart"/>
      <w:r w:rsidRPr="00501BA1">
        <w:rPr>
          <w:lang w:val="pl-PL"/>
        </w:rPr>
        <w:t>odpovídající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dobu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Neznamená</w:t>
      </w:r>
      <w:proofErr w:type="spellEnd"/>
      <w:r w:rsidRPr="00501BA1">
        <w:rPr>
          <w:lang w:val="pl-PL"/>
        </w:rPr>
        <w:t xml:space="preserve"> to </w:t>
      </w:r>
      <w:proofErr w:type="spellStart"/>
      <w:r w:rsidRPr="00501BA1">
        <w:rPr>
          <w:lang w:val="pl-PL"/>
        </w:rPr>
        <w:t>plošné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uchování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každého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údaje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či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celé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korespondence</w:t>
      </w:r>
      <w:proofErr w:type="spellEnd"/>
      <w:r w:rsidRPr="00501BA1">
        <w:rPr>
          <w:lang w:val="pl-PL"/>
        </w:rPr>
        <w:t>.</w:t>
      </w:r>
    </w:p>
    <w:p w14:paraId="3D01213D" w14:textId="77777777" w:rsidR="009A3822" w:rsidRPr="00501BA1" w:rsidRDefault="00000000">
      <w:pPr>
        <w:rPr>
          <w:lang w:val="pl-PL"/>
        </w:rPr>
      </w:pPr>
      <w:proofErr w:type="spellStart"/>
      <w:r w:rsidRPr="00501BA1">
        <w:rPr>
          <w:lang w:val="pl-PL"/>
        </w:rPr>
        <w:t>Daňové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doklady</w:t>
      </w:r>
      <w:proofErr w:type="spellEnd"/>
      <w:r w:rsidRPr="00501BA1">
        <w:rPr>
          <w:lang w:val="pl-PL"/>
        </w:rPr>
        <w:t xml:space="preserve"> pro DPH </w:t>
      </w:r>
      <w:proofErr w:type="spellStart"/>
      <w:r w:rsidRPr="00501BA1">
        <w:rPr>
          <w:lang w:val="pl-PL"/>
        </w:rPr>
        <w:t>uchováváme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deset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let</w:t>
      </w:r>
      <w:proofErr w:type="spellEnd"/>
      <w:r w:rsidRPr="00501BA1">
        <w:rPr>
          <w:lang w:val="pl-PL"/>
        </w:rPr>
        <w:t xml:space="preserve"> od </w:t>
      </w:r>
      <w:proofErr w:type="spellStart"/>
      <w:r w:rsidRPr="00501BA1">
        <w:rPr>
          <w:lang w:val="pl-PL"/>
        </w:rPr>
        <w:t>konce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zdaňovacího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období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ve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kterém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plnění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uskutečnilo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Účetní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záznamy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uchováváme</w:t>
      </w:r>
      <w:proofErr w:type="spellEnd"/>
      <w:r w:rsidRPr="00501BA1">
        <w:rPr>
          <w:lang w:val="pl-PL"/>
        </w:rPr>
        <w:t xml:space="preserve"> podle </w:t>
      </w:r>
      <w:proofErr w:type="spellStart"/>
      <w:r w:rsidRPr="00501BA1">
        <w:rPr>
          <w:lang w:val="pl-PL"/>
        </w:rPr>
        <w:t>jejich</w:t>
      </w:r>
      <w:proofErr w:type="spellEnd"/>
      <w:r w:rsidRPr="00501BA1">
        <w:rPr>
          <w:lang w:val="pl-PL"/>
        </w:rPr>
        <w:t xml:space="preserve"> typu a </w:t>
      </w:r>
      <w:proofErr w:type="spellStart"/>
      <w:r w:rsidRPr="00501BA1">
        <w:rPr>
          <w:lang w:val="pl-PL"/>
        </w:rPr>
        <w:t>zákona</w:t>
      </w:r>
      <w:proofErr w:type="spellEnd"/>
      <w:r w:rsidRPr="00501BA1">
        <w:rPr>
          <w:lang w:val="pl-PL"/>
        </w:rPr>
        <w:t xml:space="preserve"> o </w:t>
      </w:r>
      <w:proofErr w:type="spellStart"/>
      <w:r w:rsidRPr="00501BA1">
        <w:rPr>
          <w:lang w:val="pl-PL"/>
        </w:rPr>
        <w:t>účetnictví</w:t>
      </w:r>
      <w:proofErr w:type="spellEnd"/>
      <w:r w:rsidRPr="00501BA1">
        <w:rPr>
          <w:lang w:val="pl-PL"/>
        </w:rPr>
        <w:t xml:space="preserve">; </w:t>
      </w:r>
      <w:proofErr w:type="spellStart"/>
      <w:r w:rsidRPr="00501BA1">
        <w:rPr>
          <w:lang w:val="pl-PL"/>
        </w:rPr>
        <w:t>standardně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účetní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doklady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pět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let</w:t>
      </w:r>
      <w:proofErr w:type="spellEnd"/>
      <w:r w:rsidRPr="00501BA1">
        <w:rPr>
          <w:lang w:val="pl-PL"/>
        </w:rPr>
        <w:t xml:space="preserve"> od </w:t>
      </w:r>
      <w:proofErr w:type="spellStart"/>
      <w:r w:rsidRPr="00501BA1">
        <w:rPr>
          <w:lang w:val="pl-PL"/>
        </w:rPr>
        <w:t>konce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příslušného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účetního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období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účetní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závěrky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deset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let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Pokud</w:t>
      </w:r>
      <w:proofErr w:type="spellEnd"/>
      <w:r w:rsidRPr="00501BA1">
        <w:rPr>
          <w:lang w:val="pl-PL"/>
        </w:rPr>
        <w:t xml:space="preserve"> dokument </w:t>
      </w:r>
      <w:proofErr w:type="spellStart"/>
      <w:r w:rsidRPr="00501BA1">
        <w:rPr>
          <w:lang w:val="pl-PL"/>
        </w:rPr>
        <w:t>podléhá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více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povinnostem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dodržujeme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použitelnou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delší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lhůtu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Zvláštní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okolnosti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mohou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zákonnou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dobu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prodloužit</w:t>
      </w:r>
      <w:proofErr w:type="spellEnd"/>
      <w:r w:rsidRPr="00501BA1">
        <w:rPr>
          <w:lang w:val="pl-PL"/>
        </w:rPr>
        <w:t>.</w:t>
      </w:r>
    </w:p>
    <w:p w14:paraId="6F64F501" w14:textId="77777777" w:rsidR="009A3822" w:rsidRPr="00501BA1" w:rsidRDefault="00000000">
      <w:pPr>
        <w:rPr>
          <w:lang w:val="pl-PL"/>
        </w:rPr>
      </w:pPr>
      <w:r w:rsidRPr="00501BA1">
        <w:rPr>
          <w:lang w:val="pl-PL"/>
        </w:rPr>
        <w:t xml:space="preserve">Kontakty pro marketing na </w:t>
      </w:r>
      <w:proofErr w:type="spellStart"/>
      <w:r w:rsidRPr="00501BA1">
        <w:rPr>
          <w:lang w:val="pl-PL"/>
        </w:rPr>
        <w:t>základě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souhlasu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používáme</w:t>
      </w:r>
      <w:proofErr w:type="spellEnd"/>
      <w:r w:rsidRPr="00501BA1">
        <w:rPr>
          <w:lang w:val="pl-PL"/>
        </w:rPr>
        <w:t xml:space="preserve"> do </w:t>
      </w:r>
      <w:proofErr w:type="spellStart"/>
      <w:r w:rsidRPr="00501BA1">
        <w:rPr>
          <w:lang w:val="pl-PL"/>
        </w:rPr>
        <w:t>jeho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odvolání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nejdéle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však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tři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roky</w:t>
      </w:r>
      <w:proofErr w:type="spellEnd"/>
      <w:r w:rsidRPr="00501BA1">
        <w:rPr>
          <w:lang w:val="pl-PL"/>
        </w:rPr>
        <w:t xml:space="preserve"> od </w:t>
      </w:r>
      <w:proofErr w:type="spellStart"/>
      <w:r w:rsidRPr="00501BA1">
        <w:rPr>
          <w:lang w:val="pl-PL"/>
        </w:rPr>
        <w:t>udělení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nebo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posledního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výslovného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obnovení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Obyčejné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otevření</w:t>
      </w:r>
      <w:proofErr w:type="spellEnd"/>
      <w:r w:rsidRPr="00501BA1">
        <w:rPr>
          <w:lang w:val="pl-PL"/>
        </w:rPr>
        <w:t xml:space="preserve"> e-mailu ani </w:t>
      </w:r>
      <w:proofErr w:type="spellStart"/>
      <w:r w:rsidRPr="00501BA1">
        <w:rPr>
          <w:lang w:val="pl-PL"/>
        </w:rPr>
        <w:t>další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nákup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souhlas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automaticky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neobnovují</w:t>
      </w:r>
      <w:proofErr w:type="spellEnd"/>
      <w:r w:rsidRPr="00501BA1">
        <w:rPr>
          <w:lang w:val="pl-PL"/>
        </w:rPr>
        <w:t xml:space="preserve">. U </w:t>
      </w:r>
      <w:proofErr w:type="spellStart"/>
      <w:r w:rsidRPr="00501BA1">
        <w:rPr>
          <w:lang w:val="pl-PL"/>
        </w:rPr>
        <w:t>zákaznické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výjimky</w:t>
      </w:r>
      <w:proofErr w:type="spellEnd"/>
      <w:r w:rsidRPr="00501BA1">
        <w:rPr>
          <w:lang w:val="pl-PL"/>
        </w:rPr>
        <w:t xml:space="preserve"> je doba </w:t>
      </w:r>
      <w:proofErr w:type="spellStart"/>
      <w:r w:rsidRPr="00501BA1">
        <w:rPr>
          <w:lang w:val="pl-PL"/>
        </w:rPr>
        <w:t>nejvýše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tři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roky</w:t>
      </w:r>
      <w:proofErr w:type="spellEnd"/>
      <w:r w:rsidRPr="00501BA1">
        <w:rPr>
          <w:lang w:val="pl-PL"/>
        </w:rPr>
        <w:t xml:space="preserve"> od </w:t>
      </w:r>
      <w:proofErr w:type="spellStart"/>
      <w:r w:rsidRPr="00501BA1">
        <w:rPr>
          <w:lang w:val="pl-PL"/>
        </w:rPr>
        <w:t>posledního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nákupu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vždy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při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splnění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všech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zákonných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podmínek</w:t>
      </w:r>
      <w:proofErr w:type="spellEnd"/>
      <w:r w:rsidRPr="00501BA1">
        <w:rPr>
          <w:lang w:val="pl-PL"/>
        </w:rPr>
        <w:t xml:space="preserve"> a do </w:t>
      </w:r>
      <w:proofErr w:type="spellStart"/>
      <w:r w:rsidRPr="00501BA1">
        <w:rPr>
          <w:lang w:val="pl-PL"/>
        </w:rPr>
        <w:t>případného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odmítnutí</w:t>
      </w:r>
      <w:proofErr w:type="spellEnd"/>
      <w:r w:rsidRPr="00501BA1">
        <w:rPr>
          <w:lang w:val="pl-PL"/>
        </w:rPr>
        <w:t>.</w:t>
      </w:r>
    </w:p>
    <w:p w14:paraId="0F180B05" w14:textId="77777777" w:rsidR="009A3822" w:rsidRPr="00501BA1" w:rsidRDefault="00000000">
      <w:pPr>
        <w:rPr>
          <w:lang w:val="pl-PL"/>
        </w:rPr>
      </w:pPr>
      <w:proofErr w:type="spellStart"/>
      <w:r w:rsidRPr="00501BA1">
        <w:rPr>
          <w:lang w:val="pl-PL"/>
        </w:rPr>
        <w:t>Doklad</w:t>
      </w:r>
      <w:proofErr w:type="spellEnd"/>
      <w:r w:rsidRPr="00501BA1">
        <w:rPr>
          <w:lang w:val="pl-PL"/>
        </w:rPr>
        <w:t xml:space="preserve"> o </w:t>
      </w:r>
      <w:proofErr w:type="spellStart"/>
      <w:r w:rsidRPr="00501BA1">
        <w:rPr>
          <w:lang w:val="pl-PL"/>
        </w:rPr>
        <w:t>souhlasu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jeho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odvolání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uchováváme</w:t>
      </w:r>
      <w:proofErr w:type="spellEnd"/>
      <w:r w:rsidRPr="00501BA1">
        <w:rPr>
          <w:lang w:val="pl-PL"/>
        </w:rPr>
        <w:t xml:space="preserve"> v </w:t>
      </w:r>
      <w:proofErr w:type="spellStart"/>
      <w:r w:rsidRPr="00501BA1">
        <w:rPr>
          <w:lang w:val="pl-PL"/>
        </w:rPr>
        <w:t>přiměřeném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omezeném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rozsahu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zpravidla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tři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roky</w:t>
      </w:r>
      <w:proofErr w:type="spellEnd"/>
      <w:r w:rsidRPr="00501BA1">
        <w:rPr>
          <w:lang w:val="pl-PL"/>
        </w:rPr>
        <w:t xml:space="preserve"> po </w:t>
      </w:r>
      <w:proofErr w:type="spellStart"/>
      <w:r w:rsidRPr="00501BA1">
        <w:rPr>
          <w:lang w:val="pl-PL"/>
        </w:rPr>
        <w:t>skončení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příslušného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marketingového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zpracování</w:t>
      </w:r>
      <w:proofErr w:type="spellEnd"/>
      <w:r w:rsidRPr="00501BA1">
        <w:rPr>
          <w:lang w:val="pl-PL"/>
        </w:rPr>
        <w:t xml:space="preserve"> pro </w:t>
      </w:r>
      <w:proofErr w:type="spellStart"/>
      <w:r w:rsidRPr="00501BA1">
        <w:rPr>
          <w:lang w:val="pl-PL"/>
        </w:rPr>
        <w:t>doložení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zákonnosti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Minimální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záznam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odmítnutého</w:t>
      </w:r>
      <w:proofErr w:type="spellEnd"/>
      <w:r w:rsidRPr="00501BA1">
        <w:rPr>
          <w:lang w:val="pl-PL"/>
        </w:rPr>
        <w:t xml:space="preserve"> kontaktu </w:t>
      </w:r>
      <w:proofErr w:type="spellStart"/>
      <w:r w:rsidRPr="00501BA1">
        <w:rPr>
          <w:lang w:val="pl-PL"/>
        </w:rPr>
        <w:t>uchováváme</w:t>
      </w:r>
      <w:proofErr w:type="spellEnd"/>
      <w:r w:rsidRPr="00501BA1">
        <w:rPr>
          <w:lang w:val="pl-PL"/>
        </w:rPr>
        <w:t xml:space="preserve"> po </w:t>
      </w:r>
      <w:proofErr w:type="spellStart"/>
      <w:r w:rsidRPr="00501BA1">
        <w:rPr>
          <w:lang w:val="pl-PL"/>
        </w:rPr>
        <w:t>dobu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kdy</w:t>
      </w:r>
      <w:proofErr w:type="spellEnd"/>
      <w:r w:rsidRPr="00501BA1">
        <w:rPr>
          <w:lang w:val="pl-PL"/>
        </w:rPr>
        <w:t xml:space="preserve"> je to </w:t>
      </w:r>
      <w:proofErr w:type="spellStart"/>
      <w:r w:rsidRPr="00501BA1">
        <w:rPr>
          <w:lang w:val="pl-PL"/>
        </w:rPr>
        <w:t>nezbytné</w:t>
      </w:r>
      <w:proofErr w:type="spellEnd"/>
      <w:r w:rsidRPr="00501BA1">
        <w:rPr>
          <w:lang w:val="pl-PL"/>
        </w:rPr>
        <w:t xml:space="preserve"> k </w:t>
      </w:r>
      <w:proofErr w:type="spellStart"/>
      <w:r w:rsidRPr="00501BA1">
        <w:rPr>
          <w:lang w:val="pl-PL"/>
        </w:rPr>
        <w:t>zabránění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dalšího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nechtěného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oslovení</w:t>
      </w:r>
      <w:proofErr w:type="spellEnd"/>
      <w:r w:rsidRPr="00501BA1">
        <w:rPr>
          <w:lang w:val="pl-PL"/>
        </w:rPr>
        <w:t xml:space="preserve">, a </w:t>
      </w:r>
      <w:proofErr w:type="spellStart"/>
      <w:r w:rsidRPr="00501BA1">
        <w:rPr>
          <w:lang w:val="pl-PL"/>
        </w:rPr>
        <w:t>jeho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potřebnost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pravidelně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přezkoumáváme</w:t>
      </w:r>
      <w:proofErr w:type="spellEnd"/>
      <w:r w:rsidRPr="00501BA1">
        <w:rPr>
          <w:lang w:val="pl-PL"/>
        </w:rPr>
        <w:t xml:space="preserve">; </w:t>
      </w:r>
      <w:proofErr w:type="spellStart"/>
      <w:r w:rsidRPr="00501BA1">
        <w:rPr>
          <w:lang w:val="pl-PL"/>
        </w:rPr>
        <w:t>nepoužíváme</w:t>
      </w:r>
      <w:proofErr w:type="spellEnd"/>
      <w:r w:rsidRPr="00501BA1">
        <w:rPr>
          <w:lang w:val="pl-PL"/>
        </w:rPr>
        <w:t xml:space="preserve"> jej pro marketing.</w:t>
      </w:r>
    </w:p>
    <w:p w14:paraId="286B88C6" w14:textId="77777777" w:rsidR="009A3822" w:rsidRPr="00501BA1" w:rsidRDefault="00000000">
      <w:pPr>
        <w:rPr>
          <w:lang w:val="pl-PL"/>
        </w:rPr>
      </w:pPr>
      <w:proofErr w:type="spellStart"/>
      <w:r w:rsidRPr="00501BA1">
        <w:rPr>
          <w:lang w:val="pl-PL"/>
        </w:rPr>
        <w:t>Propagační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záznamy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používáme</w:t>
      </w:r>
      <w:proofErr w:type="spellEnd"/>
      <w:r w:rsidRPr="00501BA1">
        <w:rPr>
          <w:lang w:val="pl-PL"/>
        </w:rPr>
        <w:t xml:space="preserve"> po </w:t>
      </w:r>
      <w:proofErr w:type="spellStart"/>
      <w:r w:rsidRPr="00501BA1">
        <w:rPr>
          <w:lang w:val="pl-PL"/>
        </w:rPr>
        <w:t>dobu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konkrétního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souhlasu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nejvýše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tři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roky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nebo</w:t>
      </w:r>
      <w:proofErr w:type="spellEnd"/>
      <w:r w:rsidRPr="00501BA1">
        <w:rPr>
          <w:lang w:val="pl-PL"/>
        </w:rPr>
        <w:t xml:space="preserve"> do </w:t>
      </w:r>
      <w:proofErr w:type="spellStart"/>
      <w:r w:rsidRPr="00501BA1">
        <w:rPr>
          <w:lang w:val="pl-PL"/>
        </w:rPr>
        <w:t>jeho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odvolání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Nepoužité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záznamy</w:t>
      </w:r>
      <w:proofErr w:type="spellEnd"/>
      <w:r w:rsidRPr="00501BA1">
        <w:rPr>
          <w:lang w:val="pl-PL"/>
        </w:rPr>
        <w:t xml:space="preserve"> bez </w:t>
      </w:r>
      <w:proofErr w:type="spellStart"/>
      <w:r w:rsidRPr="00501BA1">
        <w:rPr>
          <w:lang w:val="pl-PL"/>
        </w:rPr>
        <w:t>oprávnění</w:t>
      </w:r>
      <w:proofErr w:type="spellEnd"/>
      <w:r w:rsidRPr="00501BA1">
        <w:rPr>
          <w:lang w:val="pl-PL"/>
        </w:rPr>
        <w:t xml:space="preserve"> k </w:t>
      </w:r>
      <w:proofErr w:type="spellStart"/>
      <w:r w:rsidRPr="00501BA1">
        <w:rPr>
          <w:lang w:val="pl-PL"/>
        </w:rPr>
        <w:t>propagaci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neponecháváme</w:t>
      </w:r>
      <w:proofErr w:type="spellEnd"/>
      <w:r w:rsidRPr="00501BA1">
        <w:rPr>
          <w:lang w:val="pl-PL"/>
        </w:rPr>
        <w:t xml:space="preserve"> v </w:t>
      </w:r>
      <w:proofErr w:type="spellStart"/>
      <w:r w:rsidRPr="00501BA1">
        <w:rPr>
          <w:lang w:val="pl-PL"/>
        </w:rPr>
        <w:t>propagační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databázi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Individuální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údaje</w:t>
      </w:r>
      <w:proofErr w:type="spellEnd"/>
      <w:r w:rsidRPr="00501BA1">
        <w:rPr>
          <w:lang w:val="pl-PL"/>
        </w:rPr>
        <w:t xml:space="preserve"> o </w:t>
      </w:r>
      <w:proofErr w:type="spellStart"/>
      <w:r w:rsidRPr="00501BA1">
        <w:rPr>
          <w:lang w:val="pl-PL"/>
        </w:rPr>
        <w:t>otevření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prokliku</w:t>
      </w:r>
      <w:proofErr w:type="spellEnd"/>
      <w:r w:rsidRPr="00501BA1">
        <w:rPr>
          <w:lang w:val="pl-PL"/>
        </w:rPr>
        <w:t xml:space="preserve"> newsletteru </w:t>
      </w:r>
      <w:proofErr w:type="spellStart"/>
      <w:r w:rsidRPr="00501BA1">
        <w:rPr>
          <w:lang w:val="pl-PL"/>
        </w:rPr>
        <w:t>uchováváme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nejdéle</w:t>
      </w:r>
      <w:proofErr w:type="spellEnd"/>
      <w:r w:rsidRPr="00501BA1">
        <w:rPr>
          <w:lang w:val="pl-PL"/>
        </w:rPr>
        <w:t xml:space="preserve"> 12 </w:t>
      </w:r>
      <w:proofErr w:type="spellStart"/>
      <w:r w:rsidRPr="00501BA1">
        <w:rPr>
          <w:lang w:val="pl-PL"/>
        </w:rPr>
        <w:t>měsíců</w:t>
      </w:r>
      <w:proofErr w:type="spellEnd"/>
      <w:r w:rsidRPr="00501BA1">
        <w:rPr>
          <w:lang w:val="pl-PL"/>
        </w:rPr>
        <w:t xml:space="preserve"> od </w:t>
      </w:r>
      <w:proofErr w:type="spellStart"/>
      <w:r w:rsidRPr="00501BA1">
        <w:rPr>
          <w:lang w:val="pl-PL"/>
        </w:rPr>
        <w:t>příslušné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události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nebo</w:t>
      </w:r>
      <w:proofErr w:type="spellEnd"/>
      <w:r w:rsidRPr="00501BA1">
        <w:rPr>
          <w:lang w:val="pl-PL"/>
        </w:rPr>
        <w:t xml:space="preserve"> do </w:t>
      </w:r>
      <w:proofErr w:type="spellStart"/>
      <w:r w:rsidRPr="00501BA1">
        <w:rPr>
          <w:lang w:val="pl-PL"/>
        </w:rPr>
        <w:t>odvolání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souhlasu</w:t>
      </w:r>
      <w:proofErr w:type="spellEnd"/>
      <w:r w:rsidRPr="00501BA1">
        <w:rPr>
          <w:lang w:val="pl-PL"/>
        </w:rPr>
        <w:t xml:space="preserve"> s </w:t>
      </w:r>
      <w:proofErr w:type="spellStart"/>
      <w:r w:rsidRPr="00501BA1">
        <w:rPr>
          <w:lang w:val="pl-PL"/>
        </w:rPr>
        <w:t>měřením</w:t>
      </w:r>
      <w:proofErr w:type="spellEnd"/>
      <w:r w:rsidRPr="00501BA1">
        <w:rPr>
          <w:lang w:val="pl-PL"/>
        </w:rPr>
        <w:t xml:space="preserve">; po </w:t>
      </w:r>
      <w:proofErr w:type="spellStart"/>
      <w:r w:rsidRPr="00501BA1">
        <w:rPr>
          <w:lang w:val="pl-PL"/>
        </w:rPr>
        <w:t>skončení</w:t>
      </w:r>
      <w:proofErr w:type="spellEnd"/>
      <w:r w:rsidRPr="00501BA1">
        <w:rPr>
          <w:lang w:val="pl-PL"/>
        </w:rPr>
        <w:t xml:space="preserve"> je </w:t>
      </w:r>
      <w:proofErr w:type="spellStart"/>
      <w:r w:rsidRPr="00501BA1">
        <w:rPr>
          <w:lang w:val="pl-PL"/>
        </w:rPr>
        <w:t>smažeme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nebo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nevratně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anonymizujeme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pokud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zákon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nevyžaduje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ponechat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omezený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důkaz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Skutečně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anonymní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souhrnné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statistiky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již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nejsou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osobními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údaji</w:t>
      </w:r>
      <w:proofErr w:type="spellEnd"/>
      <w:r w:rsidRPr="00501BA1">
        <w:rPr>
          <w:lang w:val="pl-PL"/>
        </w:rPr>
        <w:t>.</w:t>
      </w:r>
    </w:p>
    <w:p w14:paraId="406AD21F" w14:textId="39D8DB3B" w:rsidR="009A3822" w:rsidRPr="00501BA1" w:rsidRDefault="00000000">
      <w:pPr>
        <w:rPr>
          <w:lang w:val="pl-PL"/>
        </w:rPr>
      </w:pPr>
      <w:r w:rsidRPr="00501BA1">
        <w:rPr>
          <w:lang w:val="pl-PL"/>
        </w:rPr>
        <w:t xml:space="preserve">Pro </w:t>
      </w:r>
      <w:proofErr w:type="spellStart"/>
      <w:r w:rsidRPr="00501BA1">
        <w:rPr>
          <w:lang w:val="pl-PL"/>
        </w:rPr>
        <w:t>běžné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provozní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bezpečnostní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logy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které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spravujeme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stanovujeme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lhůtu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nejvýše</w:t>
      </w:r>
      <w:proofErr w:type="spellEnd"/>
      <w:r w:rsidRPr="00501BA1">
        <w:rPr>
          <w:lang w:val="pl-PL"/>
        </w:rPr>
        <w:t xml:space="preserve"> 90 </w:t>
      </w:r>
      <w:proofErr w:type="spellStart"/>
      <w:r w:rsidRPr="00501BA1">
        <w:rPr>
          <w:lang w:val="pl-PL"/>
        </w:rPr>
        <w:t>dní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Záznamy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potřebné</w:t>
      </w:r>
      <w:proofErr w:type="spellEnd"/>
      <w:r w:rsidRPr="00501BA1">
        <w:rPr>
          <w:lang w:val="pl-PL"/>
        </w:rPr>
        <w:t xml:space="preserve"> pro </w:t>
      </w:r>
      <w:proofErr w:type="spellStart"/>
      <w:r w:rsidRPr="00501BA1">
        <w:rPr>
          <w:lang w:val="pl-PL"/>
        </w:rPr>
        <w:t>řešení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incidentu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či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právního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nároku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uchováváme</w:t>
      </w:r>
      <w:proofErr w:type="spellEnd"/>
      <w:r w:rsidRPr="00501BA1">
        <w:rPr>
          <w:lang w:val="pl-PL"/>
        </w:rPr>
        <w:t xml:space="preserve"> jen po </w:t>
      </w:r>
      <w:proofErr w:type="spellStart"/>
      <w:r w:rsidRPr="00501BA1">
        <w:rPr>
          <w:lang w:val="pl-PL"/>
        </w:rPr>
        <w:t>nezbytnou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dobu</w:t>
      </w:r>
      <w:proofErr w:type="spellEnd"/>
      <w:r w:rsidRPr="00501BA1">
        <w:rPr>
          <w:lang w:val="pl-PL"/>
        </w:rPr>
        <w:t xml:space="preserve">. </w:t>
      </w:r>
    </w:p>
    <w:p w14:paraId="5D0BBFF5" w14:textId="77777777" w:rsidR="009A3822" w:rsidRPr="00501BA1" w:rsidRDefault="00000000">
      <w:pPr>
        <w:pStyle w:val="Nadpis1"/>
        <w:rPr>
          <w:lang w:val="pl-PL"/>
        </w:rPr>
      </w:pPr>
      <w:r w:rsidRPr="00501BA1">
        <w:rPr>
          <w:lang w:val="pl-PL"/>
        </w:rPr>
        <w:t xml:space="preserve">10 </w:t>
      </w:r>
      <w:proofErr w:type="spellStart"/>
      <w:r w:rsidRPr="00501BA1">
        <w:rPr>
          <w:lang w:val="pl-PL"/>
        </w:rPr>
        <w:t>Cookies</w:t>
      </w:r>
      <w:proofErr w:type="spellEnd"/>
    </w:p>
    <w:p w14:paraId="26D00BE6" w14:textId="77777777" w:rsidR="009A3822" w:rsidRPr="00501BA1" w:rsidRDefault="00000000">
      <w:pPr>
        <w:rPr>
          <w:lang w:val="pl-PL"/>
        </w:rPr>
      </w:pPr>
      <w:proofErr w:type="spellStart"/>
      <w:r w:rsidRPr="00501BA1">
        <w:rPr>
          <w:lang w:val="pl-PL"/>
        </w:rPr>
        <w:t>Nezbytné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cookies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obdobná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úložiště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slouží</w:t>
      </w:r>
      <w:proofErr w:type="spellEnd"/>
      <w:r w:rsidRPr="00501BA1">
        <w:rPr>
          <w:lang w:val="pl-PL"/>
        </w:rPr>
        <w:t xml:space="preserve"> k </w:t>
      </w:r>
      <w:proofErr w:type="spellStart"/>
      <w:r w:rsidRPr="00501BA1">
        <w:rPr>
          <w:lang w:val="pl-PL"/>
        </w:rPr>
        <w:t>provozu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zabezpečení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webu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zajištění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vyžádaných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funkcí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zapamatování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nastavení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cookies</w:t>
      </w:r>
      <w:proofErr w:type="spellEnd"/>
      <w:r w:rsidRPr="00501BA1">
        <w:rPr>
          <w:lang w:val="pl-PL"/>
        </w:rPr>
        <w:t xml:space="preserve">. Pro </w:t>
      </w:r>
      <w:proofErr w:type="spellStart"/>
      <w:r w:rsidRPr="00501BA1">
        <w:rPr>
          <w:lang w:val="pl-PL"/>
        </w:rPr>
        <w:t>uložení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čtení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skutečně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nezbytných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technologií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souhlas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nevyžaduje</w:t>
      </w:r>
      <w:proofErr w:type="spellEnd"/>
      <w:r w:rsidRPr="00501BA1">
        <w:rPr>
          <w:lang w:val="pl-PL"/>
        </w:rPr>
        <w:t xml:space="preserve">. Pro </w:t>
      </w:r>
      <w:proofErr w:type="spellStart"/>
      <w:r w:rsidRPr="00501BA1">
        <w:rPr>
          <w:lang w:val="pl-PL"/>
        </w:rPr>
        <w:t>následné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zpracování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osobních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údajů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používáme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odpovídající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právní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základ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zejména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oprávněný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zájem</w:t>
      </w:r>
      <w:proofErr w:type="spellEnd"/>
      <w:r w:rsidRPr="00501BA1">
        <w:rPr>
          <w:lang w:val="pl-PL"/>
        </w:rPr>
        <w:t xml:space="preserve"> na </w:t>
      </w:r>
      <w:proofErr w:type="spellStart"/>
      <w:r w:rsidRPr="00501BA1">
        <w:rPr>
          <w:lang w:val="pl-PL"/>
        </w:rPr>
        <w:t>bezpečném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provozu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nebo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splnění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vyžádané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funkce</w:t>
      </w:r>
      <w:proofErr w:type="spellEnd"/>
      <w:r w:rsidRPr="00501BA1">
        <w:rPr>
          <w:lang w:val="pl-PL"/>
        </w:rPr>
        <w:t>.</w:t>
      </w:r>
    </w:p>
    <w:p w14:paraId="16652DA1" w14:textId="77777777" w:rsidR="009A3822" w:rsidRPr="00501BA1" w:rsidRDefault="00000000">
      <w:pPr>
        <w:rPr>
          <w:lang w:val="pl-PL"/>
        </w:rPr>
      </w:pPr>
      <w:proofErr w:type="spellStart"/>
      <w:r w:rsidRPr="00501BA1">
        <w:rPr>
          <w:lang w:val="pl-PL"/>
        </w:rPr>
        <w:t>Nastavení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cookies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můžete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kdykoli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změnit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prostřednictvím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cookies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lišty</w:t>
      </w:r>
      <w:proofErr w:type="spellEnd"/>
      <w:r w:rsidRPr="00501BA1">
        <w:rPr>
          <w:lang w:val="pl-PL"/>
        </w:rPr>
        <w:t xml:space="preserve"> na </w:t>
      </w:r>
      <w:proofErr w:type="spellStart"/>
      <w:r w:rsidRPr="00501BA1">
        <w:rPr>
          <w:lang w:val="pl-PL"/>
        </w:rPr>
        <w:t>našem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webu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Pokud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jsou</w:t>
      </w:r>
      <w:proofErr w:type="spellEnd"/>
      <w:r w:rsidRPr="00501BA1">
        <w:rPr>
          <w:lang w:val="pl-PL"/>
        </w:rPr>
        <w:t xml:space="preserve"> na </w:t>
      </w:r>
      <w:proofErr w:type="spellStart"/>
      <w:r w:rsidRPr="00501BA1">
        <w:rPr>
          <w:lang w:val="pl-PL"/>
        </w:rPr>
        <w:t>webu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použity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volitelné</w:t>
      </w:r>
      <w:proofErr w:type="spellEnd"/>
      <w:r w:rsidRPr="00501BA1">
        <w:rPr>
          <w:lang w:val="pl-PL"/>
        </w:rPr>
        <w:t xml:space="preserve"> technologie, </w:t>
      </w:r>
      <w:proofErr w:type="spellStart"/>
      <w:r w:rsidRPr="00501BA1">
        <w:rPr>
          <w:lang w:val="pl-PL"/>
        </w:rPr>
        <w:t>lišta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umožňuje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jejich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přijetí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odmítnutí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volbu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jednotlivých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účelů</w:t>
      </w:r>
      <w:proofErr w:type="spellEnd"/>
      <w:r w:rsidRPr="00501BA1">
        <w:rPr>
          <w:lang w:val="pl-PL"/>
        </w:rPr>
        <w:t xml:space="preserve">; </w:t>
      </w:r>
      <w:proofErr w:type="spellStart"/>
      <w:r w:rsidRPr="00501BA1">
        <w:rPr>
          <w:lang w:val="pl-PL"/>
        </w:rPr>
        <w:t>aktivují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lastRenderedPageBreak/>
        <w:t>pouze</w:t>
      </w:r>
      <w:proofErr w:type="spellEnd"/>
      <w:r w:rsidRPr="00501BA1">
        <w:rPr>
          <w:lang w:val="pl-PL"/>
        </w:rPr>
        <w:t xml:space="preserve"> po </w:t>
      </w:r>
      <w:proofErr w:type="spellStart"/>
      <w:r w:rsidRPr="00501BA1">
        <w:rPr>
          <w:lang w:val="pl-PL"/>
        </w:rPr>
        <w:t>udělení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odpovídajícího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souhlasu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Souhlas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můžete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stejně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snadno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odvolat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Používání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nezbytných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funkcí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webu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podmíněno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souhlasem</w:t>
      </w:r>
      <w:proofErr w:type="spellEnd"/>
      <w:r w:rsidRPr="00501BA1">
        <w:rPr>
          <w:lang w:val="pl-PL"/>
        </w:rPr>
        <w:t xml:space="preserve"> s </w:t>
      </w:r>
      <w:proofErr w:type="spellStart"/>
      <w:r w:rsidRPr="00501BA1">
        <w:rPr>
          <w:lang w:val="pl-PL"/>
        </w:rPr>
        <w:t>volitelnými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technologiemi</w:t>
      </w:r>
      <w:proofErr w:type="spellEnd"/>
      <w:r w:rsidRPr="00501BA1">
        <w:rPr>
          <w:lang w:val="pl-PL"/>
        </w:rPr>
        <w:t>.</w:t>
      </w:r>
    </w:p>
    <w:p w14:paraId="4294405F" w14:textId="77777777" w:rsidR="009A3822" w:rsidRPr="00501BA1" w:rsidRDefault="00000000">
      <w:pPr>
        <w:pStyle w:val="Nadpis1"/>
        <w:rPr>
          <w:lang w:val="pl-PL"/>
        </w:rPr>
      </w:pPr>
      <w:r w:rsidRPr="00501BA1">
        <w:rPr>
          <w:lang w:val="pl-PL"/>
        </w:rPr>
        <w:t xml:space="preserve">11 </w:t>
      </w:r>
      <w:proofErr w:type="spellStart"/>
      <w:r w:rsidRPr="00501BA1">
        <w:rPr>
          <w:lang w:val="pl-PL"/>
        </w:rPr>
        <w:t>Vaše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práva</w:t>
      </w:r>
      <w:proofErr w:type="spellEnd"/>
    </w:p>
    <w:p w14:paraId="4C764FE8" w14:textId="77777777" w:rsidR="009A3822" w:rsidRPr="00501BA1" w:rsidRDefault="00000000">
      <w:pPr>
        <w:rPr>
          <w:lang w:val="pl-PL"/>
        </w:rPr>
      </w:pPr>
      <w:r w:rsidRPr="00501BA1">
        <w:rPr>
          <w:lang w:val="pl-PL"/>
        </w:rPr>
        <w:t xml:space="preserve">Za </w:t>
      </w:r>
      <w:proofErr w:type="spellStart"/>
      <w:r w:rsidRPr="00501BA1">
        <w:rPr>
          <w:lang w:val="pl-PL"/>
        </w:rPr>
        <w:t>podmínek</w:t>
      </w:r>
      <w:proofErr w:type="spellEnd"/>
      <w:r w:rsidRPr="00501BA1">
        <w:rPr>
          <w:lang w:val="pl-PL"/>
        </w:rPr>
        <w:t xml:space="preserve"> GDPR </w:t>
      </w:r>
      <w:proofErr w:type="spellStart"/>
      <w:r w:rsidRPr="00501BA1">
        <w:rPr>
          <w:lang w:val="pl-PL"/>
        </w:rPr>
        <w:t>máte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právo</w:t>
      </w:r>
      <w:proofErr w:type="spellEnd"/>
      <w:r w:rsidRPr="00501BA1">
        <w:rPr>
          <w:lang w:val="pl-PL"/>
        </w:rPr>
        <w:t xml:space="preserve"> na </w:t>
      </w:r>
      <w:proofErr w:type="spellStart"/>
      <w:r w:rsidRPr="00501BA1">
        <w:rPr>
          <w:lang w:val="pl-PL"/>
        </w:rPr>
        <w:t>přístup</w:t>
      </w:r>
      <w:proofErr w:type="spellEnd"/>
      <w:r w:rsidRPr="00501BA1">
        <w:rPr>
          <w:lang w:val="pl-PL"/>
        </w:rPr>
        <w:t xml:space="preserve"> k </w:t>
      </w:r>
      <w:proofErr w:type="spellStart"/>
      <w:r w:rsidRPr="00501BA1">
        <w:rPr>
          <w:lang w:val="pl-PL"/>
        </w:rPr>
        <w:t>údajům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jejich</w:t>
      </w:r>
      <w:proofErr w:type="spellEnd"/>
      <w:r w:rsidRPr="00501BA1">
        <w:rPr>
          <w:lang w:val="pl-PL"/>
        </w:rPr>
        <w:t xml:space="preserve"> kopii, </w:t>
      </w:r>
      <w:proofErr w:type="spellStart"/>
      <w:r w:rsidRPr="00501BA1">
        <w:rPr>
          <w:lang w:val="pl-PL"/>
        </w:rPr>
        <w:t>opravu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výmaz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omezení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zpracování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přenositelnost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Přenositelnost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týká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automatizovaného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zpracování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založeného</w:t>
      </w:r>
      <w:proofErr w:type="spellEnd"/>
      <w:r w:rsidRPr="00501BA1">
        <w:rPr>
          <w:lang w:val="pl-PL"/>
        </w:rPr>
        <w:t xml:space="preserve"> na </w:t>
      </w:r>
      <w:proofErr w:type="spellStart"/>
      <w:r w:rsidRPr="00501BA1">
        <w:rPr>
          <w:lang w:val="pl-PL"/>
        </w:rPr>
        <w:t>souhlasu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nebo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smlouvě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nevztahuje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automaticky</w:t>
      </w:r>
      <w:proofErr w:type="spellEnd"/>
      <w:r w:rsidRPr="00501BA1">
        <w:rPr>
          <w:lang w:val="pl-PL"/>
        </w:rPr>
        <w:t xml:space="preserve"> na </w:t>
      </w:r>
      <w:proofErr w:type="spellStart"/>
      <w:r w:rsidRPr="00501BA1">
        <w:rPr>
          <w:lang w:val="pl-PL"/>
        </w:rPr>
        <w:t>všechny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podklady</w:t>
      </w:r>
      <w:proofErr w:type="spellEnd"/>
      <w:r w:rsidRPr="00501BA1">
        <w:rPr>
          <w:lang w:val="pl-PL"/>
        </w:rPr>
        <w:t>.</w:t>
      </w:r>
    </w:p>
    <w:p w14:paraId="71E4577D" w14:textId="77777777" w:rsidR="009A3822" w:rsidRPr="00501BA1" w:rsidRDefault="00000000">
      <w:pPr>
        <w:rPr>
          <w:lang w:val="pl-PL"/>
        </w:rPr>
      </w:pPr>
      <w:proofErr w:type="spellStart"/>
      <w:r w:rsidRPr="00501BA1">
        <w:rPr>
          <w:lang w:val="pl-PL"/>
        </w:rPr>
        <w:t>Máte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právo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vznést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námitku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proti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zpracování</w:t>
      </w:r>
      <w:proofErr w:type="spellEnd"/>
      <w:r w:rsidRPr="00501BA1">
        <w:rPr>
          <w:lang w:val="pl-PL"/>
        </w:rPr>
        <w:t xml:space="preserve"> na </w:t>
      </w:r>
      <w:proofErr w:type="spellStart"/>
      <w:r w:rsidRPr="00501BA1">
        <w:rPr>
          <w:lang w:val="pl-PL"/>
        </w:rPr>
        <w:t>základě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oprávněného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zájmu</w:t>
      </w:r>
      <w:proofErr w:type="spellEnd"/>
      <w:r w:rsidRPr="00501BA1">
        <w:rPr>
          <w:lang w:val="pl-PL"/>
        </w:rPr>
        <w:t xml:space="preserve"> z </w:t>
      </w:r>
      <w:proofErr w:type="spellStart"/>
      <w:r w:rsidRPr="00501BA1">
        <w:rPr>
          <w:lang w:val="pl-PL"/>
        </w:rPr>
        <w:t>důvodů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týkajících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vaší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konkrétní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situace</w:t>
      </w:r>
      <w:proofErr w:type="spellEnd"/>
      <w:r w:rsidRPr="00501BA1">
        <w:rPr>
          <w:lang w:val="pl-PL"/>
        </w:rPr>
        <w:t xml:space="preserve">. Proti </w:t>
      </w:r>
      <w:proofErr w:type="spellStart"/>
      <w:r w:rsidRPr="00501BA1">
        <w:rPr>
          <w:lang w:val="pl-PL"/>
        </w:rPr>
        <w:t>přímému</w:t>
      </w:r>
      <w:proofErr w:type="spellEnd"/>
      <w:r w:rsidRPr="00501BA1">
        <w:rPr>
          <w:lang w:val="pl-PL"/>
        </w:rPr>
        <w:t xml:space="preserve"> marketingu </w:t>
      </w:r>
      <w:proofErr w:type="spellStart"/>
      <w:r w:rsidRPr="00501BA1">
        <w:rPr>
          <w:lang w:val="pl-PL"/>
        </w:rPr>
        <w:t>můžete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vznést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námitku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kdykoli</w:t>
      </w:r>
      <w:proofErr w:type="spellEnd"/>
      <w:r w:rsidRPr="00501BA1">
        <w:rPr>
          <w:lang w:val="pl-PL"/>
        </w:rPr>
        <w:t xml:space="preserve"> a bez </w:t>
      </w:r>
      <w:proofErr w:type="spellStart"/>
      <w:r w:rsidRPr="00501BA1">
        <w:rPr>
          <w:lang w:val="pl-PL"/>
        </w:rPr>
        <w:t>uvedení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důvodu</w:t>
      </w:r>
      <w:proofErr w:type="spellEnd"/>
      <w:r w:rsidRPr="00501BA1">
        <w:rPr>
          <w:lang w:val="pl-PL"/>
        </w:rPr>
        <w:t xml:space="preserve">; </w:t>
      </w:r>
      <w:proofErr w:type="spellStart"/>
      <w:r w:rsidRPr="00501BA1">
        <w:rPr>
          <w:lang w:val="pl-PL"/>
        </w:rPr>
        <w:t>poté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vaše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údaje</w:t>
      </w:r>
      <w:proofErr w:type="spellEnd"/>
      <w:r w:rsidRPr="00501BA1">
        <w:rPr>
          <w:lang w:val="pl-PL"/>
        </w:rPr>
        <w:t xml:space="preserve"> pro </w:t>
      </w:r>
      <w:proofErr w:type="spellStart"/>
      <w:r w:rsidRPr="00501BA1">
        <w:rPr>
          <w:lang w:val="pl-PL"/>
        </w:rPr>
        <w:t>tento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účel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přestaneme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zpracovávat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Souhlas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lze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kdykoli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odvolat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aniž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tím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mění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zákonnost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předchozího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zpracování</w:t>
      </w:r>
      <w:proofErr w:type="spellEnd"/>
      <w:r w:rsidRPr="00501BA1">
        <w:rPr>
          <w:lang w:val="pl-PL"/>
        </w:rPr>
        <w:t>.</w:t>
      </w:r>
    </w:p>
    <w:p w14:paraId="5FFD38F0" w14:textId="77777777" w:rsidR="009A3822" w:rsidRPr="00501BA1" w:rsidRDefault="00000000">
      <w:pPr>
        <w:rPr>
          <w:lang w:val="pl-PL"/>
        </w:rPr>
      </w:pPr>
      <w:proofErr w:type="spellStart"/>
      <w:r w:rsidRPr="00501BA1">
        <w:rPr>
          <w:lang w:val="pl-PL"/>
        </w:rPr>
        <w:t>Žádosti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řešíme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zpravidla</w:t>
      </w:r>
      <w:proofErr w:type="spellEnd"/>
      <w:r w:rsidRPr="00501BA1">
        <w:rPr>
          <w:lang w:val="pl-PL"/>
        </w:rPr>
        <w:t xml:space="preserve"> do </w:t>
      </w:r>
      <w:proofErr w:type="spellStart"/>
      <w:r w:rsidRPr="00501BA1">
        <w:rPr>
          <w:lang w:val="pl-PL"/>
        </w:rPr>
        <w:t>jednoho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měsíce</w:t>
      </w:r>
      <w:proofErr w:type="spellEnd"/>
      <w:r w:rsidRPr="00501BA1">
        <w:rPr>
          <w:lang w:val="pl-PL"/>
        </w:rPr>
        <w:t xml:space="preserve"> od </w:t>
      </w:r>
      <w:proofErr w:type="spellStart"/>
      <w:r w:rsidRPr="00501BA1">
        <w:rPr>
          <w:lang w:val="pl-PL"/>
        </w:rPr>
        <w:t>obdržení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Při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zákonných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důvodech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lze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lhůtu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prodloužit</w:t>
      </w:r>
      <w:proofErr w:type="spellEnd"/>
      <w:r w:rsidRPr="00501BA1">
        <w:rPr>
          <w:lang w:val="pl-PL"/>
        </w:rPr>
        <w:t xml:space="preserve"> o </w:t>
      </w:r>
      <w:proofErr w:type="spellStart"/>
      <w:r w:rsidRPr="00501BA1">
        <w:rPr>
          <w:lang w:val="pl-PL"/>
        </w:rPr>
        <w:t>další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dva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měsíce</w:t>
      </w:r>
      <w:proofErr w:type="spellEnd"/>
      <w:r w:rsidRPr="00501BA1">
        <w:rPr>
          <w:lang w:val="pl-PL"/>
        </w:rPr>
        <w:t xml:space="preserve">; o </w:t>
      </w:r>
      <w:proofErr w:type="spellStart"/>
      <w:r w:rsidRPr="00501BA1">
        <w:rPr>
          <w:lang w:val="pl-PL"/>
        </w:rPr>
        <w:t>prodloužení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důvodu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vás</w:t>
      </w:r>
      <w:proofErr w:type="spellEnd"/>
      <w:r w:rsidRPr="00501BA1">
        <w:rPr>
          <w:lang w:val="pl-PL"/>
        </w:rPr>
        <w:t xml:space="preserve"> v </w:t>
      </w:r>
      <w:proofErr w:type="spellStart"/>
      <w:r w:rsidRPr="00501BA1">
        <w:rPr>
          <w:lang w:val="pl-PL"/>
        </w:rPr>
        <w:t>prvním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měsíci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informujeme</w:t>
      </w:r>
      <w:proofErr w:type="spellEnd"/>
      <w:r w:rsidRPr="00501BA1">
        <w:rPr>
          <w:lang w:val="pl-PL"/>
        </w:rPr>
        <w:t xml:space="preserve">. V </w:t>
      </w:r>
      <w:proofErr w:type="spellStart"/>
      <w:r w:rsidRPr="00501BA1">
        <w:rPr>
          <w:lang w:val="pl-PL"/>
        </w:rPr>
        <w:t>nezbytném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rozsahu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můžeme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ověřit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vaši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totožnost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Výmaz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absolutní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nevztahuje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například</w:t>
      </w:r>
      <w:proofErr w:type="spellEnd"/>
      <w:r w:rsidRPr="00501BA1">
        <w:rPr>
          <w:lang w:val="pl-PL"/>
        </w:rPr>
        <w:t xml:space="preserve"> na </w:t>
      </w:r>
      <w:proofErr w:type="spellStart"/>
      <w:r w:rsidRPr="00501BA1">
        <w:rPr>
          <w:lang w:val="pl-PL"/>
        </w:rPr>
        <w:t>údaje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které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musíme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uchovat</w:t>
      </w:r>
      <w:proofErr w:type="spellEnd"/>
      <w:r w:rsidRPr="00501BA1">
        <w:rPr>
          <w:lang w:val="pl-PL"/>
        </w:rPr>
        <w:t xml:space="preserve"> ze </w:t>
      </w:r>
      <w:proofErr w:type="spellStart"/>
      <w:r w:rsidRPr="00501BA1">
        <w:rPr>
          <w:lang w:val="pl-PL"/>
        </w:rPr>
        <w:t>zákona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nebo</w:t>
      </w:r>
      <w:proofErr w:type="spellEnd"/>
      <w:r w:rsidRPr="00501BA1">
        <w:rPr>
          <w:lang w:val="pl-PL"/>
        </w:rPr>
        <w:t xml:space="preserve"> pro </w:t>
      </w:r>
      <w:proofErr w:type="spellStart"/>
      <w:r w:rsidRPr="00501BA1">
        <w:rPr>
          <w:lang w:val="pl-PL"/>
        </w:rPr>
        <w:t>oprávněnou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obranu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právních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nároků</w:t>
      </w:r>
      <w:proofErr w:type="spellEnd"/>
      <w:r w:rsidRPr="00501BA1">
        <w:rPr>
          <w:lang w:val="pl-PL"/>
        </w:rPr>
        <w:t>.</w:t>
      </w:r>
    </w:p>
    <w:p w14:paraId="107E4A00" w14:textId="77777777" w:rsidR="009A3822" w:rsidRPr="00501BA1" w:rsidRDefault="00000000">
      <w:pPr>
        <w:rPr>
          <w:lang w:val="pl-PL"/>
        </w:rPr>
      </w:pPr>
      <w:proofErr w:type="spellStart"/>
      <w:r w:rsidRPr="00501BA1">
        <w:rPr>
          <w:lang w:val="pl-PL"/>
        </w:rPr>
        <w:t>Stížnost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můžete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podat</w:t>
      </w:r>
      <w:proofErr w:type="spellEnd"/>
      <w:r w:rsidRPr="00501BA1">
        <w:rPr>
          <w:lang w:val="pl-PL"/>
        </w:rPr>
        <w:t xml:space="preserve"> u </w:t>
      </w:r>
      <w:proofErr w:type="spellStart"/>
      <w:r w:rsidRPr="00501BA1">
        <w:rPr>
          <w:lang w:val="pl-PL"/>
        </w:rPr>
        <w:t>Úřadu</w:t>
      </w:r>
      <w:proofErr w:type="spellEnd"/>
      <w:r w:rsidRPr="00501BA1">
        <w:rPr>
          <w:lang w:val="pl-PL"/>
        </w:rPr>
        <w:t xml:space="preserve"> pro </w:t>
      </w:r>
      <w:proofErr w:type="spellStart"/>
      <w:r w:rsidRPr="00501BA1">
        <w:rPr>
          <w:lang w:val="pl-PL"/>
        </w:rPr>
        <w:t>ochranu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osobních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údajů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Pplk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Sochora</w:t>
      </w:r>
      <w:proofErr w:type="spellEnd"/>
      <w:r w:rsidRPr="00501BA1">
        <w:rPr>
          <w:lang w:val="pl-PL"/>
        </w:rPr>
        <w:t xml:space="preserve"> 27, 170 00 </w:t>
      </w:r>
      <w:proofErr w:type="spellStart"/>
      <w:r w:rsidRPr="00501BA1">
        <w:rPr>
          <w:lang w:val="pl-PL"/>
        </w:rPr>
        <w:t>Praha</w:t>
      </w:r>
      <w:proofErr w:type="spellEnd"/>
      <w:r w:rsidRPr="00501BA1">
        <w:rPr>
          <w:lang w:val="pl-PL"/>
        </w:rPr>
        <w:t xml:space="preserve"> 7, https://uoou.gov.cz. </w:t>
      </w:r>
      <w:proofErr w:type="spellStart"/>
      <w:r w:rsidRPr="00501BA1">
        <w:rPr>
          <w:lang w:val="pl-PL"/>
        </w:rPr>
        <w:t>Nemusíte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nejdříve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vyčerpat</w:t>
      </w:r>
      <w:proofErr w:type="spellEnd"/>
      <w:r w:rsidRPr="00501BA1">
        <w:rPr>
          <w:lang w:val="pl-PL"/>
        </w:rPr>
        <w:t xml:space="preserve"> kontakt </w:t>
      </w:r>
      <w:proofErr w:type="spellStart"/>
      <w:r w:rsidRPr="00501BA1">
        <w:rPr>
          <w:lang w:val="pl-PL"/>
        </w:rPr>
        <w:t>se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správcem</w:t>
      </w:r>
      <w:proofErr w:type="spellEnd"/>
      <w:r w:rsidRPr="00501BA1">
        <w:rPr>
          <w:lang w:val="pl-PL"/>
        </w:rPr>
        <w:t>.</w:t>
      </w:r>
    </w:p>
    <w:p w14:paraId="57E98A4F" w14:textId="77777777" w:rsidR="009A3822" w:rsidRPr="00501BA1" w:rsidRDefault="00000000">
      <w:pPr>
        <w:pStyle w:val="Nadpis1"/>
        <w:rPr>
          <w:lang w:val="pl-PL"/>
        </w:rPr>
      </w:pPr>
      <w:r w:rsidRPr="00501BA1">
        <w:rPr>
          <w:lang w:val="pl-PL"/>
        </w:rPr>
        <w:t xml:space="preserve">12 </w:t>
      </w:r>
      <w:proofErr w:type="spellStart"/>
      <w:r w:rsidRPr="00501BA1">
        <w:rPr>
          <w:lang w:val="pl-PL"/>
        </w:rPr>
        <w:t>Automatizace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zabezpečení</w:t>
      </w:r>
      <w:proofErr w:type="spellEnd"/>
    </w:p>
    <w:p w14:paraId="356BEE43" w14:textId="77777777" w:rsidR="009A3822" w:rsidRPr="00501BA1" w:rsidRDefault="00000000">
      <w:pPr>
        <w:rPr>
          <w:lang w:val="pl-PL"/>
        </w:rPr>
      </w:pPr>
      <w:proofErr w:type="spellStart"/>
      <w:r w:rsidRPr="00501BA1">
        <w:rPr>
          <w:lang w:val="pl-PL"/>
        </w:rPr>
        <w:t>Neprovádíme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výlučně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automatizované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rozhodování</w:t>
      </w:r>
      <w:proofErr w:type="spellEnd"/>
      <w:r w:rsidRPr="00501BA1">
        <w:rPr>
          <w:lang w:val="pl-PL"/>
        </w:rPr>
        <w:t xml:space="preserve">, </w:t>
      </w:r>
      <w:proofErr w:type="spellStart"/>
      <w:r w:rsidRPr="00501BA1">
        <w:rPr>
          <w:lang w:val="pl-PL"/>
        </w:rPr>
        <w:t>které</w:t>
      </w:r>
      <w:proofErr w:type="spellEnd"/>
      <w:r w:rsidRPr="00501BA1">
        <w:rPr>
          <w:lang w:val="pl-PL"/>
        </w:rPr>
        <w:t xml:space="preserve"> by pro </w:t>
      </w:r>
      <w:proofErr w:type="spellStart"/>
      <w:r w:rsidRPr="00501BA1">
        <w:rPr>
          <w:lang w:val="pl-PL"/>
        </w:rPr>
        <w:t>vás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mělo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právní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nebo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obdobně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významné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účinky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Měření</w:t>
      </w:r>
      <w:proofErr w:type="spellEnd"/>
      <w:r w:rsidRPr="00501BA1">
        <w:rPr>
          <w:lang w:val="pl-PL"/>
        </w:rPr>
        <w:t xml:space="preserve"> newsletteru </w:t>
      </w:r>
      <w:proofErr w:type="spellStart"/>
      <w:r w:rsidRPr="00501BA1">
        <w:rPr>
          <w:lang w:val="pl-PL"/>
        </w:rPr>
        <w:t>probíhá</w:t>
      </w:r>
      <w:proofErr w:type="spellEnd"/>
      <w:r w:rsidRPr="00501BA1">
        <w:rPr>
          <w:lang w:val="pl-PL"/>
        </w:rPr>
        <w:t xml:space="preserve"> v </w:t>
      </w:r>
      <w:proofErr w:type="spellStart"/>
      <w:r w:rsidRPr="00501BA1">
        <w:rPr>
          <w:lang w:val="pl-PL"/>
        </w:rPr>
        <w:t>rozsahu</w:t>
      </w:r>
      <w:proofErr w:type="spellEnd"/>
      <w:r w:rsidRPr="00501BA1">
        <w:rPr>
          <w:lang w:val="pl-PL"/>
        </w:rPr>
        <w:t xml:space="preserve"> a za </w:t>
      </w:r>
      <w:proofErr w:type="spellStart"/>
      <w:r w:rsidRPr="00501BA1">
        <w:rPr>
          <w:lang w:val="pl-PL"/>
        </w:rPr>
        <w:t>podmínek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článku</w:t>
      </w:r>
      <w:proofErr w:type="spellEnd"/>
      <w:r w:rsidRPr="00501BA1">
        <w:rPr>
          <w:lang w:val="pl-PL"/>
        </w:rPr>
        <w:t xml:space="preserve"> 5; samo </w:t>
      </w:r>
      <w:proofErr w:type="spellStart"/>
      <w:r w:rsidRPr="00501BA1">
        <w:rPr>
          <w:lang w:val="pl-PL"/>
        </w:rPr>
        <w:t>nerozhoduje</w:t>
      </w:r>
      <w:proofErr w:type="spellEnd"/>
      <w:r w:rsidRPr="00501BA1">
        <w:rPr>
          <w:lang w:val="pl-PL"/>
        </w:rPr>
        <w:t xml:space="preserve"> o </w:t>
      </w:r>
      <w:proofErr w:type="spellStart"/>
      <w:r w:rsidRPr="00501BA1">
        <w:rPr>
          <w:lang w:val="pl-PL"/>
        </w:rPr>
        <w:t>vašich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smluvních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právech</w:t>
      </w:r>
      <w:proofErr w:type="spellEnd"/>
      <w:r w:rsidRPr="00501BA1">
        <w:rPr>
          <w:lang w:val="pl-PL"/>
        </w:rPr>
        <w:t xml:space="preserve"> ani </w:t>
      </w:r>
      <w:proofErr w:type="spellStart"/>
      <w:r w:rsidRPr="00501BA1">
        <w:rPr>
          <w:lang w:val="pl-PL"/>
        </w:rPr>
        <w:t>přístupu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službě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Závazné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změny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objednávek</w:t>
      </w:r>
      <w:proofErr w:type="spellEnd"/>
      <w:r w:rsidRPr="00501BA1">
        <w:rPr>
          <w:lang w:val="pl-PL"/>
        </w:rPr>
        <w:t xml:space="preserve"> a </w:t>
      </w:r>
      <w:proofErr w:type="spellStart"/>
      <w:r w:rsidRPr="00501BA1">
        <w:rPr>
          <w:lang w:val="pl-PL"/>
        </w:rPr>
        <w:t>individuální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požadavky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řešíme</w:t>
      </w:r>
      <w:proofErr w:type="spellEnd"/>
      <w:r w:rsidRPr="00501BA1">
        <w:rPr>
          <w:lang w:val="pl-PL"/>
        </w:rPr>
        <w:t xml:space="preserve"> s </w:t>
      </w:r>
      <w:proofErr w:type="spellStart"/>
      <w:r w:rsidRPr="00501BA1">
        <w:rPr>
          <w:lang w:val="pl-PL"/>
        </w:rPr>
        <w:t>lidskou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kontrolou</w:t>
      </w:r>
      <w:proofErr w:type="spellEnd"/>
      <w:r w:rsidRPr="00501BA1">
        <w:rPr>
          <w:lang w:val="pl-PL"/>
        </w:rPr>
        <w:t>.</w:t>
      </w:r>
    </w:p>
    <w:p w14:paraId="08A059F5" w14:textId="77777777" w:rsidR="009A3822" w:rsidRPr="00501BA1" w:rsidRDefault="00000000">
      <w:pPr>
        <w:rPr>
          <w:lang w:val="pl-PL"/>
        </w:rPr>
      </w:pPr>
      <w:r w:rsidRPr="00501BA1">
        <w:rPr>
          <w:lang w:val="pl-PL"/>
        </w:rPr>
        <w:t xml:space="preserve">V </w:t>
      </w:r>
      <w:proofErr w:type="spellStart"/>
      <w:r w:rsidRPr="00501BA1">
        <w:rPr>
          <w:lang w:val="pl-PL"/>
        </w:rPr>
        <w:t>rámci</w:t>
      </w:r>
      <w:proofErr w:type="spellEnd"/>
      <w:r w:rsidRPr="00501BA1">
        <w:rPr>
          <w:lang w:val="pl-PL"/>
        </w:rPr>
        <w:t xml:space="preserve"> Prague </w:t>
      </w:r>
      <w:proofErr w:type="spellStart"/>
      <w:r w:rsidRPr="00501BA1">
        <w:rPr>
          <w:lang w:val="pl-PL"/>
        </w:rPr>
        <w:t>Stream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mají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přístup</w:t>
      </w:r>
      <w:proofErr w:type="spellEnd"/>
      <w:r w:rsidRPr="00501BA1">
        <w:rPr>
          <w:lang w:val="pl-PL"/>
        </w:rPr>
        <w:t xml:space="preserve"> k </w:t>
      </w:r>
      <w:proofErr w:type="spellStart"/>
      <w:r w:rsidRPr="00501BA1">
        <w:rPr>
          <w:lang w:val="pl-PL"/>
        </w:rPr>
        <w:t>údajům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pouze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oprávněné</w:t>
      </w:r>
      <w:proofErr w:type="spellEnd"/>
      <w:r w:rsidRPr="00501BA1">
        <w:rPr>
          <w:lang w:val="pl-PL"/>
        </w:rPr>
        <w:t xml:space="preserve"> osoby, </w:t>
      </w:r>
      <w:proofErr w:type="spellStart"/>
      <w:r w:rsidRPr="00501BA1">
        <w:rPr>
          <w:lang w:val="pl-PL"/>
        </w:rPr>
        <w:t>jejichž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práce</w:t>
      </w:r>
      <w:proofErr w:type="spellEnd"/>
      <w:r w:rsidRPr="00501BA1">
        <w:rPr>
          <w:lang w:val="pl-PL"/>
        </w:rPr>
        <w:t xml:space="preserve"> jej </w:t>
      </w:r>
      <w:proofErr w:type="spellStart"/>
      <w:r w:rsidRPr="00501BA1">
        <w:rPr>
          <w:lang w:val="pl-PL"/>
        </w:rPr>
        <w:t>vyžaduje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Účty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zabezpečujeme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dvoufázovým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přihlášením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Neoprávněným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osobám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přístup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neposkytujeme</w:t>
      </w:r>
      <w:proofErr w:type="spellEnd"/>
      <w:r w:rsidRPr="00501BA1">
        <w:rPr>
          <w:lang w:val="pl-PL"/>
        </w:rPr>
        <w:t xml:space="preserve">; </w:t>
      </w:r>
      <w:proofErr w:type="spellStart"/>
      <w:r w:rsidRPr="00501BA1">
        <w:rPr>
          <w:lang w:val="pl-PL"/>
        </w:rPr>
        <w:t>nezbytné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zpracování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dodavateli</w:t>
      </w:r>
      <w:proofErr w:type="spellEnd"/>
      <w:r w:rsidRPr="00501BA1">
        <w:rPr>
          <w:lang w:val="pl-PL"/>
        </w:rPr>
        <w:t xml:space="preserve"> podle </w:t>
      </w:r>
      <w:proofErr w:type="spellStart"/>
      <w:r w:rsidRPr="00501BA1">
        <w:rPr>
          <w:lang w:val="pl-PL"/>
        </w:rPr>
        <w:t>článku</w:t>
      </w:r>
      <w:proofErr w:type="spellEnd"/>
      <w:r w:rsidRPr="00501BA1">
        <w:rPr>
          <w:lang w:val="pl-PL"/>
        </w:rPr>
        <w:t xml:space="preserve"> 7 </w:t>
      </w:r>
      <w:proofErr w:type="spellStart"/>
      <w:r w:rsidRPr="00501BA1">
        <w:rPr>
          <w:lang w:val="pl-PL"/>
        </w:rPr>
        <w:t>tím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není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vyloučeno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Změny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těchto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informací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zveřejníme</w:t>
      </w:r>
      <w:proofErr w:type="spellEnd"/>
      <w:r w:rsidRPr="00501BA1">
        <w:rPr>
          <w:lang w:val="pl-PL"/>
        </w:rPr>
        <w:t xml:space="preserve"> s </w:t>
      </w:r>
      <w:proofErr w:type="spellStart"/>
      <w:r w:rsidRPr="00501BA1">
        <w:rPr>
          <w:lang w:val="pl-PL"/>
        </w:rPr>
        <w:t>novým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datem</w:t>
      </w:r>
      <w:proofErr w:type="spellEnd"/>
      <w:r w:rsidRPr="00501BA1">
        <w:rPr>
          <w:lang w:val="pl-PL"/>
        </w:rPr>
        <w:t xml:space="preserve">. </w:t>
      </w:r>
      <w:proofErr w:type="spellStart"/>
      <w:r w:rsidRPr="00501BA1">
        <w:rPr>
          <w:lang w:val="pl-PL"/>
        </w:rPr>
        <w:t>Aktualizace</w:t>
      </w:r>
      <w:proofErr w:type="spellEnd"/>
      <w:r w:rsidRPr="00501BA1">
        <w:rPr>
          <w:lang w:val="pl-PL"/>
        </w:rPr>
        <w:t xml:space="preserve"> sama o </w:t>
      </w:r>
      <w:proofErr w:type="spellStart"/>
      <w:r w:rsidRPr="00501BA1">
        <w:rPr>
          <w:lang w:val="pl-PL"/>
        </w:rPr>
        <w:t>sobě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nezakládá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nový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marketingový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souhlas</w:t>
      </w:r>
      <w:proofErr w:type="spellEnd"/>
      <w:r w:rsidRPr="00501BA1">
        <w:rPr>
          <w:lang w:val="pl-PL"/>
        </w:rPr>
        <w:t xml:space="preserve"> ani </w:t>
      </w:r>
      <w:proofErr w:type="spellStart"/>
      <w:r w:rsidRPr="00501BA1">
        <w:rPr>
          <w:lang w:val="pl-PL"/>
        </w:rPr>
        <w:t>nelegalizuje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dřívější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neoprávněné</w:t>
      </w:r>
      <w:proofErr w:type="spellEnd"/>
      <w:r w:rsidRPr="00501BA1">
        <w:rPr>
          <w:lang w:val="pl-PL"/>
        </w:rPr>
        <w:t xml:space="preserve"> </w:t>
      </w:r>
      <w:proofErr w:type="spellStart"/>
      <w:r w:rsidRPr="00501BA1">
        <w:rPr>
          <w:lang w:val="pl-PL"/>
        </w:rPr>
        <w:t>zpracování</w:t>
      </w:r>
      <w:proofErr w:type="spellEnd"/>
      <w:r w:rsidRPr="00501BA1">
        <w:rPr>
          <w:lang w:val="pl-PL"/>
        </w:rPr>
        <w:t>.</w:t>
      </w:r>
    </w:p>
    <w:sectPr w:rsidR="009A3822" w:rsidRPr="00501BA1" w:rsidSect="00034616">
      <w:footerReference w:type="default" r:id="rId8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B9BEC" w14:textId="77777777" w:rsidR="00973C81" w:rsidRDefault="00973C81">
      <w:pPr>
        <w:spacing w:after="0" w:line="240" w:lineRule="auto"/>
      </w:pPr>
      <w:r>
        <w:separator/>
      </w:r>
    </w:p>
  </w:endnote>
  <w:endnote w:type="continuationSeparator" w:id="0">
    <w:p w14:paraId="47270899" w14:textId="77777777" w:rsidR="00973C81" w:rsidRDefault="00973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7E6B0" w14:textId="77777777" w:rsidR="009A3822" w:rsidRDefault="00000000">
    <w:pPr>
      <w:pStyle w:val="Zpat"/>
      <w:jc w:val="right"/>
    </w:pPr>
    <w:r>
      <w:rPr>
        <w:sz w:val="18"/>
      </w:rPr>
      <w:t xml:space="preserve">Prague Stream  |  </w:t>
    </w:r>
    <w:r>
      <w:fldChar w:fldCharType="begin"/>
    </w:r>
    <w:r>
      <w:instrText>PAGE</w:instrText>
    </w:r>
    <w:r>
      <w:fldChar w:fldCharType="separate"/>
    </w:r>
    <w:r w:rsidR="00501BA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B246B" w14:textId="77777777" w:rsidR="00973C81" w:rsidRDefault="00973C81">
      <w:pPr>
        <w:spacing w:after="0" w:line="240" w:lineRule="auto"/>
      </w:pPr>
      <w:r>
        <w:separator/>
      </w:r>
    </w:p>
  </w:footnote>
  <w:footnote w:type="continuationSeparator" w:id="0">
    <w:p w14:paraId="015120C9" w14:textId="77777777" w:rsidR="00973C81" w:rsidRDefault="00973C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1959408">
    <w:abstractNumId w:val="8"/>
  </w:num>
  <w:num w:numId="2" w16cid:durableId="1275748391">
    <w:abstractNumId w:val="6"/>
  </w:num>
  <w:num w:numId="3" w16cid:durableId="1176191425">
    <w:abstractNumId w:val="5"/>
  </w:num>
  <w:num w:numId="4" w16cid:durableId="725418965">
    <w:abstractNumId w:val="4"/>
  </w:num>
  <w:num w:numId="5" w16cid:durableId="1040131367">
    <w:abstractNumId w:val="7"/>
  </w:num>
  <w:num w:numId="6" w16cid:durableId="975373516">
    <w:abstractNumId w:val="3"/>
  </w:num>
  <w:num w:numId="7" w16cid:durableId="204415480">
    <w:abstractNumId w:val="2"/>
  </w:num>
  <w:num w:numId="8" w16cid:durableId="1002003892">
    <w:abstractNumId w:val="1"/>
  </w:num>
  <w:num w:numId="9" w16cid:durableId="1326743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1BA1"/>
    <w:rsid w:val="00973C81"/>
    <w:rsid w:val="009A3822"/>
    <w:rsid w:val="00AA1D8D"/>
    <w:rsid w:val="00B33FEC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26C72D"/>
  <w14:defaultImageDpi w14:val="300"/>
  <w15:docId w15:val="{1CE2DB58-8871-4A13-8926-D72120C9F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00" w:line="254" w:lineRule="auto"/>
    </w:pPr>
    <w:rPr>
      <w:rFonts w:ascii="Calibri" w:hAnsi="Calibri"/>
      <w:color w:val="00000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26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6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4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2351</Words>
  <Characters>13877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Prague Stream GDPR k doplneni</dc:title>
  <dc:subject/>
  <dc:creator>Prague Stream</dc:creator>
  <cp:keywords/>
  <dc:description>generated by python-docx</dc:description>
  <cp:lastModifiedBy>Tomáš Svoboda</cp:lastModifiedBy>
  <cp:revision>2</cp:revision>
  <dcterms:created xsi:type="dcterms:W3CDTF">2013-12-23T23:15:00Z</dcterms:created>
  <dcterms:modified xsi:type="dcterms:W3CDTF">2026-10-01T11:12:00Z</dcterms:modified>
  <cp:category/>
</cp:coreProperties>
</file>